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2F898EAC" w:rsidR="00E35525" w:rsidRDefault="008F5156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986942">
                  <w:rPr>
                    <w:rStyle w:val="Style7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437EB715" w:rsidR="00E35525" w:rsidRDefault="008F5156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DB3CC1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6EC25B2B" w:rsidR="00F7502F" w:rsidRDefault="004A31EB">
            <w:r>
              <w:t>U</w:t>
            </w:r>
            <w:r w:rsidR="000E53DD">
              <w:t>nexpected electrical outage</w:t>
            </w:r>
            <w:r w:rsidR="003736A6">
              <w:t xml:space="preserve"> at W</w:t>
            </w:r>
            <w:r w:rsidR="000E53DD">
              <w:t>H</w:t>
            </w:r>
          </w:p>
        </w:tc>
      </w:tr>
    </w:tbl>
    <w:p w14:paraId="0B0DCAF6" w14:textId="3E0D5A08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>:</w:t>
      </w:r>
      <w:r w:rsidR="00FF2D3D">
        <w:rPr>
          <w:b/>
          <w:sz w:val="24"/>
          <w:szCs w:val="24"/>
        </w:rPr>
        <w:t xml:space="preserve"> </w:t>
      </w:r>
      <w:r w:rsidR="00A6676B" w:rsidRPr="004A31EB">
        <w:rPr>
          <w:b/>
          <w:color w:val="FF0000"/>
          <w:sz w:val="28"/>
          <w:szCs w:val="28"/>
        </w:rPr>
        <w:t>There was an unexpected</w:t>
      </w:r>
      <w:r w:rsidR="00AF0743" w:rsidRPr="004A31EB">
        <w:rPr>
          <w:b/>
          <w:color w:val="FF0000"/>
          <w:sz w:val="28"/>
          <w:szCs w:val="28"/>
        </w:rPr>
        <w:t xml:space="preserve"> </w:t>
      </w:r>
      <w:r w:rsidR="004A31EB" w:rsidRPr="004A31EB">
        <w:rPr>
          <w:b/>
          <w:color w:val="FF0000"/>
          <w:sz w:val="28"/>
          <w:szCs w:val="28"/>
        </w:rPr>
        <w:t>outage</w:t>
      </w:r>
      <w:r w:rsidR="00AF0743" w:rsidRPr="004A31EB">
        <w:rPr>
          <w:b/>
          <w:color w:val="FF0000"/>
          <w:sz w:val="28"/>
          <w:szCs w:val="28"/>
        </w:rPr>
        <w:t xml:space="preserve"> </w:t>
      </w:r>
      <w:r w:rsidR="004A31EB" w:rsidRPr="004A31EB">
        <w:rPr>
          <w:b/>
          <w:color w:val="FF0000"/>
          <w:sz w:val="28"/>
          <w:szCs w:val="28"/>
        </w:rPr>
        <w:t xml:space="preserve">at </w:t>
      </w:r>
      <w:r w:rsidR="00AF0743" w:rsidRPr="004A31EB">
        <w:rPr>
          <w:b/>
          <w:color w:val="FF0000"/>
          <w:sz w:val="28"/>
          <w:szCs w:val="28"/>
        </w:rPr>
        <w:t>WH today at 1pm. The Power has been restored</w:t>
      </w:r>
      <w:r w:rsidR="0045079A" w:rsidRPr="004A31EB">
        <w:rPr>
          <w:b/>
          <w:color w:val="FF0000"/>
          <w:sz w:val="28"/>
          <w:szCs w:val="28"/>
        </w:rPr>
        <w:t xml:space="preserve">. Please check your essential equipment to ensure </w:t>
      </w:r>
      <w:r w:rsidR="004A31EB" w:rsidRPr="004A31EB">
        <w:rPr>
          <w:b/>
          <w:color w:val="FF0000"/>
          <w:sz w:val="28"/>
          <w:szCs w:val="28"/>
        </w:rPr>
        <w:t>it is not off. Thank you.</w:t>
      </w:r>
      <w:r w:rsidR="00A6676B" w:rsidRPr="004A31EB">
        <w:rPr>
          <w:b/>
          <w:color w:val="FF0000"/>
          <w:sz w:val="24"/>
          <w:szCs w:val="24"/>
        </w:rPr>
        <w:t xml:space="preserve"> 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8-31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7863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54691CD1" w:rsidR="00F7502F" w:rsidRPr="0014537E" w:rsidRDefault="00D53B7E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8/31/2026</w:t>
                </w:r>
              </w:p>
            </w:tc>
          </w:sdtContent>
        </w:sdt>
      </w:tr>
      <w:tr w:rsidR="00F7502F" w14:paraId="018FB0DA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11AAAECD" w:rsidR="00F7502F" w:rsidRDefault="005D1589">
            <w:proofErr w:type="spellStart"/>
            <w:r>
              <w:t>Weiskotten</w:t>
            </w:r>
            <w:proofErr w:type="spellEnd"/>
            <w:r>
              <w:t xml:space="preserve"> Hall</w:t>
            </w:r>
          </w:p>
        </w:tc>
      </w:tr>
      <w:tr w:rsidR="00F7502F" w14:paraId="0EE1263C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1D38C878" w:rsidR="00F7502F" w:rsidRDefault="005D1589">
            <w:pPr>
              <w:spacing w:after="0"/>
            </w:pPr>
            <w:r>
              <w:t xml:space="preserve">Normal Power </w:t>
            </w:r>
          </w:p>
        </w:tc>
      </w:tr>
      <w:tr w:rsidR="00F7502F" w14:paraId="7433E9FD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572F4B87" w:rsidR="00F7502F" w:rsidRDefault="003736A6">
            <w:pPr>
              <w:spacing w:after="0"/>
            </w:pPr>
            <w:r>
              <w:rPr>
                <w:color w:val="FF0000"/>
              </w:rPr>
              <w:t xml:space="preserve">Normal Power @ WH </w:t>
            </w:r>
          </w:p>
        </w:tc>
      </w:tr>
      <w:tr w:rsidR="00F7502F" w14:paraId="0BBD4624" w14:textId="77777777" w:rsidTr="004A31EB">
        <w:trPr>
          <w:jc w:val="center"/>
        </w:trPr>
        <w:tc>
          <w:tcPr>
            <w:tcW w:w="2777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7863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5F27C1E7" w:rsidR="00F7502F" w:rsidRDefault="004E7808">
            <w:pPr>
              <w:spacing w:after="0"/>
            </w:pPr>
            <w:r>
              <w:rPr>
                <w:color w:val="FF0000"/>
              </w:rPr>
              <w:t xml:space="preserve">Power </w:t>
            </w:r>
            <w:r w:rsidR="003736A6">
              <w:rPr>
                <w:color w:val="FF0000"/>
              </w:rPr>
              <w:t>has</w:t>
            </w:r>
            <w:r>
              <w:rPr>
                <w:color w:val="FF0000"/>
              </w:rPr>
              <w:t xml:space="preserve"> be</w:t>
            </w:r>
            <w:r w:rsidR="003736A6">
              <w:rPr>
                <w:color w:val="FF0000"/>
              </w:rPr>
              <w:t>en</w:t>
            </w:r>
            <w:r>
              <w:rPr>
                <w:color w:val="FF0000"/>
              </w:rPr>
              <w:t xml:space="preserve"> restored 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6E73FD5E" w:rsidR="004D19E3" w:rsidRDefault="00313584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5EBCD9D4" w:rsidR="004D19E3" w:rsidRDefault="001E637C" w:rsidP="004D19E3">
            <w:pPr>
              <w:spacing w:after="120"/>
            </w:pPr>
            <w:r>
              <w:t xml:space="preserve">Physical Plant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3D9BB2A2" w:rsidR="004D19E3" w:rsidRDefault="001E637C" w:rsidP="004D19E3">
            <w:pPr>
              <w:spacing w:after="120"/>
            </w:pPr>
            <w:r>
              <w:t>680 – 323 - 1819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D9B7F74" w:rsidR="004D19E3" w:rsidRDefault="00CD7E15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lastRenderedPageBreak/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36B2" w14:textId="77777777" w:rsidR="008F5156" w:rsidRDefault="008F5156" w:rsidP="00C9318E">
      <w:pPr>
        <w:spacing w:after="0" w:line="240" w:lineRule="auto"/>
      </w:pPr>
      <w:r>
        <w:separator/>
      </w:r>
    </w:p>
  </w:endnote>
  <w:endnote w:type="continuationSeparator" w:id="0">
    <w:p w14:paraId="1598D5F5" w14:textId="77777777" w:rsidR="008F5156" w:rsidRDefault="008F5156" w:rsidP="00C9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06A08" w14:textId="77777777" w:rsidR="008F5156" w:rsidRDefault="008F5156" w:rsidP="00C9318E">
      <w:pPr>
        <w:spacing w:after="0" w:line="240" w:lineRule="auto"/>
      </w:pPr>
      <w:r>
        <w:separator/>
      </w:r>
    </w:p>
  </w:footnote>
  <w:footnote w:type="continuationSeparator" w:id="0">
    <w:p w14:paraId="2B4C5CEF" w14:textId="77777777" w:rsidR="008F5156" w:rsidRDefault="008F5156" w:rsidP="00C93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62FAD"/>
    <w:rsid w:val="0007325D"/>
    <w:rsid w:val="00083DA8"/>
    <w:rsid w:val="000E53DD"/>
    <w:rsid w:val="000F79A4"/>
    <w:rsid w:val="0014537E"/>
    <w:rsid w:val="0015074B"/>
    <w:rsid w:val="00153962"/>
    <w:rsid w:val="0015594D"/>
    <w:rsid w:val="001E637C"/>
    <w:rsid w:val="00246990"/>
    <w:rsid w:val="00281FCA"/>
    <w:rsid w:val="0029639D"/>
    <w:rsid w:val="002B6736"/>
    <w:rsid w:val="00313584"/>
    <w:rsid w:val="00326F90"/>
    <w:rsid w:val="003313D1"/>
    <w:rsid w:val="00333350"/>
    <w:rsid w:val="00371951"/>
    <w:rsid w:val="003736A6"/>
    <w:rsid w:val="003C3610"/>
    <w:rsid w:val="0042261A"/>
    <w:rsid w:val="0045079A"/>
    <w:rsid w:val="004A31EB"/>
    <w:rsid w:val="004B296A"/>
    <w:rsid w:val="004D19E3"/>
    <w:rsid w:val="004E7808"/>
    <w:rsid w:val="005A3F01"/>
    <w:rsid w:val="005C621F"/>
    <w:rsid w:val="005D000B"/>
    <w:rsid w:val="005D1589"/>
    <w:rsid w:val="006176CA"/>
    <w:rsid w:val="00633D49"/>
    <w:rsid w:val="00661F5C"/>
    <w:rsid w:val="00675155"/>
    <w:rsid w:val="006F6E8C"/>
    <w:rsid w:val="0072527A"/>
    <w:rsid w:val="007403A4"/>
    <w:rsid w:val="0088117E"/>
    <w:rsid w:val="00885377"/>
    <w:rsid w:val="008A65FB"/>
    <w:rsid w:val="008F5156"/>
    <w:rsid w:val="009579F7"/>
    <w:rsid w:val="00986942"/>
    <w:rsid w:val="009B1041"/>
    <w:rsid w:val="009C1C29"/>
    <w:rsid w:val="009E4F98"/>
    <w:rsid w:val="00A64101"/>
    <w:rsid w:val="00A6676B"/>
    <w:rsid w:val="00AA1D8D"/>
    <w:rsid w:val="00AE7627"/>
    <w:rsid w:val="00AF0743"/>
    <w:rsid w:val="00B44D22"/>
    <w:rsid w:val="00B47730"/>
    <w:rsid w:val="00BA6945"/>
    <w:rsid w:val="00BF3224"/>
    <w:rsid w:val="00C13593"/>
    <w:rsid w:val="00C50B4D"/>
    <w:rsid w:val="00C65F92"/>
    <w:rsid w:val="00C9318E"/>
    <w:rsid w:val="00CA3BC3"/>
    <w:rsid w:val="00CB0664"/>
    <w:rsid w:val="00CD4B48"/>
    <w:rsid w:val="00CD7E15"/>
    <w:rsid w:val="00CF7E9F"/>
    <w:rsid w:val="00D1109E"/>
    <w:rsid w:val="00D53B7E"/>
    <w:rsid w:val="00D77189"/>
    <w:rsid w:val="00DB3CC1"/>
    <w:rsid w:val="00E257F0"/>
    <w:rsid w:val="00E35525"/>
    <w:rsid w:val="00E407BC"/>
    <w:rsid w:val="00F7502F"/>
    <w:rsid w:val="00FB7EE1"/>
    <w:rsid w:val="00FC693F"/>
    <w:rsid w:val="00FF1405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81499"/>
    <w:rsid w:val="00281FCA"/>
    <w:rsid w:val="0028690E"/>
    <w:rsid w:val="003C3610"/>
    <w:rsid w:val="0042261A"/>
    <w:rsid w:val="004B296A"/>
    <w:rsid w:val="004F61F7"/>
    <w:rsid w:val="005D5522"/>
    <w:rsid w:val="007403A4"/>
    <w:rsid w:val="00742A53"/>
    <w:rsid w:val="00745706"/>
    <w:rsid w:val="00832B1A"/>
    <w:rsid w:val="00837926"/>
    <w:rsid w:val="009579F7"/>
    <w:rsid w:val="009E4F98"/>
    <w:rsid w:val="00AE5822"/>
    <w:rsid w:val="00B04090"/>
    <w:rsid w:val="00B7388B"/>
    <w:rsid w:val="00C23D80"/>
    <w:rsid w:val="00D4571E"/>
    <w:rsid w:val="00E105DB"/>
    <w:rsid w:val="00F27206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 Dingle</cp:lastModifiedBy>
  <cp:revision>2</cp:revision>
  <dcterms:created xsi:type="dcterms:W3CDTF">2026-08-31T17:08:00Z</dcterms:created>
  <dcterms:modified xsi:type="dcterms:W3CDTF">2026-08-31T17:08:00Z</dcterms:modified>
  <cp:category/>
</cp:coreProperties>
</file>