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p w14:paraId="0167F00A" w14:textId="5A263E1B" w:rsidR="00F7502F" w:rsidRPr="00E84970" w:rsidRDefault="009D5102">
      <w:pPr>
        <w:spacing w:after="120"/>
        <w:jc w:val="center"/>
        <w:rPr>
          <w:color w:val="FF0000"/>
        </w:rPr>
      </w:pPr>
      <w:r w:rsidRPr="00E84970">
        <w:rPr>
          <w:b/>
          <w:color w:val="FF0000"/>
          <w:sz w:val="26"/>
        </w:rPr>
        <w:t>CANCEL</w:t>
      </w:r>
      <w:r w:rsidR="007B3C55">
        <w:rPr>
          <w:b/>
          <w:color w:val="FF0000"/>
          <w:sz w:val="26"/>
        </w:rPr>
        <w:t>L</w:t>
      </w:r>
      <w:r w:rsidRPr="00E84970">
        <w:rPr>
          <w:b/>
          <w:color w:val="FF0000"/>
          <w:sz w:val="26"/>
        </w:rPr>
        <w:t>AT</w:t>
      </w:r>
      <w:r w:rsidR="00E84970" w:rsidRPr="00E84970">
        <w:rPr>
          <w:b/>
          <w:color w:val="FF0000"/>
          <w:sz w:val="26"/>
        </w:rPr>
        <w:t>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6C1EF37D" w:rsidR="00E35525" w:rsidRDefault="00C94AD9">
            <w:sdt>
              <w:sdtPr>
                <w:rPr>
                  <w:rFonts w:ascii="Times New Roman" w:eastAsia="Times New Roman" w:hAnsi="Times New Roman" w:cs="Times New Roman"/>
                  <w:b/>
                  <w:sz w:val="28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Planned Outage" w:value="Planned Outage"/>
                  <w:listItem w:displayText="Emergency Outage" w:value="Emergency Outage"/>
                  <w:listItem w:displayText="Maintenance" w:value="Maintenance"/>
                  <w:listItem w:displayText="Service Interruption" w:value="Service Interruption"/>
                  <w:listItem w:displayText="Restoration Notice" w:value="Restoration Notice"/>
                  <w:listItem w:displayText="Project Update" w:value="Project Update"/>
                </w:dropDownList>
              </w:sdtPr>
              <w:sdtEndPr/>
              <w:sdtContent>
                <w:r w:rsidR="009A5308">
                  <w:rPr>
                    <w:rFonts w:ascii="Times New Roman" w:eastAsia="Times New Roman" w:hAnsi="Times New Roman" w:cs="Times New Roman"/>
                    <w:b/>
                    <w:sz w:val="28"/>
                  </w:rPr>
                  <w:t>Emergency Outage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32E53807" w:rsidR="00E35525" w:rsidRDefault="00C94AD9">
            <w:sdt>
              <w:sdtPr>
                <w:rPr>
                  <w:rFonts w:ascii="Times New Roman" w:eastAsia="Times New Roman" w:hAnsi="Times New Roman" w:cs="Times New Roman"/>
                  <w:b/>
                  <w:sz w:val="32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Electrical" w:value="Electrical"/>
                  <w:listItem w:displayText="Emergency Power" w:value="Emergency Power"/>
                  <w:listItem w:displayText="HVAC" w:value="HVAC"/>
                  <w:listItem w:displayText="Plumbing" w:value="Plumbing"/>
                  <w:listItem w:displayText="Pneumatic Tube (P-Tube)" w:value="Pneumatic Tube (P-Tube)"/>
                  <w:listItem w:displayText="Fire Alarm" w:value="Fire Alarm"/>
                  <w:listItem w:displayText="Nurse Call" w:value="Nurse Call"/>
                  <w:listItem w:displayText="Elevator" w:value="Elevator"/>
                  <w:listItem w:displayText="Domestic Water" w:value="Domestic Water"/>
                  <w:listItem w:displayText="Domestic Hot Water" w:value="Domestic Hot Water"/>
                  <w:listItem w:displayText="Steam" w:value="Steam"/>
                  <w:listItem w:displayText="Chilled Water" w:value="Chilled Water"/>
                  <w:listItem w:displayText="Medical Gas" w:value="Medical Gas"/>
                  <w:listItem w:displayText="Mechanical Equipment" w:value="Mechanical Equipment"/>
                  <w:listItem w:displayText="Building Automation (BAS)" w:value="Building Automation (BAS)"/>
                </w:dropDownList>
              </w:sdtPr>
              <w:sdtEndPr/>
              <w:sdtContent>
                <w:r w:rsidR="009A5308">
                  <w:rPr>
                    <w:rFonts w:ascii="Times New Roman" w:eastAsia="Times New Roman" w:hAnsi="Times New Roman" w:cs="Times New Roman"/>
                    <w:b/>
                    <w:sz w:val="32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08298115" w:rsidR="00F7502F" w:rsidRPr="009A5308" w:rsidRDefault="009A5308">
            <w:pPr>
              <w:rPr>
                <w:b/>
                <w:bCs/>
                <w:sz w:val="32"/>
                <w:szCs w:val="32"/>
              </w:rPr>
            </w:pPr>
            <w:r w:rsidRPr="009A5308">
              <w:rPr>
                <w:b/>
                <w:bCs/>
                <w:color w:val="FF0000"/>
                <w:sz w:val="32"/>
                <w:szCs w:val="32"/>
              </w:rPr>
              <w:t>Cancel</w:t>
            </w:r>
            <w:r w:rsidR="007B3C55">
              <w:rPr>
                <w:b/>
                <w:bCs/>
                <w:color w:val="FF0000"/>
                <w:sz w:val="32"/>
                <w:szCs w:val="32"/>
              </w:rPr>
              <w:t>l</w:t>
            </w:r>
            <w:r w:rsidRPr="009A5308">
              <w:rPr>
                <w:b/>
                <w:bCs/>
                <w:color w:val="FF0000"/>
                <w:sz w:val="32"/>
                <w:szCs w:val="32"/>
              </w:rPr>
              <w:t>ation</w:t>
            </w:r>
          </w:p>
        </w:tc>
      </w:tr>
      <w:tr w:rsidR="002F59B4" w14:paraId="06B557A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965539" w14:textId="5A8B4265" w:rsidR="002F59B4" w:rsidRDefault="002F59B4">
            <w:pPr>
              <w:rPr>
                <w:b/>
              </w:rPr>
            </w:pP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501152" w14:textId="77777777" w:rsidR="002F59B4" w:rsidRDefault="002F59B4"/>
        </w:tc>
      </w:tr>
    </w:tbl>
    <w:p w14:paraId="0B0DCAF6" w14:textId="2EB961C0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45627F">
        <w:rPr>
          <w:sz w:val="24"/>
          <w:szCs w:val="24"/>
        </w:rPr>
        <w:t>National Grid Upgrades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8"/>
        <w:gridCol w:w="7862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color w:val="000000" w:themeColor="text1"/>
            </w:rPr>
            <w:id w:val="347985234"/>
            <w:placeholder>
              <w:docPart w:val="DefaultPlaceholder_-1854013437"/>
            </w:placeholder>
            <w:date w:fullDate="2026-08-2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4ED9286F" w:rsidR="00F7502F" w:rsidRPr="0014537E" w:rsidRDefault="0045627F">
                <w:pPr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8/</w:t>
                </w:r>
                <w:r w:rsidR="009911E8">
                  <w:rPr>
                    <w:color w:val="000000" w:themeColor="text1"/>
                  </w:rPr>
                  <w:t>2</w:t>
                </w:r>
                <w:r w:rsidR="009A5308">
                  <w:rPr>
                    <w:color w:val="000000" w:themeColor="text1"/>
                  </w:rPr>
                  <w:t>0</w:t>
                </w:r>
                <w:r>
                  <w:rPr>
                    <w:color w:val="000000" w:themeColor="text1"/>
                  </w:rPr>
                  <w:t>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34625FBA" w:rsidR="00F7502F" w:rsidRDefault="009911E8">
            <w:r>
              <w:t>0400 - 0600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32AE2FA8" w:rsidR="00F7502F" w:rsidRDefault="00E759FF">
            <w:r>
              <w:t>Cancer Center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5D455DE7" w:rsidR="00F7502F" w:rsidRDefault="000456C3">
            <w:pPr>
              <w:spacing w:after="0"/>
            </w:pPr>
            <w:r w:rsidRPr="00607C8B">
              <w:rPr>
                <w:color w:val="FF0000"/>
              </w:rPr>
              <w:t xml:space="preserve">This is a cancellation notice. There will be </w:t>
            </w:r>
            <w:r w:rsidR="007B3C55" w:rsidRPr="00607C8B">
              <w:rPr>
                <w:color w:val="FF0000"/>
              </w:rPr>
              <w:t>no blip at the Cancer Center</w:t>
            </w:r>
            <w:r w:rsidR="00607C8B" w:rsidRPr="00607C8B">
              <w:rPr>
                <w:color w:val="FF0000"/>
              </w:rPr>
              <w:t xml:space="preserve"> on 08/20/26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612086BC" w:rsidR="00F7502F" w:rsidRDefault="00F7502F">
            <w:pPr>
              <w:spacing w:after="0"/>
            </w:pP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1A8A1C2B" w:rsidR="00F7502F" w:rsidRDefault="009A359D">
            <w:pPr>
              <w:spacing w:after="0"/>
            </w:pPr>
            <w:r>
              <w:t>Switching will occur at a later date.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5319"/>
      </w:tblGrid>
      <w:tr w:rsidR="00F7502F" w14:paraId="3C84EA4E" w14:textId="77777777">
        <w:trPr>
          <w:jc w:val="center"/>
        </w:trPr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B2467" w14:textId="5CFC2B3E" w:rsidR="00F7502F" w:rsidRDefault="00371951">
            <w:r>
              <w:t xml:space="preserve">Name: </w:t>
            </w:r>
            <w:r w:rsidR="001D4C20">
              <w:t>Marc Dingle</w:t>
            </w:r>
            <w:r>
              <w:br/>
              <w:t xml:space="preserve">Department: </w:t>
            </w:r>
            <w:r w:rsidR="001D4C20">
              <w:t>Ele</w:t>
            </w:r>
            <w:r w:rsidR="00515F5E">
              <w:t>ctric Shop Physical Plant</w:t>
            </w:r>
            <w:r>
              <w:br/>
              <w:t>Phone:</w:t>
            </w:r>
            <w:r w:rsidR="00515F5E">
              <w:t xml:space="preserve"> 680-323-1819</w:t>
            </w:r>
            <w:r>
              <w:br/>
              <w:t xml:space="preserve">Email: </w:t>
            </w:r>
            <w:r w:rsidR="00515F5E">
              <w:t>dinglem@upstate.edu</w:t>
            </w:r>
          </w:p>
        </w:tc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0316D" w14:textId="77777777" w:rsidR="00F7502F" w:rsidRDefault="00371951">
            <w:r>
              <w:t>Name: [Enter name]</w:t>
            </w:r>
            <w:r>
              <w:br/>
              <w:t>Department: [Enter department]</w:t>
            </w:r>
            <w:r>
              <w:br/>
              <w:t>Phone: [Enter phone]</w:t>
            </w:r>
            <w:r>
              <w:br/>
              <w:t>Email: [Enter email]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456C3"/>
    <w:rsid w:val="0006063C"/>
    <w:rsid w:val="00084EB9"/>
    <w:rsid w:val="0014537E"/>
    <w:rsid w:val="0015074B"/>
    <w:rsid w:val="00166439"/>
    <w:rsid w:val="001B4670"/>
    <w:rsid w:val="001D4C20"/>
    <w:rsid w:val="00281FCA"/>
    <w:rsid w:val="0029639D"/>
    <w:rsid w:val="002F59B4"/>
    <w:rsid w:val="00326F90"/>
    <w:rsid w:val="00371951"/>
    <w:rsid w:val="0045627F"/>
    <w:rsid w:val="00485BFD"/>
    <w:rsid w:val="00515F5E"/>
    <w:rsid w:val="00585341"/>
    <w:rsid w:val="00607C8B"/>
    <w:rsid w:val="00666DD8"/>
    <w:rsid w:val="00743C86"/>
    <w:rsid w:val="007B3C55"/>
    <w:rsid w:val="00823D69"/>
    <w:rsid w:val="00885377"/>
    <w:rsid w:val="0091247B"/>
    <w:rsid w:val="009911E8"/>
    <w:rsid w:val="009A359D"/>
    <w:rsid w:val="009A5308"/>
    <w:rsid w:val="009C1C29"/>
    <w:rsid w:val="009D5102"/>
    <w:rsid w:val="00A64101"/>
    <w:rsid w:val="00A95CA0"/>
    <w:rsid w:val="00AA1D8D"/>
    <w:rsid w:val="00B10401"/>
    <w:rsid w:val="00B26E01"/>
    <w:rsid w:val="00B47730"/>
    <w:rsid w:val="00BA6945"/>
    <w:rsid w:val="00C13593"/>
    <w:rsid w:val="00CB0664"/>
    <w:rsid w:val="00CD4B48"/>
    <w:rsid w:val="00CF7E9F"/>
    <w:rsid w:val="00D77189"/>
    <w:rsid w:val="00E35525"/>
    <w:rsid w:val="00E407BC"/>
    <w:rsid w:val="00E759FF"/>
    <w:rsid w:val="00E84970"/>
    <w:rsid w:val="00F7502F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62A4-98AC-4E6B-BE55-D1361A2FE353}"/>
      </w:docPartPr>
      <w:docPartBody>
        <w:p w:rsidR="00B04090" w:rsidRDefault="004F61F7">
          <w:r w:rsidRPr="009D4C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745706" w:rsidP="00745706">
          <w:pPr>
            <w:pStyle w:val="BAAFDB2D68AE44D5B6DD5BEEBEF1154D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745706" w:rsidP="00745706">
          <w:pPr>
            <w:pStyle w:val="E137C48A8C4846439BB7230A9B488FD9"/>
          </w:pPr>
          <w:r w:rsidRPr="005F21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84EB9"/>
    <w:rsid w:val="00166439"/>
    <w:rsid w:val="00281FCA"/>
    <w:rsid w:val="00485BFD"/>
    <w:rsid w:val="004F61F7"/>
    <w:rsid w:val="00585341"/>
    <w:rsid w:val="00745706"/>
    <w:rsid w:val="00875568"/>
    <w:rsid w:val="00995AF9"/>
    <w:rsid w:val="00B04090"/>
    <w:rsid w:val="00C4568D"/>
    <w:rsid w:val="00D53AFA"/>
    <w:rsid w:val="00E105DB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706"/>
    <w:rPr>
      <w:color w:val="666666"/>
    </w:rPr>
  </w:style>
  <w:style w:type="paragraph" w:customStyle="1" w:styleId="BAAFDB2D68AE44D5B6DD5BEEBEF1154D">
    <w:name w:val="BAAFDB2D68AE44D5B6DD5BEEBEF1154D"/>
    <w:rsid w:val="00745706"/>
  </w:style>
  <w:style w:type="paragraph" w:customStyle="1" w:styleId="E137C48A8C4846439BB7230A9B488FD9">
    <w:name w:val="E137C48A8C4846439BB7230A9B488FD9"/>
    <w:rsid w:val="00745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 Dingle</cp:lastModifiedBy>
  <cp:revision>2</cp:revision>
  <dcterms:created xsi:type="dcterms:W3CDTF">2026-08-19T14:23:00Z</dcterms:created>
  <dcterms:modified xsi:type="dcterms:W3CDTF">2026-08-19T14:23:00Z</dcterms:modified>
  <cp:category/>
</cp:coreProperties>
</file>