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3401AC6E" w:rsidR="00E35525" w:rsidRDefault="00862441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0B6C47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33BDA2A8" w:rsidR="00E35525" w:rsidRDefault="00862441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0B6C47">
                  <w:rPr>
                    <w:rStyle w:val="Style8"/>
                  </w:rPr>
                  <w:t>Elevator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7D9F4D4C" w:rsidR="00F7502F" w:rsidRDefault="000B6C47">
            <w:r>
              <w:t>Elevator Shutdown</w:t>
            </w:r>
          </w:p>
        </w:tc>
      </w:tr>
    </w:tbl>
    <w:p w14:paraId="51B20914" w14:textId="16C92527" w:rsidR="00885377" w:rsidRPr="000B6C47" w:rsidRDefault="00371951" w:rsidP="000B6C47">
      <w:pPr>
        <w:rPr>
          <w:rFonts w:ascii="Times New Roman" w:eastAsia="Times New Roman" w:hAnsi="Times New Roman" w:cs="Times New Roman"/>
          <w:sz w:val="24"/>
          <w:szCs w:val="24"/>
        </w:rPr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0B6C47" w:rsidRPr="000B6C47">
        <w:rPr>
          <w:rFonts w:ascii="Aptos" w:eastAsia="Times New Roman" w:hAnsi="Aptos" w:cs="Times New Roman"/>
          <w:color w:val="000000"/>
          <w:sz w:val="24"/>
          <w:szCs w:val="24"/>
          <w:shd w:val="clear" w:color="auto" w:fill="FFFFFF"/>
        </w:rPr>
        <w:t>Elevator Upgrade Project</w:t>
      </w: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8-25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50954E9D" w:rsidR="00F7502F" w:rsidRPr="0014537E" w:rsidRDefault="00FB25C0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8/25/2026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046955FB" w:rsidR="00F7502F" w:rsidRPr="000B6C47" w:rsidRDefault="000B6C47" w:rsidP="000B6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El</w:t>
            </w:r>
            <w:r w:rsidR="006834DD" w:rsidRPr="006834DD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evators</w:t>
            </w:r>
            <w:r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 xml:space="preserve"> #7 &amp; #8</w:t>
            </w:r>
            <w:r w:rsidR="006834DD" w:rsidRPr="006834DD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 xml:space="preserve"> will be out of service through the end of the day </w:t>
            </w:r>
            <w:r w:rsidR="006834DD" w:rsidRPr="000B6C47">
              <w:rPr>
                <w:rFonts w:ascii="Aptos" w:eastAsia="Times New Roman" w:hAnsi="Aptos" w:cs="Times New Roman"/>
                <w:color w:val="FF0000"/>
                <w:sz w:val="24"/>
                <w:szCs w:val="24"/>
                <w:shd w:val="clear" w:color="auto" w:fill="FFFFFF"/>
              </w:rPr>
              <w:t>August</w:t>
            </w:r>
            <w:r w:rsidR="006834DD" w:rsidRPr="006834DD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834DD" w:rsidRPr="006834DD">
              <w:rPr>
                <w:rFonts w:ascii="Aptos" w:eastAsia="Times New Roman" w:hAnsi="Aptos" w:cs="Times New Roman"/>
                <w:color w:val="FF0000"/>
                <w:sz w:val="24"/>
                <w:szCs w:val="24"/>
                <w:shd w:val="clear" w:color="auto" w:fill="FFFFFF"/>
              </w:rPr>
              <w:t>28</w:t>
            </w:r>
            <w:r w:rsidR="006834DD" w:rsidRPr="000B6C47">
              <w:rPr>
                <w:rFonts w:ascii="Aptos" w:eastAsia="Times New Roman" w:hAnsi="Aptos" w:cs="Times New Roman"/>
                <w:color w:val="FF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="Aptos" w:eastAsia="Times New Roman" w:hAnsi="Aptos" w:cs="Times New Roman"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40580043" w:rsidR="00F7502F" w:rsidRDefault="00334D8D">
            <w:r>
              <w:t>UH South Wing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7C814A99" w:rsidR="00F7502F" w:rsidRDefault="000B6C47">
            <w:pPr>
              <w:spacing w:after="0"/>
            </w:pPr>
            <w:r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334D8D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levators #7 and #8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F5F862" w14:textId="77777777" w:rsidR="00334D8D" w:rsidRPr="00334D8D" w:rsidRDefault="00334D8D" w:rsidP="0033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8D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elevators #7 and #8 in the south wing of the hospital will be taken out of service to support work on the Elevator Upgrade Project</w:t>
            </w:r>
          </w:p>
          <w:p w14:paraId="6C5E2EBD" w14:textId="21DC3BFC" w:rsidR="00F7502F" w:rsidRDefault="00F7502F">
            <w:pPr>
              <w:spacing w:after="0"/>
            </w:pP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18C89A90" w:rsidR="00F7502F" w:rsidRDefault="00F7502F">
            <w:pPr>
              <w:spacing w:after="0"/>
            </w:pP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34070915" w:rsidR="004D19E3" w:rsidRPr="008850B3" w:rsidRDefault="008850B3" w:rsidP="0088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0B3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Tim Young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6A800F42" w:rsidR="004D19E3" w:rsidRDefault="00106728" w:rsidP="004D19E3">
            <w:pPr>
              <w:spacing w:after="120"/>
            </w:pPr>
            <w:r>
              <w:t>Design and Construction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2D5C78D1" w:rsidR="004D19E3" w:rsidRPr="008850B3" w:rsidRDefault="008850B3" w:rsidP="0088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0B3">
              <w:rPr>
                <w:rFonts w:ascii="Aptos" w:eastAsia="Times New Roman" w:hAnsi="Aptos" w:cs="Times New Roman"/>
                <w:color w:val="000000"/>
                <w:sz w:val="24"/>
                <w:szCs w:val="24"/>
                <w:shd w:val="clear" w:color="auto" w:fill="FFFFFF"/>
              </w:rPr>
              <w:t>315-518-9498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5493789" w:rsidR="004D19E3" w:rsidRDefault="00187541" w:rsidP="004D19E3">
            <w:pPr>
              <w:spacing w:after="120"/>
            </w:pPr>
            <w:r w:rsidRPr="00187541">
              <w:t>YoungT@upstate.edu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B6C47"/>
    <w:rsid w:val="00106728"/>
    <w:rsid w:val="0014537E"/>
    <w:rsid w:val="0015074B"/>
    <w:rsid w:val="00187541"/>
    <w:rsid w:val="00281FCA"/>
    <w:rsid w:val="00287CC5"/>
    <w:rsid w:val="0029639D"/>
    <w:rsid w:val="00326F90"/>
    <w:rsid w:val="00334D8D"/>
    <w:rsid w:val="00371951"/>
    <w:rsid w:val="004D19E3"/>
    <w:rsid w:val="005A3F01"/>
    <w:rsid w:val="005C621F"/>
    <w:rsid w:val="005D000B"/>
    <w:rsid w:val="006834DD"/>
    <w:rsid w:val="007403A4"/>
    <w:rsid w:val="007D10F0"/>
    <w:rsid w:val="0088117E"/>
    <w:rsid w:val="008850B3"/>
    <w:rsid w:val="00885377"/>
    <w:rsid w:val="009B1041"/>
    <w:rsid w:val="009C1C29"/>
    <w:rsid w:val="00A64101"/>
    <w:rsid w:val="00AA1D8D"/>
    <w:rsid w:val="00B47730"/>
    <w:rsid w:val="00BA3E5E"/>
    <w:rsid w:val="00BA6945"/>
    <w:rsid w:val="00C13593"/>
    <w:rsid w:val="00CB0664"/>
    <w:rsid w:val="00CD4B48"/>
    <w:rsid w:val="00CF7E9F"/>
    <w:rsid w:val="00D1109E"/>
    <w:rsid w:val="00D77189"/>
    <w:rsid w:val="00E257F0"/>
    <w:rsid w:val="00E35525"/>
    <w:rsid w:val="00E407BC"/>
    <w:rsid w:val="00F7502F"/>
    <w:rsid w:val="00FB25C0"/>
    <w:rsid w:val="00FB7EE1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281FCA"/>
    <w:rsid w:val="0028690E"/>
    <w:rsid w:val="004F61F7"/>
    <w:rsid w:val="005D5522"/>
    <w:rsid w:val="007403A4"/>
    <w:rsid w:val="00742A53"/>
    <w:rsid w:val="00745706"/>
    <w:rsid w:val="00832B1A"/>
    <w:rsid w:val="00837926"/>
    <w:rsid w:val="00B04090"/>
    <w:rsid w:val="00BA3E5E"/>
    <w:rsid w:val="00C72840"/>
    <w:rsid w:val="00D4571E"/>
    <w:rsid w:val="00E105DB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Tarantino</cp:lastModifiedBy>
  <cp:revision>2</cp:revision>
  <dcterms:created xsi:type="dcterms:W3CDTF">2026-08-20T12:40:00Z</dcterms:created>
  <dcterms:modified xsi:type="dcterms:W3CDTF">2026-08-20T12:40:00Z</dcterms:modified>
  <cp:category/>
</cp:coreProperties>
</file>