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11D90" w14:textId="77777777" w:rsidR="00F7502F" w:rsidRPr="00CF7E9F" w:rsidRDefault="00371951">
      <w:pPr>
        <w:spacing w:after="0"/>
        <w:jc w:val="center"/>
        <w:rPr>
          <w:rFonts w:ascii="Times New Roman" w:hAnsi="Times New Roman" w:cs="Times New Roman"/>
          <w:color w:val="1F497D" w:themeColor="text2"/>
          <w:sz w:val="36"/>
          <w:szCs w:val="36"/>
        </w:rPr>
      </w:pPr>
      <w:r w:rsidRPr="00CF7E9F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UPSTATE PHYSICAL PLANT</w:t>
      </w:r>
    </w:p>
    <w:sdt>
      <w:sdtPr>
        <w:rPr>
          <w:rStyle w:val="Style2"/>
        </w:rPr>
        <w:id w:val="-1072805163"/>
        <w:placeholder>
          <w:docPart w:val="D657BD43F0E24482B3C7D8E9861F6208"/>
        </w:placeholder>
        <w15:color w:val="F6F6F6"/>
        <w:dropDownList>
          <w:listItem w:value="Choose an item."/>
          <w:listItem w:displayText="NOTIFICATION" w:value="NOTIFICATION"/>
          <w:listItem w:displayText="CANCELLATION" w:value="CANCELLATION"/>
        </w:dropDownList>
      </w:sdtPr>
      <w:sdtContent>
        <w:p w14:paraId="0167F00A" w14:textId="1B678D14" w:rsidR="00F7502F" w:rsidRPr="00D77189" w:rsidRDefault="009B1041">
          <w:pPr>
            <w:spacing w:after="120"/>
            <w:jc w:val="center"/>
            <w:rPr>
              <w:color w:val="C00000"/>
            </w:rPr>
          </w:pPr>
          <w:r>
            <w:rPr>
              <w:rStyle w:val="Style2"/>
            </w:rPr>
            <w:t>NOTIFICATION</w:t>
          </w:r>
        </w:p>
      </w:sdtContent>
    </w:sdt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72"/>
        <w:gridCol w:w="7868"/>
      </w:tblGrid>
      <w:tr w:rsidR="00F7502F" w14:paraId="661ECF99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705121" w14:textId="77777777" w:rsidR="00F7502F" w:rsidRDefault="00371951">
            <w:r>
              <w:rPr>
                <w:b/>
              </w:rPr>
              <w:t>Notification Type: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1FC13B" w14:textId="323D9B00" w:rsidR="00E35525" w:rsidRDefault="00000000">
            <w:sdt>
              <w:sdtPr>
                <w:rPr>
                  <w:rStyle w:val="Style7"/>
                </w:rPr>
                <w:id w:val="-1446147997"/>
                <w:placeholder>
                  <w:docPart w:val="BAAFDB2D68AE44D5B6DD5BEEBEF1154D"/>
                </w:placeholder>
                <w:showingPlcHdr/>
                <w:dropDownList>
                  <w:listItem w:value="Choose an item."/>
                  <w:listItem w:displayText="Emergency Outage" w:value="Emergency Outage"/>
                  <w:listItem w:displayText="Maintenance" w:value="Maintenance"/>
                  <w:listItem w:displayText="Planned Outage" w:value="Planned Outage"/>
                  <w:listItem w:displayText="Project Update" w:value="Project Update"/>
                  <w:listItem w:displayText="Restoration Notice" w:value="Restoration Notice"/>
                  <w:listItem w:displayText="Service Interruption" w:value="Service Interruption"/>
                </w:dropDownList>
              </w:sdtPr>
              <w:sdtEndPr>
                <w:rPr>
                  <w:rStyle w:val="DefaultParagraphFont"/>
                  <w:rFonts w:ascii="Times New Roman" w:eastAsia="Times New Roman" w:hAnsi="Times New Roman" w:cs="Times New Roman"/>
                  <w:b w:val="0"/>
                  <w:sz w:val="20"/>
                </w:rPr>
              </w:sdtEndPr>
              <w:sdtContent>
                <w:r w:rsidR="00852A22" w:rsidRPr="005F21F3">
                  <w:rPr>
                    <w:rStyle w:val="PlaceholderText"/>
                  </w:rPr>
                  <w:t>Choose an item.</w:t>
                </w:r>
              </w:sdtContent>
            </w:sdt>
          </w:p>
          <w:p w14:paraId="6EE519E1" w14:textId="083ACDF3" w:rsidR="00F7502F" w:rsidRDefault="00E35525">
            <w:r>
              <w:t xml:space="preserve"> </w:t>
            </w:r>
            <w:sdt>
              <w:sdtPr>
                <w:id w:val="-147998439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640318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640318">
              <w:t>Other: Drone Operations</w:t>
            </w:r>
          </w:p>
        </w:tc>
      </w:tr>
      <w:tr w:rsidR="00F7502F" w14:paraId="76054257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0F16BE" w14:textId="77777777" w:rsidR="00F7502F" w:rsidRDefault="00371951">
            <w:r>
              <w:rPr>
                <w:b/>
              </w:rPr>
              <w:t>Utility / Service Affected: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901293" w14:textId="467FB6AA" w:rsidR="00E35525" w:rsidRDefault="00000000">
            <w:sdt>
              <w:sdtPr>
                <w:rPr>
                  <w:rStyle w:val="Style8"/>
                </w:rPr>
                <w:id w:val="1878893849"/>
                <w:placeholder>
                  <w:docPart w:val="E137C48A8C4846439BB7230A9B488FD9"/>
                </w:placeholder>
                <w:showingPlcHdr/>
                <w:dropDownList>
                  <w:listItem w:value="Choose an item."/>
                  <w:listItem w:displayText="Building Automation (BAS)" w:value="Building Automation (BAS)"/>
                  <w:listItem w:displayText="Chilled Water" w:value="Chilled Water"/>
                  <w:listItem w:displayText="Domestic Hot Water" w:value="Domestic Hot Water"/>
                  <w:listItem w:displayText="Domestic Water" w:value="Domestic Water"/>
                  <w:listItem w:displayText="Electrical" w:value="Electrical"/>
                  <w:listItem w:displayText="Elevator" w:value="Elevator"/>
                  <w:listItem w:displayText="Emergency Power" w:value="Emergency Power"/>
                  <w:listItem w:displayText="Fire Alarm" w:value="Fire Alarm"/>
                  <w:listItem w:displayText="HVAC" w:value="HVAC"/>
                  <w:listItem w:displayText="Mechanical Equipment" w:value="Mechanical Equipment"/>
                  <w:listItem w:displayText="Medical Gas" w:value="Medical Gas"/>
                  <w:listItem w:displayText="Nurse Call" w:value="Nurse Call"/>
                  <w:listItem w:displayText="Plumbing" w:value="Plumbing"/>
                  <w:listItem w:displayText="Pneumatic Tube (P-Tube)" w:value="Pneumatic Tube (P-Tube)"/>
                  <w:listItem w:displayText="Steam" w:value="Steam"/>
                </w:dropDownList>
              </w:sdtPr>
              <w:sdtContent>
                <w:r w:rsidR="00852A22" w:rsidRPr="005F21F3">
                  <w:rPr>
                    <w:rStyle w:val="PlaceholderText"/>
                  </w:rPr>
                  <w:t>Choose an item.</w:t>
                </w:r>
              </w:sdtContent>
            </w:sdt>
          </w:p>
          <w:p w14:paraId="28E86206" w14:textId="79287954" w:rsidR="00F7502F" w:rsidRDefault="00371951">
            <w:r>
              <w:t xml:space="preserve"> </w:t>
            </w:r>
            <w:sdt>
              <w:sdtPr>
                <w:id w:val="12296841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640318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>
              <w:t xml:space="preserve">Other: </w:t>
            </w:r>
            <w:r w:rsidR="00640318">
              <w:t>None</w:t>
            </w:r>
          </w:p>
        </w:tc>
      </w:tr>
      <w:tr w:rsidR="00F7502F" w14:paraId="2E8DA55E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CEEC5B" w14:textId="77777777" w:rsidR="00F7502F" w:rsidRDefault="00371951">
            <w:r>
              <w:rPr>
                <w:b/>
              </w:rPr>
              <w:t>Subject: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4E3681" w14:textId="6CE58CDC" w:rsidR="00F7502F" w:rsidRDefault="00640318">
            <w:r>
              <w:t>Drone Operations</w:t>
            </w:r>
          </w:p>
        </w:tc>
      </w:tr>
    </w:tbl>
    <w:p w14:paraId="51B20914" w14:textId="0EC8C08B" w:rsidR="00885377" w:rsidRPr="00885377" w:rsidRDefault="003220ED">
      <w:pPr>
        <w:spacing w:before="100" w:after="60"/>
        <w:rPr>
          <w:b/>
          <w:sz w:val="24"/>
          <w:szCs w:val="24"/>
        </w:rPr>
      </w:pPr>
      <w:r>
        <w:rPr>
          <w:b/>
          <w:sz w:val="24"/>
          <w:szCs w:val="24"/>
        </w:rPr>
        <w:t>To Support:</w:t>
      </w:r>
      <w:r w:rsidR="00640318">
        <w:rPr>
          <w:b/>
          <w:sz w:val="24"/>
          <w:szCs w:val="24"/>
        </w:rPr>
        <w:t xml:space="preserve"> Drone Inspections of Buildings </w:t>
      </w:r>
    </w:p>
    <w:p w14:paraId="2B30019B" w14:textId="77777777" w:rsidR="00F7502F" w:rsidRDefault="00371951">
      <w:pPr>
        <w:spacing w:after="60"/>
      </w:pPr>
      <w:r>
        <w:rPr>
          <w:b/>
        </w:rPr>
        <w:t>Please review the details below: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76"/>
        <w:gridCol w:w="7864"/>
      </w:tblGrid>
      <w:tr w:rsidR="00F7502F" w14:paraId="759771E9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BA60A9" w14:textId="77777777" w:rsidR="00F7502F" w:rsidRDefault="00371951">
            <w:r w:rsidRPr="00D77189">
              <w:rPr>
                <w:b/>
                <w:color w:val="C00000"/>
              </w:rPr>
              <w:t>Date:</w:t>
            </w:r>
          </w:p>
        </w:tc>
        <w:sdt>
          <w:sdtPr>
            <w:rPr>
              <w:rStyle w:val="Style3"/>
            </w:rPr>
            <w:id w:val="347985234"/>
            <w:placeholder>
              <w:docPart w:val="9F253F89CF33425E933EC2E462A8E878"/>
            </w:placeholder>
            <w:date w:fullDate="2026-09-18T00:00:00Z"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8352" w:type="dxa"/>
                <w:tcBorders>
                  <w:top w:val="single" w:sz="6" w:space="0" w:color="B7B7B7"/>
                  <w:left w:val="single" w:sz="6" w:space="0" w:color="B7B7B7"/>
                  <w:bottom w:val="single" w:sz="6" w:space="0" w:color="B7B7B7"/>
                  <w:right w:val="single" w:sz="6" w:space="0" w:color="B7B7B7"/>
                </w:tcBorders>
                <w:tcMar>
                  <w:top w:w="80" w:type="dxa"/>
                  <w:left w:w="90" w:type="dxa"/>
                  <w:bottom w:w="80" w:type="dxa"/>
                  <w:right w:w="90" w:type="dxa"/>
                </w:tcMar>
                <w:vAlign w:val="center"/>
              </w:tcPr>
              <w:p w14:paraId="681B2CED" w14:textId="02E58054" w:rsidR="00F7502F" w:rsidRPr="0014537E" w:rsidRDefault="00FC3F8F">
                <w:pPr>
                  <w:rPr>
                    <w:color w:val="000000" w:themeColor="text1"/>
                  </w:rPr>
                </w:pPr>
                <w:r>
                  <w:rPr>
                    <w:rStyle w:val="Style3"/>
                  </w:rPr>
                  <w:t>9/1</w:t>
                </w:r>
                <w:r w:rsidR="00640318">
                  <w:rPr>
                    <w:rStyle w:val="Style3"/>
                  </w:rPr>
                  <w:t>8</w:t>
                </w:r>
                <w:r>
                  <w:rPr>
                    <w:rStyle w:val="Style3"/>
                  </w:rPr>
                  <w:t>/2026</w:t>
                </w:r>
              </w:p>
            </w:tc>
          </w:sdtContent>
        </w:sdt>
      </w:tr>
      <w:tr w:rsidR="00F7502F" w14:paraId="609F7DEA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F9F479" w14:textId="77777777" w:rsidR="00F7502F" w:rsidRDefault="00371951">
            <w:r w:rsidRPr="00D77189">
              <w:rPr>
                <w:b/>
                <w:color w:val="C00000"/>
              </w:rPr>
              <w:t>Time(s):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24B77A" w14:textId="14B548E7" w:rsidR="00F7502F" w:rsidRPr="00D1109E" w:rsidRDefault="00640318">
            <w:r>
              <w:t>0700-1100</w:t>
            </w:r>
          </w:p>
        </w:tc>
      </w:tr>
      <w:tr w:rsidR="00F7502F" w14:paraId="018FB0DA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AE557E" w14:textId="77777777" w:rsidR="00F7502F" w:rsidRDefault="00371951">
            <w:r w:rsidRPr="00D77189">
              <w:rPr>
                <w:b/>
                <w:color w:val="C00000"/>
              </w:rPr>
              <w:t>Location: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12BAA8" w14:textId="2E50ACEA" w:rsidR="00F7502F" w:rsidRDefault="00640318">
            <w:r>
              <w:t>Children’s Hospital/East Tower</w:t>
            </w:r>
          </w:p>
        </w:tc>
      </w:tr>
      <w:tr w:rsidR="00F7502F" w14:paraId="0EE1263C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804B61" w14:textId="77777777" w:rsidR="00F7502F" w:rsidRDefault="00371951">
            <w:r w:rsidRPr="00D77189">
              <w:rPr>
                <w:b/>
                <w:color w:val="C00000"/>
              </w:rPr>
              <w:t>Affected Areas / Equipment</w:t>
            </w:r>
            <w:r w:rsidRPr="00D77189">
              <w:rPr>
                <w:b/>
                <w:color w:val="C00000"/>
              </w:rPr>
              <w:br/>
              <w:t>(Room, Equipment ID, etc.):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2AEF6C" w14:textId="344798C0" w:rsidR="00F7502F" w:rsidRPr="00640318" w:rsidRDefault="00640318" w:rsidP="009E3346">
            <w:pPr>
              <w:spacing w:after="0" w:line="240" w:lineRule="auto"/>
              <w:rPr>
                <w:rFonts w:eastAsia="Times New Roman" w:cs="Arial"/>
                <w:szCs w:val="20"/>
              </w:rPr>
            </w:pPr>
            <w:r w:rsidRPr="00640318">
              <w:rPr>
                <w:rFonts w:eastAsia="Times New Roman" w:cs="Arial"/>
                <w:szCs w:val="20"/>
              </w:rPr>
              <w:t>Outer building surfaces. Drones will be inspecting the outer facade of the building</w:t>
            </w:r>
          </w:p>
          <w:p w14:paraId="443F60BA" w14:textId="77777777" w:rsidR="009E3346" w:rsidRPr="00640318" w:rsidRDefault="009E3346" w:rsidP="009E334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  <w:p w14:paraId="54D873D9" w14:textId="36EF21FE" w:rsidR="009E3346" w:rsidRDefault="009E3346" w:rsidP="009E3346">
            <w:pPr>
              <w:spacing w:after="0" w:line="240" w:lineRule="auto"/>
            </w:pPr>
          </w:p>
        </w:tc>
      </w:tr>
      <w:tr w:rsidR="00F7502F" w14:paraId="7433E9FD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848138" w14:textId="77777777" w:rsidR="00F7502F" w:rsidRDefault="00371951">
            <w:r w:rsidRPr="00D77189">
              <w:rPr>
                <w:b/>
                <w:color w:val="C00000"/>
              </w:rPr>
              <w:t>Impact (What will be interrupted</w:t>
            </w:r>
            <w:r w:rsidRPr="00D77189">
              <w:rPr>
                <w:b/>
                <w:color w:val="C00000"/>
              </w:rPr>
              <w:br/>
              <w:t>and what will remain operational):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5E2EBD" w14:textId="4351076A" w:rsidR="00F7502F" w:rsidRDefault="00640318">
            <w:pPr>
              <w:spacing w:after="0"/>
            </w:pPr>
            <w:r>
              <w:t>No impact to services</w:t>
            </w:r>
          </w:p>
        </w:tc>
      </w:tr>
      <w:tr w:rsidR="00F7502F" w14:paraId="0BBD4624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A48D51" w14:textId="77777777" w:rsidR="00F7502F" w:rsidRDefault="00371951">
            <w:r>
              <w:rPr>
                <w:b/>
              </w:rPr>
              <w:t>Note: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CE2062" w14:textId="7F92F0E5" w:rsidR="00F7502F" w:rsidRDefault="00F7502F">
            <w:pPr>
              <w:spacing w:after="0"/>
            </w:pPr>
          </w:p>
        </w:tc>
      </w:tr>
    </w:tbl>
    <w:p w14:paraId="77389456" w14:textId="77777777" w:rsidR="00F7502F" w:rsidRDefault="00371951">
      <w:pPr>
        <w:spacing w:before="120" w:after="40"/>
      </w:pPr>
      <w:r>
        <w:rPr>
          <w:b/>
          <w:sz w:val="22"/>
        </w:rPr>
        <w:t>Questions or Concerns</w:t>
      </w:r>
    </w:p>
    <w:p w14:paraId="509FAF76" w14:textId="77777777" w:rsidR="00F7502F" w:rsidRDefault="00371951">
      <w:pPr>
        <w:spacing w:after="60"/>
      </w:pPr>
      <w:r>
        <w:t>If you have any questions or concerns, please contact: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358"/>
        <w:gridCol w:w="3981"/>
        <w:gridCol w:w="1358"/>
        <w:gridCol w:w="3949"/>
      </w:tblGrid>
      <w:tr w:rsidR="004D19E3" w14:paraId="3C84EA4E" w14:textId="77777777" w:rsidTr="004D19E3">
        <w:trPr>
          <w:trHeight w:val="464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6" w:type="dxa"/>
              <w:left w:w="90" w:type="dxa"/>
              <w:bottom w:w="86" w:type="dxa"/>
              <w:right w:w="90" w:type="dxa"/>
            </w:tcMar>
            <w:vAlign w:val="center"/>
          </w:tcPr>
          <w:p w14:paraId="7CDC6531" w14:textId="4A4A2997" w:rsidR="004D19E3" w:rsidRPr="004D19E3" w:rsidRDefault="004D19E3" w:rsidP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Name: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B2467" w14:textId="4DF0F8C9" w:rsidR="004D19E3" w:rsidRDefault="00640318" w:rsidP="004D19E3">
            <w:pPr>
              <w:spacing w:after="120"/>
            </w:pPr>
            <w:r>
              <w:t>Jason Wallace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66172B" w14:textId="366DCC57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Name: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0316D" w14:textId="1F83DA9A" w:rsidR="004D19E3" w:rsidRDefault="004D19E3"/>
        </w:tc>
      </w:tr>
      <w:tr w:rsidR="004D19E3" w14:paraId="511CEE8C" w14:textId="77777777" w:rsidTr="004D19E3">
        <w:trPr>
          <w:trHeight w:val="465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0A911D" w14:textId="25946DEF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Department: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674F6" w14:textId="4D2F4553" w:rsidR="004D19E3" w:rsidRDefault="00640318" w:rsidP="004D19E3">
            <w:pPr>
              <w:spacing w:after="120"/>
            </w:pPr>
            <w:r>
              <w:t>Physical Plant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00B38F" w14:textId="4D125B2D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Department: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2023E" w14:textId="760C6161" w:rsidR="004D19E3" w:rsidRDefault="004D19E3"/>
        </w:tc>
      </w:tr>
      <w:tr w:rsidR="004D19E3" w14:paraId="52C7511B" w14:textId="77777777" w:rsidTr="004D19E3">
        <w:trPr>
          <w:trHeight w:val="464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82512A" w14:textId="2B3D2678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Phone: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84B99" w14:textId="7D765766" w:rsidR="004D19E3" w:rsidRDefault="00640318" w:rsidP="004D19E3">
            <w:pPr>
              <w:spacing w:after="120"/>
            </w:pPr>
            <w:r>
              <w:t>315-907-7778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01E6C9" w14:textId="06244F82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Phone: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90526" w14:textId="4E8F000E" w:rsidR="004D19E3" w:rsidRDefault="004D19E3"/>
        </w:tc>
      </w:tr>
      <w:tr w:rsidR="004D19E3" w14:paraId="5089B399" w14:textId="77777777" w:rsidTr="004D19E3">
        <w:trPr>
          <w:trHeight w:val="465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B86878" w14:textId="3B8983DC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Email: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F4B88" w14:textId="640DC6F8" w:rsidR="004D19E3" w:rsidRDefault="00640318" w:rsidP="004D19E3">
            <w:pPr>
              <w:spacing w:after="120"/>
            </w:pPr>
            <w:r>
              <w:t>WallaJas@upstate.edu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5677E3" w14:textId="2F5E07D6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Email: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16844" w14:textId="19F66391" w:rsidR="004D19E3" w:rsidRDefault="004D19E3"/>
        </w:tc>
      </w:tr>
    </w:tbl>
    <w:p w14:paraId="521D85A8" w14:textId="77777777" w:rsidR="00F7502F" w:rsidRDefault="00371951">
      <w:pPr>
        <w:spacing w:before="140"/>
        <w:jc w:val="center"/>
      </w:pPr>
      <w:r>
        <w:rPr>
          <w:i/>
          <w:sz w:val="18"/>
        </w:rPr>
        <w:t>Thank you for your cooperation and understanding while this work is being completed.</w:t>
      </w:r>
    </w:p>
    <w:sectPr w:rsidR="00F7502F" w:rsidSect="00034616"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3826715">
    <w:abstractNumId w:val="8"/>
  </w:num>
  <w:num w:numId="2" w16cid:durableId="1942061035">
    <w:abstractNumId w:val="6"/>
  </w:num>
  <w:num w:numId="3" w16cid:durableId="2140761885">
    <w:abstractNumId w:val="5"/>
  </w:num>
  <w:num w:numId="4" w16cid:durableId="74325841">
    <w:abstractNumId w:val="4"/>
  </w:num>
  <w:num w:numId="5" w16cid:durableId="61296454">
    <w:abstractNumId w:val="7"/>
  </w:num>
  <w:num w:numId="6" w16cid:durableId="1912810546">
    <w:abstractNumId w:val="3"/>
  </w:num>
  <w:num w:numId="7" w16cid:durableId="1205292975">
    <w:abstractNumId w:val="2"/>
  </w:num>
  <w:num w:numId="8" w16cid:durableId="2123380968">
    <w:abstractNumId w:val="1"/>
  </w:num>
  <w:num w:numId="9" w16cid:durableId="386145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3ADA"/>
    <w:rsid w:val="00034616"/>
    <w:rsid w:val="0006063C"/>
    <w:rsid w:val="00062FAD"/>
    <w:rsid w:val="0007325D"/>
    <w:rsid w:val="000B6C47"/>
    <w:rsid w:val="00106728"/>
    <w:rsid w:val="0014537E"/>
    <w:rsid w:val="0015074B"/>
    <w:rsid w:val="00187541"/>
    <w:rsid w:val="00281FCA"/>
    <w:rsid w:val="0029639D"/>
    <w:rsid w:val="003220ED"/>
    <w:rsid w:val="00326F90"/>
    <w:rsid w:val="00334D8D"/>
    <w:rsid w:val="00371951"/>
    <w:rsid w:val="003F3EBC"/>
    <w:rsid w:val="004D19E3"/>
    <w:rsid w:val="005A3F01"/>
    <w:rsid w:val="005C621F"/>
    <w:rsid w:val="005D000B"/>
    <w:rsid w:val="005E08DE"/>
    <w:rsid w:val="00633BC3"/>
    <w:rsid w:val="00640318"/>
    <w:rsid w:val="00657153"/>
    <w:rsid w:val="006834DD"/>
    <w:rsid w:val="006A5531"/>
    <w:rsid w:val="007403A4"/>
    <w:rsid w:val="007D10F0"/>
    <w:rsid w:val="00806A8D"/>
    <w:rsid w:val="00852A22"/>
    <w:rsid w:val="008751D3"/>
    <w:rsid w:val="0088117E"/>
    <w:rsid w:val="008850B3"/>
    <w:rsid w:val="00885377"/>
    <w:rsid w:val="00945923"/>
    <w:rsid w:val="0095602D"/>
    <w:rsid w:val="009B1041"/>
    <w:rsid w:val="009C1C29"/>
    <w:rsid w:val="009E3346"/>
    <w:rsid w:val="00A042C7"/>
    <w:rsid w:val="00A64101"/>
    <w:rsid w:val="00AA1D8D"/>
    <w:rsid w:val="00B47730"/>
    <w:rsid w:val="00BA3E5E"/>
    <w:rsid w:val="00BA6945"/>
    <w:rsid w:val="00C13593"/>
    <w:rsid w:val="00CB0664"/>
    <w:rsid w:val="00CD4B48"/>
    <w:rsid w:val="00CF7E9F"/>
    <w:rsid w:val="00D1109E"/>
    <w:rsid w:val="00D2211C"/>
    <w:rsid w:val="00D77189"/>
    <w:rsid w:val="00DD2C8B"/>
    <w:rsid w:val="00E257F0"/>
    <w:rsid w:val="00E35525"/>
    <w:rsid w:val="00E407BC"/>
    <w:rsid w:val="00F7502F"/>
    <w:rsid w:val="00FB25C0"/>
    <w:rsid w:val="00FB7EE1"/>
    <w:rsid w:val="00FC3F8F"/>
    <w:rsid w:val="00FC693F"/>
    <w:rsid w:val="00FF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1FD1BCE3-F054-4091-A453-32D2B58E2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ceholderText">
    <w:name w:val="Placeholder Text"/>
    <w:basedOn w:val="DefaultParagraphFont"/>
    <w:uiPriority w:val="99"/>
    <w:semiHidden/>
    <w:rsid w:val="00033ADA"/>
    <w:rPr>
      <w:color w:val="666666"/>
    </w:rPr>
  </w:style>
  <w:style w:type="character" w:customStyle="1" w:styleId="Style1">
    <w:name w:val="Style1"/>
    <w:basedOn w:val="DefaultParagraphFont"/>
    <w:uiPriority w:val="1"/>
    <w:rsid w:val="00E257F0"/>
    <w:rPr>
      <w:rFonts w:ascii="Times New Roman" w:hAnsi="Times New Roman"/>
      <w:b/>
      <w:u w:val="single"/>
    </w:rPr>
  </w:style>
  <w:style w:type="character" w:customStyle="1" w:styleId="Style2">
    <w:name w:val="Style2"/>
    <w:basedOn w:val="DefaultParagraphFont"/>
    <w:uiPriority w:val="1"/>
    <w:rsid w:val="005D000B"/>
    <w:rPr>
      <w:rFonts w:ascii="Times New Roman" w:hAnsi="Times New Roman"/>
      <w:b/>
      <w:color w:val="C00000"/>
      <w:sz w:val="28"/>
      <w:u w:val="single"/>
    </w:rPr>
  </w:style>
  <w:style w:type="character" w:customStyle="1" w:styleId="Style3">
    <w:name w:val="Style3"/>
    <w:basedOn w:val="DefaultParagraphFont"/>
    <w:uiPriority w:val="1"/>
    <w:rsid w:val="00D1109E"/>
    <w:rPr>
      <w:b/>
      <w:color w:val="C00000"/>
      <w:sz w:val="24"/>
    </w:rPr>
  </w:style>
  <w:style w:type="character" w:customStyle="1" w:styleId="Style4">
    <w:name w:val="Style4"/>
    <w:basedOn w:val="DefaultParagraphFont"/>
    <w:uiPriority w:val="1"/>
    <w:rsid w:val="00062FAD"/>
    <w:rPr>
      <w:b/>
      <w:sz w:val="28"/>
    </w:rPr>
  </w:style>
  <w:style w:type="character" w:customStyle="1" w:styleId="Style5">
    <w:name w:val="Style5"/>
    <w:basedOn w:val="DefaultParagraphFont"/>
    <w:uiPriority w:val="1"/>
    <w:rsid w:val="00062FAD"/>
    <w:rPr>
      <w:rFonts w:ascii="Times New Roman" w:hAnsi="Times New Roman"/>
      <w:b/>
      <w:sz w:val="28"/>
    </w:rPr>
  </w:style>
  <w:style w:type="character" w:customStyle="1" w:styleId="Style6">
    <w:name w:val="Style6"/>
    <w:basedOn w:val="DefaultParagraphFont"/>
    <w:uiPriority w:val="1"/>
    <w:rsid w:val="00062FAD"/>
    <w:rPr>
      <w:rFonts w:ascii="Times New Roman" w:hAnsi="Times New Roman"/>
      <w:b/>
      <w:sz w:val="28"/>
    </w:rPr>
  </w:style>
  <w:style w:type="character" w:customStyle="1" w:styleId="Style7">
    <w:name w:val="Style7"/>
    <w:basedOn w:val="DefaultParagraphFont"/>
    <w:uiPriority w:val="1"/>
    <w:rsid w:val="00062FAD"/>
    <w:rPr>
      <w:rFonts w:ascii="Arial" w:hAnsi="Arial"/>
      <w:b/>
      <w:sz w:val="28"/>
    </w:rPr>
  </w:style>
  <w:style w:type="character" w:customStyle="1" w:styleId="Style8">
    <w:name w:val="Style8"/>
    <w:basedOn w:val="DefaultParagraphFont"/>
    <w:uiPriority w:val="1"/>
    <w:rsid w:val="00062FAD"/>
    <w:rPr>
      <w:rFonts w:ascii="Arial" w:hAnsi="Arial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AFDB2D68AE44D5B6DD5BEEBEF115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743F21-1EF3-45D3-BF9E-C26F82CA6ADC}"/>
      </w:docPartPr>
      <w:docPartBody>
        <w:p w:rsidR="00E105DB" w:rsidRDefault="00832B1A" w:rsidP="00832B1A">
          <w:pPr>
            <w:pStyle w:val="BAAFDB2D68AE44D5B6DD5BEEBEF1154D5"/>
          </w:pPr>
          <w:r w:rsidRPr="005F21F3">
            <w:rPr>
              <w:rStyle w:val="PlaceholderText"/>
            </w:rPr>
            <w:t>Choose an item.</w:t>
          </w:r>
        </w:p>
      </w:docPartBody>
    </w:docPart>
    <w:docPart>
      <w:docPartPr>
        <w:name w:val="E137C48A8C4846439BB7230A9B488F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8A1FA1-6C9C-4702-8BCC-832D4DFE96E2}"/>
      </w:docPartPr>
      <w:docPartBody>
        <w:p w:rsidR="00E105DB" w:rsidRDefault="00832B1A" w:rsidP="00832B1A">
          <w:pPr>
            <w:pStyle w:val="E137C48A8C4846439BB7230A9B488FD94"/>
          </w:pPr>
          <w:r w:rsidRPr="005F21F3">
            <w:rPr>
              <w:rStyle w:val="PlaceholderText"/>
            </w:rPr>
            <w:t>Choose an item.</w:t>
          </w:r>
        </w:p>
      </w:docPartBody>
    </w:docPart>
    <w:docPart>
      <w:docPartPr>
        <w:name w:val="9F253F89CF33425E933EC2E462A8E8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016782-D102-4A04-86C9-9EAB2741C934}"/>
      </w:docPartPr>
      <w:docPartBody>
        <w:p w:rsidR="00832B1A" w:rsidRDefault="00832B1A" w:rsidP="00832B1A">
          <w:pPr>
            <w:pStyle w:val="9F253F89CF33425E933EC2E462A8E8784"/>
          </w:pPr>
          <w:r w:rsidRPr="0014537E">
            <w:rPr>
              <w:rStyle w:val="PlaceholderText"/>
              <w:color w:val="000000" w:themeColor="text1"/>
            </w:rPr>
            <w:t>Click or tap to enter a date.</w:t>
          </w:r>
        </w:p>
      </w:docPartBody>
    </w:docPart>
    <w:docPart>
      <w:docPartPr>
        <w:name w:val="D657BD43F0E24482B3C7D8E9861F62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06B329-5DF1-4239-B894-96FEA87BBF53}"/>
      </w:docPartPr>
      <w:docPartBody>
        <w:p w:rsidR="00837926" w:rsidRDefault="00832B1A" w:rsidP="00832B1A">
          <w:pPr>
            <w:pStyle w:val="D657BD43F0E24482B3C7D8E9861F6208"/>
          </w:pPr>
          <w:r w:rsidRPr="00A44808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1F7"/>
    <w:rsid w:val="0007325D"/>
    <w:rsid w:val="00091AB9"/>
    <w:rsid w:val="00281FCA"/>
    <w:rsid w:val="0028690E"/>
    <w:rsid w:val="0043193A"/>
    <w:rsid w:val="004F61F7"/>
    <w:rsid w:val="005A0192"/>
    <w:rsid w:val="005D5522"/>
    <w:rsid w:val="006A5531"/>
    <w:rsid w:val="007149CE"/>
    <w:rsid w:val="007403A4"/>
    <w:rsid w:val="00742A53"/>
    <w:rsid w:val="00745706"/>
    <w:rsid w:val="00806A8D"/>
    <w:rsid w:val="00832B1A"/>
    <w:rsid w:val="00837926"/>
    <w:rsid w:val="008751D3"/>
    <w:rsid w:val="00B04090"/>
    <w:rsid w:val="00BA3E5E"/>
    <w:rsid w:val="00D03D75"/>
    <w:rsid w:val="00D2211C"/>
    <w:rsid w:val="00D4571E"/>
    <w:rsid w:val="00E105DB"/>
    <w:rsid w:val="00FB7EE1"/>
    <w:rsid w:val="00FF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32B1A"/>
    <w:rPr>
      <w:color w:val="666666"/>
    </w:rPr>
  </w:style>
  <w:style w:type="paragraph" w:customStyle="1" w:styleId="D657BD43F0E24482B3C7D8E9861F6208">
    <w:name w:val="D657BD43F0E24482B3C7D8E9861F6208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E137C48A8C4846439BB7230A9B488FD94">
    <w:name w:val="E137C48A8C4846439BB7230A9B488FD94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BAAFDB2D68AE44D5B6DD5BEEBEF1154D5">
    <w:name w:val="BAAFDB2D68AE44D5B6DD5BEEBEF1154D5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9F253F89CF33425E933EC2E462A8E8784">
    <w:name w:val="9F253F89CF33425E933EC2E462A8E8784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cf50a66-5e26-41dd-89f8-83cf73ffee98}" enabled="0" method="" siteId="{5cf50a66-5e26-41dd-89f8-83cf73ffee9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Lawrence N. Blanchard</cp:lastModifiedBy>
  <cp:revision>43</cp:revision>
  <dcterms:created xsi:type="dcterms:W3CDTF">2026-08-11T18:56:00Z</dcterms:created>
  <dcterms:modified xsi:type="dcterms:W3CDTF">2026-09-16T14:57:00Z</dcterms:modified>
  <cp:category/>
</cp:coreProperties>
</file>