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DC84A83" w:rsidR="00E35525" w:rsidRDefault="008A633B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290208">
                  <w:rPr>
                    <w:rStyle w:val="Style7"/>
                  </w:rPr>
                  <w:t>Service Interruption</w:t>
                </w:r>
              </w:sdtContent>
            </w:sdt>
          </w:p>
          <w:p w14:paraId="6EE519E1" w14:textId="3B68F52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2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223B332" w:rsidR="00E35525" w:rsidRDefault="008A633B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290208">
                  <w:rPr>
                    <w:rStyle w:val="Style8"/>
                  </w:rPr>
                  <w:t>Steam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7B216D72" w:rsidR="00F7502F" w:rsidRDefault="00F7502F"/>
        </w:tc>
      </w:tr>
    </w:tbl>
    <w:p w14:paraId="51B20914" w14:textId="17992F75" w:rsidR="00885377" w:rsidRPr="00885377" w:rsidRDefault="003220ED">
      <w:pPr>
        <w:spacing w:before="100" w:after="60"/>
        <w:rPr>
          <w:b/>
          <w:sz w:val="24"/>
          <w:szCs w:val="24"/>
        </w:rPr>
      </w:pPr>
      <w:r>
        <w:rPr>
          <w:b/>
          <w:sz w:val="24"/>
          <w:szCs w:val="24"/>
        </w:rPr>
        <w:t>To Support: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02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25E9B21D" w:rsidR="00F7502F" w:rsidRPr="0014537E" w:rsidRDefault="00290208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10/2/2026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795AB8A0" w:rsidR="00F7502F" w:rsidRPr="00D1109E" w:rsidRDefault="00290208">
            <w:r>
              <w:t>10 am – 11 am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5BD91F19" w:rsidR="00F7502F" w:rsidRDefault="00290208">
            <w:r>
              <w:t xml:space="preserve">UH all wings, East </w:t>
            </w:r>
            <w:proofErr w:type="spellStart"/>
            <w:proofErr w:type="gramStart"/>
            <w:r>
              <w:t>Wing,East</w:t>
            </w:r>
            <w:proofErr w:type="spellEnd"/>
            <w:proofErr w:type="gramEnd"/>
            <w:r>
              <w:t xml:space="preserve"> tower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AEF6C" w14:textId="057A0242" w:rsidR="00F7502F" w:rsidRDefault="00290208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steam services</w:t>
            </w:r>
          </w:p>
          <w:p w14:paraId="443F60BA" w14:textId="77777777" w:rsidR="009E3346" w:rsidRDefault="009E3346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0AB30908" w:rsidR="00F7502F" w:rsidRDefault="00290208">
            <w:pPr>
              <w:spacing w:after="0"/>
            </w:pPr>
            <w:r>
              <w:t>Loss of kitchen and sterile processing steam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6A835E7" w:rsidR="00F7502F" w:rsidRDefault="00290208">
            <w:pPr>
              <w:spacing w:after="0"/>
            </w:pPr>
            <w:r>
              <w:t>Boilers are being restarted at this time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80"/>
        <w:gridCol w:w="1358"/>
        <w:gridCol w:w="3950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3D682609" w:rsidR="004D19E3" w:rsidRDefault="00290208" w:rsidP="004D19E3">
            <w:pPr>
              <w:spacing w:after="120"/>
            </w:pPr>
            <w:r>
              <w:t>Larry Blanchard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4C0BDB1A" w:rsidR="004D19E3" w:rsidRDefault="00290208" w:rsidP="004D19E3">
            <w:pPr>
              <w:spacing w:after="120"/>
            </w:pPr>
            <w:r>
              <w:t>Physical Plant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6906543F" w:rsidR="004D19E3" w:rsidRDefault="00290208" w:rsidP="004D19E3">
            <w:pPr>
              <w:spacing w:after="120"/>
            </w:pPr>
            <w:r>
              <w:t>4-7371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34E8DE79" w:rsidR="004D19E3" w:rsidRDefault="00290208" w:rsidP="004D19E3">
            <w:pPr>
              <w:spacing w:after="120"/>
            </w:pPr>
            <w:r>
              <w:t>blanchal@upstate.esu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062FAD"/>
    <w:rsid w:val="0007325D"/>
    <w:rsid w:val="000B6C47"/>
    <w:rsid w:val="00106728"/>
    <w:rsid w:val="0014537E"/>
    <w:rsid w:val="0015074B"/>
    <w:rsid w:val="00187541"/>
    <w:rsid w:val="00245F51"/>
    <w:rsid w:val="00281FCA"/>
    <w:rsid w:val="00290208"/>
    <w:rsid w:val="0029639D"/>
    <w:rsid w:val="003220ED"/>
    <w:rsid w:val="00326F90"/>
    <w:rsid w:val="00334D8D"/>
    <w:rsid w:val="00371951"/>
    <w:rsid w:val="003F3EBC"/>
    <w:rsid w:val="004D19E3"/>
    <w:rsid w:val="005A3F01"/>
    <w:rsid w:val="005C621F"/>
    <w:rsid w:val="005D000B"/>
    <w:rsid w:val="005E08DE"/>
    <w:rsid w:val="00633BC3"/>
    <w:rsid w:val="00657153"/>
    <w:rsid w:val="006834DD"/>
    <w:rsid w:val="007403A4"/>
    <w:rsid w:val="007D10F0"/>
    <w:rsid w:val="00806A8D"/>
    <w:rsid w:val="00852A22"/>
    <w:rsid w:val="008751D3"/>
    <w:rsid w:val="0088117E"/>
    <w:rsid w:val="008850B3"/>
    <w:rsid w:val="00885377"/>
    <w:rsid w:val="00945923"/>
    <w:rsid w:val="0095602D"/>
    <w:rsid w:val="009B1041"/>
    <w:rsid w:val="009C1C29"/>
    <w:rsid w:val="009E3346"/>
    <w:rsid w:val="00A042C7"/>
    <w:rsid w:val="00A64101"/>
    <w:rsid w:val="00AA1D8D"/>
    <w:rsid w:val="00B47730"/>
    <w:rsid w:val="00BA3E5E"/>
    <w:rsid w:val="00BA6945"/>
    <w:rsid w:val="00C13593"/>
    <w:rsid w:val="00CB0664"/>
    <w:rsid w:val="00CD4B48"/>
    <w:rsid w:val="00CF7E9F"/>
    <w:rsid w:val="00D1109E"/>
    <w:rsid w:val="00D2211C"/>
    <w:rsid w:val="00D77189"/>
    <w:rsid w:val="00DD2C8B"/>
    <w:rsid w:val="00E257F0"/>
    <w:rsid w:val="00E35525"/>
    <w:rsid w:val="00E407BC"/>
    <w:rsid w:val="00F7502F"/>
    <w:rsid w:val="00FB25C0"/>
    <w:rsid w:val="00FB7EE1"/>
    <w:rsid w:val="00FC3F8F"/>
    <w:rsid w:val="00FC693F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1F2985"/>
    <w:rsid w:val="00245F51"/>
    <w:rsid w:val="00281FCA"/>
    <w:rsid w:val="0028690E"/>
    <w:rsid w:val="004F61F7"/>
    <w:rsid w:val="005A0192"/>
    <w:rsid w:val="005D5522"/>
    <w:rsid w:val="007149CE"/>
    <w:rsid w:val="007403A4"/>
    <w:rsid w:val="00742A53"/>
    <w:rsid w:val="00745706"/>
    <w:rsid w:val="00806A8D"/>
    <w:rsid w:val="00832B1A"/>
    <w:rsid w:val="00837926"/>
    <w:rsid w:val="008751D3"/>
    <w:rsid w:val="00B04090"/>
    <w:rsid w:val="00BA3E5E"/>
    <w:rsid w:val="00D03D75"/>
    <w:rsid w:val="00D2211C"/>
    <w:rsid w:val="00D4571E"/>
    <w:rsid w:val="00E105DB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2</cp:revision>
  <dcterms:created xsi:type="dcterms:W3CDTF">2026-10-02T14:08:00Z</dcterms:created>
  <dcterms:modified xsi:type="dcterms:W3CDTF">2026-10-02T14:08:00Z</dcterms:modified>
  <cp:category/>
</cp:coreProperties>
</file>