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p w14:paraId="0167F00A" w14:textId="77777777" w:rsidR="00F7502F" w:rsidRPr="00D77189" w:rsidRDefault="00371951">
      <w:pPr>
        <w:spacing w:after="120"/>
        <w:jc w:val="center"/>
        <w:rPr>
          <w:color w:val="C00000"/>
        </w:rPr>
      </w:pPr>
      <w:r w:rsidRPr="00D77189">
        <w:rPr>
          <w:b/>
          <w:color w:val="C00000"/>
          <w:sz w:val="26"/>
        </w:rPr>
        <w:t>NOTIFICATION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29"/>
        <w:gridCol w:w="7911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29312B7E" w:rsidR="00E35525" w:rsidRDefault="00000000">
            <w:sdt>
              <w:sdtPr>
                <w:rPr>
                  <w:rFonts w:ascii="Times New Roman" w:eastAsia="Times New Roman" w:hAnsi="Times New Roman" w:cs="Times New Roman"/>
                  <w:b/>
                  <w:sz w:val="28"/>
                </w:rPr>
                <w:id w:val="-1446147997"/>
                <w:placeholder>
                  <w:docPart w:val="BAAFDB2D68AE44D5B6DD5BEEBEF1154D"/>
                </w:placeholder>
                <w:showingPlcHdr/>
                <w:dropDownList>
                  <w:listItem w:value="Choose an item."/>
                  <w:listItem w:displayText="Planned Outage" w:value="Planned Outage"/>
                  <w:listItem w:displayText="Emergency Outage" w:value="Emergency Outage"/>
                  <w:listItem w:displayText="Maintenance" w:value="Maintenance"/>
                  <w:listItem w:displayText="Service Interruption" w:value="Service Interruption"/>
                  <w:listItem w:displayText="Restoration Notice" w:value="Restoration Notice"/>
                  <w:listItem w:displayText="Project Update" w:value="Project Update"/>
                </w:dropDownList>
              </w:sdtPr>
              <w:sdtContent>
                <w:r w:rsidR="00C13593" w:rsidRPr="005F21F3">
                  <w:rPr>
                    <w:rStyle w:val="PlaceholderText"/>
                  </w:rPr>
                  <w:t>Choose an item.</w:t>
                </w:r>
              </w:sdtContent>
            </w:sdt>
          </w:p>
          <w:p w14:paraId="6EE519E1" w14:textId="46732348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B693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371951">
              <w:t>Other: _____</w:t>
            </w:r>
            <w:r w:rsidR="001B693A" w:rsidRPr="001B693A">
              <w:rPr>
                <w:b/>
                <w:bCs/>
                <w:color w:val="EE0000"/>
                <w:sz w:val="24"/>
                <w:szCs w:val="24"/>
              </w:rPr>
              <w:t>HVAC Shutdown</w:t>
            </w:r>
            <w:r w:rsidR="00371951">
              <w:t>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64D3C7D0" w:rsidR="00E35525" w:rsidRPr="001B693A" w:rsidRDefault="00000000">
            <w:pPr>
              <w:rPr>
                <w:color w:val="FF0000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color w:val="FF0000"/>
                  <w:sz w:val="32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Electrical" w:value="Electrical"/>
                  <w:listItem w:displayText="Emergency Power" w:value="Emergency Power"/>
                  <w:listItem w:displayText="HVAC" w:value="HVAC"/>
                  <w:listItem w:displayText="Plumbing" w:value="Plumbing"/>
                  <w:listItem w:displayText="Pneumatic Tube (P-Tube)" w:value="Pneumatic Tube (P-Tube)"/>
                  <w:listItem w:displayText="Fire Alarm" w:value="Fire Alarm"/>
                  <w:listItem w:displayText="Nurse Call" w:value="Nurse Call"/>
                  <w:listItem w:displayText="Elevator" w:value="Elevator"/>
                  <w:listItem w:displayText="Domestic Water" w:value="Domestic Water"/>
                  <w:listItem w:displayText="Domestic Hot Water" w:value="Domestic Hot Water"/>
                  <w:listItem w:displayText="Steam" w:value="Steam"/>
                  <w:listItem w:displayText="Chilled Water" w:value="Chilled Water"/>
                  <w:listItem w:displayText="Medical Gas" w:value="Medical Gas"/>
                  <w:listItem w:displayText="Mechanical Equipment" w:value="Mechanical Equipment"/>
                  <w:listItem w:displayText="Building Automation (BAS)" w:value="Building Automation (BAS)"/>
                </w:dropDownList>
              </w:sdtPr>
              <w:sdtContent>
                <w:r w:rsidR="001B693A" w:rsidRPr="001B693A">
                  <w:rPr>
                    <w:rFonts w:ascii="Times New Roman" w:eastAsia="Times New Roman" w:hAnsi="Times New Roman" w:cs="Times New Roman"/>
                    <w:b/>
                    <w:color w:val="FF0000"/>
                    <w:sz w:val="32"/>
                  </w:rPr>
                  <w:t>HVAC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2FA0B6A2" w:rsidR="00F7502F" w:rsidRPr="001B693A" w:rsidRDefault="001B693A">
            <w:pPr>
              <w:rPr>
                <w:b/>
                <w:bCs/>
                <w:sz w:val="24"/>
                <w:szCs w:val="24"/>
              </w:rPr>
            </w:pPr>
            <w:r w:rsidRPr="001B693A">
              <w:rPr>
                <w:b/>
                <w:bCs/>
                <w:color w:val="EE0000"/>
                <w:sz w:val="24"/>
                <w:szCs w:val="24"/>
              </w:rPr>
              <w:t>AHU-Roof and HWS/CHS Services</w:t>
            </w:r>
          </w:p>
        </w:tc>
      </w:tr>
    </w:tbl>
    <w:p w14:paraId="0B0DCAF6" w14:textId="7E11170D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 xml:space="preserve">: </w:t>
      </w:r>
      <w:r w:rsidR="00FD5BD1" w:rsidRPr="00FD5BD1">
        <w:rPr>
          <w:b/>
          <w:bCs/>
          <w:color w:val="EE0000"/>
          <w:sz w:val="24"/>
          <w:szCs w:val="24"/>
        </w:rPr>
        <w:t>This work is to support the Gamma Knife Renovation</w:t>
      </w:r>
      <w:r w:rsidR="00FD5BD1">
        <w:rPr>
          <w:sz w:val="24"/>
          <w:szCs w:val="24"/>
        </w:rPr>
        <w:t xml:space="preserve">.  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color w:val="EE0000"/>
            </w:rPr>
            <w:id w:val="347985234"/>
            <w:placeholder>
              <w:docPart w:val="DefaultPlaceholder_-1854013437"/>
            </w:placeholder>
            <w:date w:fullDate="2026-09-14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4E307226" w:rsidR="00F7502F" w:rsidRPr="001B693A" w:rsidRDefault="001B693A">
                <w:pPr>
                  <w:rPr>
                    <w:color w:val="EE0000"/>
                  </w:rPr>
                </w:pPr>
                <w:r w:rsidRPr="001B693A">
                  <w:rPr>
                    <w:color w:val="EE0000"/>
                  </w:rPr>
                  <w:t>9/14/2026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43580269" w:rsidR="00F7502F" w:rsidRPr="001B693A" w:rsidRDefault="001B693A">
            <w:pPr>
              <w:rPr>
                <w:color w:val="EE0000"/>
              </w:rPr>
            </w:pPr>
            <w:r w:rsidRPr="001B693A">
              <w:rPr>
                <w:color w:val="EE0000"/>
              </w:rPr>
              <w:t>1400-2200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5E671EFD" w:rsidR="00F7502F" w:rsidRPr="001B693A" w:rsidRDefault="001B693A">
            <w:pPr>
              <w:rPr>
                <w:color w:val="EE0000"/>
              </w:rPr>
            </w:pPr>
            <w:r w:rsidRPr="001B693A">
              <w:rPr>
                <w:color w:val="EE0000"/>
              </w:rPr>
              <w:t>GAMMA Knife Changing Room 108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20861BCE" w:rsidR="00F7502F" w:rsidRPr="001B693A" w:rsidRDefault="001B693A">
            <w:pPr>
              <w:spacing w:after="0"/>
              <w:rPr>
                <w:color w:val="EE0000"/>
              </w:rPr>
            </w:pPr>
            <w:r w:rsidRPr="001B693A">
              <w:rPr>
                <w:color w:val="EE0000"/>
              </w:rPr>
              <w:t>Entire Gamma Knife Area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F5348D" w14:textId="77777777" w:rsidR="00F7502F" w:rsidRPr="001B693A" w:rsidRDefault="001B693A">
            <w:pPr>
              <w:spacing w:after="0"/>
              <w:rPr>
                <w:b/>
                <w:bCs/>
                <w:color w:val="EE0000"/>
              </w:rPr>
            </w:pPr>
            <w:r w:rsidRPr="001B693A">
              <w:rPr>
                <w:b/>
                <w:bCs/>
                <w:color w:val="EE0000"/>
              </w:rPr>
              <w:t>Shutdown AHU for isolation caps in the ductwork.  Shutdown HWS/CHS for phasing isolations.</w:t>
            </w:r>
          </w:p>
          <w:p w14:paraId="43485339" w14:textId="77777777" w:rsidR="001B693A" w:rsidRPr="001B693A" w:rsidRDefault="001B693A">
            <w:pPr>
              <w:spacing w:after="0"/>
              <w:rPr>
                <w:b/>
                <w:bCs/>
                <w:color w:val="EE0000"/>
              </w:rPr>
            </w:pPr>
          </w:p>
          <w:p w14:paraId="6C5E2EBD" w14:textId="11F3E59C" w:rsidR="001B693A" w:rsidRPr="001B693A" w:rsidRDefault="001B693A">
            <w:pPr>
              <w:spacing w:after="0"/>
              <w:rPr>
                <w:b/>
                <w:bCs/>
                <w:color w:val="EE0000"/>
              </w:rPr>
            </w:pPr>
            <w:r w:rsidRPr="001B693A">
              <w:rPr>
                <w:b/>
                <w:bCs/>
                <w:color w:val="EE0000"/>
              </w:rPr>
              <w:t>If the HWS/CHS isolation valves don’t leak by, there will be no impact to building operations.  The AHU will need to be off while working on the duct to minimize dust.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60003593" w:rsidR="00F7502F" w:rsidRPr="001B693A" w:rsidRDefault="00F7502F">
            <w:pPr>
              <w:spacing w:after="0"/>
              <w:rPr>
                <w:b/>
                <w:bCs/>
                <w:color w:val="EE0000"/>
                <w:sz w:val="24"/>
                <w:szCs w:val="24"/>
              </w:rPr>
            </w:pP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19"/>
        <w:gridCol w:w="5321"/>
      </w:tblGrid>
      <w:tr w:rsidR="00F7502F" w14:paraId="3C84EA4E" w14:textId="77777777">
        <w:trPr>
          <w:jc w:val="center"/>
        </w:trPr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1B2467" w14:textId="6EB41DAD" w:rsidR="00F7502F" w:rsidRDefault="00371951">
            <w:r>
              <w:t xml:space="preserve">Name: </w:t>
            </w:r>
            <w:r w:rsidR="001B693A">
              <w:t>Tim Young</w:t>
            </w:r>
            <w:r>
              <w:br/>
              <w:t xml:space="preserve">Department: </w:t>
            </w:r>
            <w:r w:rsidR="001B693A">
              <w:t>Design and Construction</w:t>
            </w:r>
            <w:r>
              <w:br/>
              <w:t xml:space="preserve">Phone: </w:t>
            </w:r>
            <w:r w:rsidR="001B693A">
              <w:t>315.518.9498</w:t>
            </w:r>
            <w:r>
              <w:br/>
              <w:t xml:space="preserve">Email: </w:t>
            </w:r>
            <w:r w:rsidR="001B693A">
              <w:t>youngt@upstate.edu</w:t>
            </w:r>
          </w:p>
        </w:tc>
        <w:tc>
          <w:tcPr>
            <w:tcW w:w="5328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50316D" w14:textId="4219E237" w:rsidR="00F7502F" w:rsidRDefault="00371951">
            <w:r>
              <w:t xml:space="preserve">Name: </w:t>
            </w:r>
            <w:r w:rsidR="001B693A">
              <w:t>Dave Hazzard</w:t>
            </w:r>
            <w:r>
              <w:br/>
              <w:t xml:space="preserve">Department: </w:t>
            </w:r>
            <w:r w:rsidR="001B693A">
              <w:t>RJO</w:t>
            </w:r>
            <w:r>
              <w:br/>
              <w:t xml:space="preserve">Phone: </w:t>
            </w:r>
            <w:r w:rsidR="001B693A">
              <w:t>315.567.8186</w:t>
            </w:r>
            <w:r>
              <w:br/>
              <w:t xml:space="preserve">Email: </w:t>
            </w:r>
            <w:r w:rsidR="001B693A">
              <w:t>DHazzard@rjorrtlieb.com</w:t>
            </w:r>
          </w:p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ADA"/>
    <w:rsid w:val="00034616"/>
    <w:rsid w:val="0006063C"/>
    <w:rsid w:val="0014537E"/>
    <w:rsid w:val="0015074B"/>
    <w:rsid w:val="001B693A"/>
    <w:rsid w:val="00281FCA"/>
    <w:rsid w:val="0029639D"/>
    <w:rsid w:val="00326F90"/>
    <w:rsid w:val="00371951"/>
    <w:rsid w:val="00885377"/>
    <w:rsid w:val="00966565"/>
    <w:rsid w:val="009C1C29"/>
    <w:rsid w:val="00A64101"/>
    <w:rsid w:val="00A83529"/>
    <w:rsid w:val="00AA1D8D"/>
    <w:rsid w:val="00B47730"/>
    <w:rsid w:val="00BA6945"/>
    <w:rsid w:val="00C13593"/>
    <w:rsid w:val="00CB0664"/>
    <w:rsid w:val="00CD4B48"/>
    <w:rsid w:val="00CF7E9F"/>
    <w:rsid w:val="00D77189"/>
    <w:rsid w:val="00E35525"/>
    <w:rsid w:val="00E407BC"/>
    <w:rsid w:val="00F257CE"/>
    <w:rsid w:val="00F7502F"/>
    <w:rsid w:val="00FC693F"/>
    <w:rsid w:val="00FD5BD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162A4-98AC-4E6B-BE55-D1361A2FE353}"/>
      </w:docPartPr>
      <w:docPartBody>
        <w:p w:rsidR="00B04090" w:rsidRDefault="004F61F7">
          <w:r w:rsidRPr="009D4CDF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745706" w:rsidP="00745706">
          <w:pPr>
            <w:pStyle w:val="BAAFDB2D68AE44D5B6DD5BEEBEF1154D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745706" w:rsidP="00745706">
          <w:pPr>
            <w:pStyle w:val="E137C48A8C4846439BB7230A9B488FD9"/>
          </w:pPr>
          <w:r w:rsidRPr="005F21F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1B6224"/>
    <w:rsid w:val="00281FCA"/>
    <w:rsid w:val="003A4797"/>
    <w:rsid w:val="004F61F7"/>
    <w:rsid w:val="00745706"/>
    <w:rsid w:val="00966565"/>
    <w:rsid w:val="00A83529"/>
    <w:rsid w:val="00B04090"/>
    <w:rsid w:val="00E105DB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706"/>
    <w:rPr>
      <w:color w:val="666666"/>
    </w:rPr>
  </w:style>
  <w:style w:type="paragraph" w:customStyle="1" w:styleId="BAAFDB2D68AE44D5B6DD5BEEBEF1154D">
    <w:name w:val="BAAFDB2D68AE44D5B6DD5BEEBEF1154D"/>
    <w:rsid w:val="00745706"/>
  </w:style>
  <w:style w:type="paragraph" w:customStyle="1" w:styleId="E137C48A8C4846439BB7230A9B488FD9">
    <w:name w:val="E137C48A8C4846439BB7230A9B488FD9"/>
    <w:rsid w:val="007457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4</cp:revision>
  <dcterms:created xsi:type="dcterms:W3CDTF">2026-09-02T19:22:00Z</dcterms:created>
  <dcterms:modified xsi:type="dcterms:W3CDTF">2026-09-03T12:42:00Z</dcterms:modified>
  <cp:category/>
</cp:coreProperties>
</file>