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11D90" w14:textId="77777777" w:rsidR="00F7502F" w:rsidRPr="00CF7E9F" w:rsidRDefault="00371951">
      <w:pPr>
        <w:spacing w:after="0"/>
        <w:jc w:val="center"/>
        <w:rPr>
          <w:rFonts w:ascii="Times New Roman" w:hAnsi="Times New Roman" w:cs="Times New Roman"/>
          <w:color w:val="1F497D" w:themeColor="text2"/>
          <w:sz w:val="36"/>
          <w:szCs w:val="36"/>
        </w:rPr>
      </w:pPr>
      <w:r w:rsidRPr="00CF7E9F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UPSTATE PHYSICAL PLANT</w:t>
      </w:r>
    </w:p>
    <w:sdt>
      <w:sdtPr>
        <w:rPr>
          <w:rStyle w:val="Style2"/>
        </w:rPr>
        <w:id w:val="-1072805163"/>
        <w:placeholder>
          <w:docPart w:val="D657BD43F0E24482B3C7D8E9861F6208"/>
        </w:placeholder>
        <w15:color w:val="F6F6F6"/>
        <w:dropDownList>
          <w:listItem w:value="Choose an item."/>
          <w:listItem w:displayText="NOTIFICATION" w:value="NOTIFICATION"/>
          <w:listItem w:displayText="CANCELLATION" w:value="CANCELLATION"/>
        </w:dropDownList>
      </w:sdtPr>
      <w:sdtEndPr>
        <w:rPr>
          <w:rStyle w:val="Style2"/>
        </w:rPr>
      </w:sdtEndPr>
      <w:sdtContent>
        <w:p w14:paraId="0167F00A" w14:textId="1B678D14" w:rsidR="00F7502F" w:rsidRPr="00D77189" w:rsidRDefault="009B1041">
          <w:pPr>
            <w:spacing w:after="120"/>
            <w:jc w:val="center"/>
            <w:rPr>
              <w:color w:val="C00000"/>
            </w:rPr>
          </w:pPr>
          <w:r>
            <w:rPr>
              <w:rStyle w:val="Style2"/>
            </w:rPr>
            <w:t>NOTIFICATION</w:t>
          </w:r>
        </w:p>
      </w:sdtContent>
    </w:sdt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42"/>
        <w:gridCol w:w="7898"/>
      </w:tblGrid>
      <w:tr w:rsidR="00F7502F" w14:paraId="661ECF99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705121" w14:textId="77777777" w:rsidR="00F7502F" w:rsidRDefault="00371951">
            <w:r>
              <w:rPr>
                <w:b/>
              </w:rPr>
              <w:t>Notification Type: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1FC13B" w14:textId="16BF4F9F" w:rsidR="00E35525" w:rsidRDefault="00825666">
            <w:sdt>
              <w:sdtPr>
                <w:rPr>
                  <w:rStyle w:val="Style7"/>
                </w:rPr>
                <w:id w:val="-1446147997"/>
                <w:placeholder>
                  <w:docPart w:val="BAAFDB2D68AE44D5B6DD5BEEBEF1154D"/>
                </w:placeholder>
                <w:dropDownList>
                  <w:listItem w:value="Choose an item."/>
                  <w:listItem w:displayText="Emergency Outage" w:value="Emergency Outage"/>
                  <w:listItem w:displayText="Maintenance" w:value="Maintenance"/>
                  <w:listItem w:displayText="Planned Outage" w:value="Planned Outage"/>
                  <w:listItem w:displayText="Project Update" w:value="Project Update"/>
                  <w:listItem w:displayText="Restoration Notice" w:value="Restoration Notice"/>
                  <w:listItem w:displayText="Service Interruption" w:value="Service Interruption"/>
                </w:dropDownList>
              </w:sdtPr>
              <w:sdtEndPr>
                <w:rPr>
                  <w:rStyle w:val="DefaultParagraphFont"/>
                  <w:rFonts w:ascii="Times New Roman" w:eastAsia="Times New Roman" w:hAnsi="Times New Roman" w:cs="Times New Roman"/>
                  <w:b w:val="0"/>
                  <w:sz w:val="20"/>
                </w:rPr>
              </w:sdtEndPr>
              <w:sdtContent>
                <w:r w:rsidR="009D5448">
                  <w:rPr>
                    <w:rStyle w:val="Style7"/>
                  </w:rPr>
                  <w:t>Planned Outage</w:t>
                </w:r>
              </w:sdtContent>
            </w:sdt>
          </w:p>
          <w:p w14:paraId="6EE519E1" w14:textId="09019005" w:rsidR="00F7502F" w:rsidRDefault="00E35525">
            <w:r>
              <w:t xml:space="preserve"> </w:t>
            </w:r>
            <w:sdt>
              <w:sdtPr>
                <w:id w:val="-1479984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544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71951">
              <w:t>Other: __________________________</w:t>
            </w:r>
          </w:p>
        </w:tc>
      </w:tr>
      <w:tr w:rsidR="00F7502F" w14:paraId="76054257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0F16BE" w14:textId="77777777" w:rsidR="00F7502F" w:rsidRDefault="00371951">
            <w:r>
              <w:rPr>
                <w:b/>
              </w:rPr>
              <w:t>Utility / Service Affected: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901293" w14:textId="6E2F24DB" w:rsidR="00E35525" w:rsidRDefault="00825666">
            <w:sdt>
              <w:sdtPr>
                <w:rPr>
                  <w:rStyle w:val="Style8"/>
                </w:rPr>
                <w:id w:val="1878893849"/>
                <w:placeholder>
                  <w:docPart w:val="E137C48A8C4846439BB7230A9B488FD9"/>
                </w:placeholder>
                <w:dropDownList>
                  <w:listItem w:value="Choose an item."/>
                  <w:listItem w:displayText="Building Automation (BAS)" w:value="Building Automation (BAS)"/>
                  <w:listItem w:displayText="Chilled Water" w:value="Chilled Water"/>
                  <w:listItem w:displayText="Domestic Hot Water" w:value="Domestic Hot Water"/>
                  <w:listItem w:displayText="Domestic Water" w:value="Domestic Water"/>
                  <w:listItem w:displayText="Electrical" w:value="Electrical"/>
                  <w:listItem w:displayText="Elevator" w:value="Elevator"/>
                  <w:listItem w:displayText="Emergency Power" w:value="Emergency Power"/>
                  <w:listItem w:displayText="Fire Alarm" w:value="Fire Alarm"/>
                  <w:listItem w:displayText="HVAC" w:value="HVAC"/>
                  <w:listItem w:displayText="Mechanical Equipment" w:value="Mechanical Equipment"/>
                  <w:listItem w:displayText="Medical Gas" w:value="Medical Gas"/>
                  <w:listItem w:displayText="Nurse Call" w:value="Nurse Call"/>
                  <w:listItem w:displayText="Plumbing" w:value="Plumbing"/>
                  <w:listItem w:displayText="Pneumatic Tube (P-Tube)" w:value="Pneumatic Tube (P-Tube)"/>
                  <w:listItem w:displayText="Steam" w:value="Steam"/>
                </w:dropDownList>
              </w:sdtPr>
              <w:sdtEndPr>
                <w:rPr>
                  <w:rStyle w:val="Style8"/>
                </w:rPr>
              </w:sdtEndPr>
              <w:sdtContent>
                <w:r w:rsidR="009D5448">
                  <w:rPr>
                    <w:rStyle w:val="Style8"/>
                  </w:rPr>
                  <w:t>Domestic Water</w:t>
                </w:r>
              </w:sdtContent>
            </w:sdt>
          </w:p>
          <w:p w14:paraId="28E86206" w14:textId="05587BBF" w:rsidR="00F7502F" w:rsidRDefault="00371951">
            <w:r>
              <w:t xml:space="preserve"> </w:t>
            </w:r>
            <w:sdt>
              <w:sdtPr>
                <w:id w:val="122968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552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Other: __________________________</w:t>
            </w:r>
          </w:p>
        </w:tc>
      </w:tr>
      <w:tr w:rsidR="00F7502F" w14:paraId="2E8DA55E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CEEC5B" w14:textId="77777777" w:rsidR="00F7502F" w:rsidRDefault="00371951">
            <w:r>
              <w:rPr>
                <w:b/>
              </w:rPr>
              <w:t>Subject: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4E3681" w14:textId="1E12B23D" w:rsidR="00F7502F" w:rsidRDefault="009D5448">
            <w:r>
              <w:t xml:space="preserve">Campus Activities Building Domestic </w:t>
            </w:r>
            <w:r w:rsidR="00E33936">
              <w:t xml:space="preserve">hot and cold </w:t>
            </w:r>
            <w:r w:rsidR="008853A6">
              <w:t>w</w:t>
            </w:r>
            <w:r>
              <w:t xml:space="preserve">ater </w:t>
            </w:r>
            <w:r w:rsidR="008853A6">
              <w:t>s</w:t>
            </w:r>
            <w:r>
              <w:t>hutdown</w:t>
            </w:r>
          </w:p>
        </w:tc>
      </w:tr>
    </w:tbl>
    <w:p w14:paraId="0B0DCAF6" w14:textId="07D9F086" w:rsidR="00F7502F" w:rsidRDefault="00371951">
      <w:pPr>
        <w:spacing w:before="100" w:after="60"/>
      </w:pPr>
      <w:r w:rsidRPr="00E407BC">
        <w:rPr>
          <w:b/>
          <w:sz w:val="24"/>
          <w:szCs w:val="24"/>
        </w:rPr>
        <w:t>To support</w:t>
      </w:r>
      <w:r w:rsidRPr="00885377">
        <w:rPr>
          <w:b/>
          <w:sz w:val="24"/>
          <w:szCs w:val="24"/>
        </w:rPr>
        <w:t xml:space="preserve">: </w:t>
      </w:r>
      <w:r w:rsidR="008C7722">
        <w:rPr>
          <w:sz w:val="24"/>
          <w:szCs w:val="24"/>
        </w:rPr>
        <w:t>Repairs to system</w:t>
      </w:r>
    </w:p>
    <w:p w14:paraId="51B20914" w14:textId="77777777" w:rsidR="00885377" w:rsidRPr="00885377" w:rsidRDefault="00885377">
      <w:pPr>
        <w:spacing w:before="100" w:after="60"/>
        <w:rPr>
          <w:b/>
          <w:sz w:val="24"/>
          <w:szCs w:val="24"/>
        </w:rPr>
      </w:pPr>
    </w:p>
    <w:p w14:paraId="2B30019B" w14:textId="77777777" w:rsidR="00F7502F" w:rsidRDefault="00371951">
      <w:pPr>
        <w:spacing w:after="60"/>
      </w:pPr>
      <w:r>
        <w:rPr>
          <w:b/>
        </w:rPr>
        <w:t>Please review the details below: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74"/>
        <w:gridCol w:w="7866"/>
      </w:tblGrid>
      <w:tr w:rsidR="00F7502F" w14:paraId="759771E9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BA60A9" w14:textId="77777777" w:rsidR="00F7502F" w:rsidRDefault="00371951">
            <w:r w:rsidRPr="00D77189">
              <w:rPr>
                <w:b/>
                <w:color w:val="C00000"/>
              </w:rPr>
              <w:t>Date:</w:t>
            </w:r>
          </w:p>
        </w:tc>
        <w:sdt>
          <w:sdtPr>
            <w:rPr>
              <w:rStyle w:val="Style3"/>
            </w:rPr>
            <w:id w:val="347985234"/>
            <w:placeholder>
              <w:docPart w:val="9F253F89CF33425E933EC2E462A8E878"/>
            </w:placeholder>
            <w:date w:fullDate="2026-10-07T00:00:00Z">
              <w:dateFormat w:val="M/d/yyyy"/>
              <w:lid w:val="en-US"/>
              <w:storeMappedDataAs w:val="dateTime"/>
              <w:calendar w:val="gregorian"/>
            </w:date>
          </w:sdtPr>
          <w:sdtEndPr>
            <w:rPr>
              <w:rStyle w:val="Style3"/>
            </w:rPr>
          </w:sdtEndPr>
          <w:sdtContent>
            <w:tc>
              <w:tcPr>
                <w:tcW w:w="8352" w:type="dxa"/>
                <w:tcBorders>
                  <w:top w:val="single" w:sz="6" w:space="0" w:color="B7B7B7"/>
                  <w:left w:val="single" w:sz="6" w:space="0" w:color="B7B7B7"/>
                  <w:bottom w:val="single" w:sz="6" w:space="0" w:color="B7B7B7"/>
                  <w:right w:val="single" w:sz="6" w:space="0" w:color="B7B7B7"/>
                </w:tcBorders>
                <w:tcMar>
                  <w:top w:w="80" w:type="dxa"/>
                  <w:left w:w="90" w:type="dxa"/>
                  <w:bottom w:w="80" w:type="dxa"/>
                  <w:right w:w="90" w:type="dxa"/>
                </w:tcMar>
                <w:vAlign w:val="center"/>
              </w:tcPr>
              <w:p w14:paraId="681B2CED" w14:textId="76B92884" w:rsidR="00F7502F" w:rsidRPr="0014537E" w:rsidRDefault="008C7722">
                <w:pPr>
                  <w:rPr>
                    <w:color w:val="000000" w:themeColor="text1"/>
                  </w:rPr>
                </w:pPr>
                <w:r>
                  <w:rPr>
                    <w:rStyle w:val="Style3"/>
                  </w:rPr>
                  <w:t>10/7/2026</w:t>
                </w:r>
              </w:p>
            </w:tc>
          </w:sdtContent>
        </w:sdt>
      </w:tr>
      <w:tr w:rsidR="00F7502F" w14:paraId="609F7DEA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F9F479" w14:textId="77777777" w:rsidR="00F7502F" w:rsidRDefault="00371951">
            <w:r w:rsidRPr="00D77189">
              <w:rPr>
                <w:b/>
                <w:color w:val="C00000"/>
              </w:rPr>
              <w:t>Time(s):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24B77A" w14:textId="24F30F33" w:rsidR="00F7502F" w:rsidRPr="00D1109E" w:rsidRDefault="00540B38">
            <w:r>
              <w:t>07-0800</w:t>
            </w:r>
          </w:p>
        </w:tc>
      </w:tr>
      <w:tr w:rsidR="00F7502F" w14:paraId="018FB0DA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AE557E" w14:textId="77777777" w:rsidR="00F7502F" w:rsidRDefault="00371951">
            <w:r w:rsidRPr="00D77189">
              <w:rPr>
                <w:b/>
                <w:color w:val="C00000"/>
              </w:rPr>
              <w:t>Location: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12BAA8" w14:textId="5FFE03FF" w:rsidR="00F7502F" w:rsidRDefault="008853A6">
            <w:r>
              <w:t xml:space="preserve">Repairs at </w:t>
            </w:r>
            <w:r w:rsidR="00CC5B10">
              <w:t>3rd floor Hallway</w:t>
            </w:r>
            <w:r>
              <w:t xml:space="preserve"> drinking fountain</w:t>
            </w:r>
          </w:p>
        </w:tc>
      </w:tr>
      <w:tr w:rsidR="00F7502F" w14:paraId="0EE1263C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804B61" w14:textId="77777777" w:rsidR="00F7502F" w:rsidRDefault="00371951">
            <w:r w:rsidRPr="00D77189">
              <w:rPr>
                <w:b/>
                <w:color w:val="C00000"/>
              </w:rPr>
              <w:t>Affected Areas / Equipment</w:t>
            </w:r>
            <w:r w:rsidRPr="00D77189">
              <w:rPr>
                <w:b/>
                <w:color w:val="C00000"/>
              </w:rPr>
              <w:br/>
              <w:t>(Room, Equipment ID, etc.):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2AEF6C" w14:textId="1A891378" w:rsidR="00F7502F" w:rsidRDefault="00202F31" w:rsidP="009E3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All domestic water in e</w:t>
            </w:r>
            <w:r w:rsidR="00CC5B10">
              <w:rPr>
                <w:rFonts w:ascii="Times New Roman" w:eastAsia="Times New Roman" w:hAnsi="Times New Roman" w:cs="Times New Roman"/>
                <w:sz w:val="24"/>
                <w:szCs w:val="24"/>
              </w:rPr>
              <w:t>ntire Building</w:t>
            </w:r>
          </w:p>
          <w:p w14:paraId="041FC166" w14:textId="77777777" w:rsidR="009E3346" w:rsidRDefault="009E3346" w:rsidP="009E3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F615BA" w14:textId="77777777" w:rsidR="009E3346" w:rsidRDefault="009E3346" w:rsidP="009E3346">
            <w:pPr>
              <w:spacing w:after="0" w:line="240" w:lineRule="auto"/>
            </w:pPr>
          </w:p>
          <w:p w14:paraId="54D873D9" w14:textId="36EF21FE" w:rsidR="009E3346" w:rsidRDefault="009E3346" w:rsidP="009E3346">
            <w:pPr>
              <w:spacing w:after="0" w:line="240" w:lineRule="auto"/>
            </w:pPr>
          </w:p>
        </w:tc>
      </w:tr>
      <w:tr w:rsidR="00F7502F" w14:paraId="7433E9FD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848138" w14:textId="77777777" w:rsidR="00F7502F" w:rsidRDefault="00371951">
            <w:r w:rsidRPr="00D77189">
              <w:rPr>
                <w:b/>
                <w:color w:val="C00000"/>
              </w:rPr>
              <w:t>Impact (What will be interrupted</w:t>
            </w:r>
            <w:r w:rsidRPr="00D77189">
              <w:rPr>
                <w:b/>
                <w:color w:val="C00000"/>
              </w:rPr>
              <w:br/>
              <w:t>and what will remain operational):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F59B8D" w14:textId="326888D2" w:rsidR="00CC5B10" w:rsidRDefault="00CC5B10" w:rsidP="00CC5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All building water will be off for approximately 1 hour</w:t>
            </w:r>
            <w:r w:rsidR="00FD7B52">
              <w:rPr>
                <w:rFonts w:ascii="Times New Roman" w:eastAsia="Times New Roman" w:hAnsi="Times New Roman" w:cs="Times New Roman"/>
                <w:sz w:val="24"/>
                <w:szCs w:val="24"/>
              </w:rPr>
              <w:t>, flushing to occur upon completion</w:t>
            </w:r>
            <w:r w:rsidR="00202F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of repairs</w:t>
            </w:r>
          </w:p>
          <w:p w14:paraId="175D1218" w14:textId="77777777" w:rsidR="00CC5B10" w:rsidRDefault="00CC5B10" w:rsidP="00CC5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5E2EBD" w14:textId="2B4308A2" w:rsidR="00F7502F" w:rsidRDefault="00F7502F">
            <w:pPr>
              <w:spacing w:after="0"/>
            </w:pPr>
          </w:p>
        </w:tc>
      </w:tr>
      <w:tr w:rsidR="00F7502F" w14:paraId="0BBD4624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A48D51" w14:textId="77777777" w:rsidR="00F7502F" w:rsidRDefault="00371951">
            <w:r>
              <w:rPr>
                <w:b/>
              </w:rPr>
              <w:t>Note: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CE2062" w14:textId="51999156" w:rsidR="00F7502F" w:rsidRDefault="00FD7B52">
            <w:pPr>
              <w:spacing w:after="0"/>
            </w:pPr>
            <w:r>
              <w:t xml:space="preserve">Please flush water until clear </w:t>
            </w:r>
          </w:p>
        </w:tc>
      </w:tr>
    </w:tbl>
    <w:p w14:paraId="77389456" w14:textId="77777777" w:rsidR="00F7502F" w:rsidRDefault="00371951">
      <w:pPr>
        <w:spacing w:before="120" w:after="40"/>
      </w:pPr>
      <w:r>
        <w:rPr>
          <w:b/>
          <w:sz w:val="22"/>
        </w:rPr>
        <w:t>Questions or Concerns</w:t>
      </w:r>
    </w:p>
    <w:p w14:paraId="509FAF76" w14:textId="77777777" w:rsidR="00F7502F" w:rsidRDefault="00371951">
      <w:pPr>
        <w:spacing w:after="60"/>
      </w:pPr>
      <w:r>
        <w:t>If you have any questions or concerns, please contact: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358"/>
        <w:gridCol w:w="3980"/>
        <w:gridCol w:w="1358"/>
        <w:gridCol w:w="3950"/>
      </w:tblGrid>
      <w:tr w:rsidR="004D19E3" w14:paraId="3C84EA4E" w14:textId="77777777" w:rsidTr="004D19E3">
        <w:trPr>
          <w:trHeight w:val="464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6" w:type="dxa"/>
              <w:left w:w="90" w:type="dxa"/>
              <w:bottom w:w="86" w:type="dxa"/>
              <w:right w:w="90" w:type="dxa"/>
            </w:tcMar>
            <w:vAlign w:val="center"/>
          </w:tcPr>
          <w:p w14:paraId="7CDC6531" w14:textId="4A4A2997" w:rsidR="004D19E3" w:rsidRPr="004D19E3" w:rsidRDefault="004D19E3" w:rsidP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Name: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B2467" w14:textId="726079E6" w:rsidR="004D19E3" w:rsidRDefault="00FD7B52" w:rsidP="004D19E3">
            <w:pPr>
              <w:spacing w:after="120"/>
            </w:pPr>
            <w:r>
              <w:t>Larry Blanchard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66172B" w14:textId="366DCC57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Name: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0316D" w14:textId="1F83DA9A" w:rsidR="004D19E3" w:rsidRDefault="004D19E3"/>
        </w:tc>
      </w:tr>
      <w:tr w:rsidR="004D19E3" w14:paraId="511CEE8C" w14:textId="77777777" w:rsidTr="004D19E3">
        <w:trPr>
          <w:trHeight w:val="465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0A911D" w14:textId="25946DEF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Department: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674F6" w14:textId="20DF9ED4" w:rsidR="004D19E3" w:rsidRDefault="00FD7B52" w:rsidP="004D19E3">
            <w:pPr>
              <w:spacing w:after="120"/>
            </w:pPr>
            <w:r>
              <w:t>Physical Plant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00B38F" w14:textId="4D125B2D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Department: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2023E" w14:textId="760C6161" w:rsidR="004D19E3" w:rsidRDefault="004D19E3"/>
        </w:tc>
      </w:tr>
      <w:tr w:rsidR="004D19E3" w14:paraId="52C7511B" w14:textId="77777777" w:rsidTr="004D19E3">
        <w:trPr>
          <w:trHeight w:val="464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82512A" w14:textId="2B3D2678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Phone: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84B99" w14:textId="39C55E30" w:rsidR="004D19E3" w:rsidRDefault="00FD7B52" w:rsidP="004D19E3">
            <w:pPr>
              <w:spacing w:after="120"/>
            </w:pPr>
            <w:r>
              <w:t>4-</w:t>
            </w:r>
            <w:r w:rsidR="008853A6">
              <w:t>7371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01E6C9" w14:textId="06244F82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Phone: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90526" w14:textId="4E8F000E" w:rsidR="004D19E3" w:rsidRDefault="004D19E3"/>
        </w:tc>
      </w:tr>
      <w:tr w:rsidR="004D19E3" w14:paraId="5089B399" w14:textId="77777777" w:rsidTr="004D19E3">
        <w:trPr>
          <w:trHeight w:val="465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B86878" w14:textId="3B8983DC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Email: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F4B88" w14:textId="1F5D799A" w:rsidR="004D19E3" w:rsidRDefault="008853A6" w:rsidP="004D19E3">
            <w:pPr>
              <w:spacing w:after="120"/>
            </w:pPr>
            <w:r>
              <w:t>blanchal@upstate.edu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5677E3" w14:textId="2F5E07D6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Email: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16844" w14:textId="19F66391" w:rsidR="004D19E3" w:rsidRDefault="004D19E3"/>
        </w:tc>
      </w:tr>
    </w:tbl>
    <w:p w14:paraId="521D85A8" w14:textId="77777777" w:rsidR="00F7502F" w:rsidRDefault="00371951">
      <w:pPr>
        <w:spacing w:before="140"/>
        <w:jc w:val="center"/>
      </w:pPr>
      <w:r>
        <w:rPr>
          <w:i/>
          <w:sz w:val="18"/>
        </w:rPr>
        <w:t>Thank you for your cooperation and understanding while this work is being completed.</w:t>
      </w:r>
    </w:p>
    <w:sectPr w:rsidR="00F7502F" w:rsidSect="00034616"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3826715">
    <w:abstractNumId w:val="8"/>
  </w:num>
  <w:num w:numId="2" w16cid:durableId="1942061035">
    <w:abstractNumId w:val="6"/>
  </w:num>
  <w:num w:numId="3" w16cid:durableId="2140761885">
    <w:abstractNumId w:val="5"/>
  </w:num>
  <w:num w:numId="4" w16cid:durableId="74325841">
    <w:abstractNumId w:val="4"/>
  </w:num>
  <w:num w:numId="5" w16cid:durableId="61296454">
    <w:abstractNumId w:val="7"/>
  </w:num>
  <w:num w:numId="6" w16cid:durableId="1912810546">
    <w:abstractNumId w:val="3"/>
  </w:num>
  <w:num w:numId="7" w16cid:durableId="1205292975">
    <w:abstractNumId w:val="2"/>
  </w:num>
  <w:num w:numId="8" w16cid:durableId="2123380968">
    <w:abstractNumId w:val="1"/>
  </w:num>
  <w:num w:numId="9" w16cid:durableId="386145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3ADA"/>
    <w:rsid w:val="00034616"/>
    <w:rsid w:val="0006063C"/>
    <w:rsid w:val="00062FAD"/>
    <w:rsid w:val="0007325D"/>
    <w:rsid w:val="000B6C47"/>
    <w:rsid w:val="00106728"/>
    <w:rsid w:val="0014537E"/>
    <w:rsid w:val="0015074B"/>
    <w:rsid w:val="00187541"/>
    <w:rsid w:val="00202F31"/>
    <w:rsid w:val="00281FCA"/>
    <w:rsid w:val="0029639D"/>
    <w:rsid w:val="00326F90"/>
    <w:rsid w:val="00334D8D"/>
    <w:rsid w:val="00371951"/>
    <w:rsid w:val="004D19E3"/>
    <w:rsid w:val="00540B38"/>
    <w:rsid w:val="005A3F01"/>
    <w:rsid w:val="005C621F"/>
    <w:rsid w:val="005D000B"/>
    <w:rsid w:val="006834DD"/>
    <w:rsid w:val="006B7FCC"/>
    <w:rsid w:val="007403A4"/>
    <w:rsid w:val="007D10F0"/>
    <w:rsid w:val="008751D3"/>
    <w:rsid w:val="0088117E"/>
    <w:rsid w:val="008850B3"/>
    <w:rsid w:val="00885377"/>
    <w:rsid w:val="008853A6"/>
    <w:rsid w:val="008C7722"/>
    <w:rsid w:val="009B1041"/>
    <w:rsid w:val="009C1C29"/>
    <w:rsid w:val="009D5448"/>
    <w:rsid w:val="009E3346"/>
    <w:rsid w:val="00A042C7"/>
    <w:rsid w:val="00A64101"/>
    <w:rsid w:val="00AA1D8D"/>
    <w:rsid w:val="00B47730"/>
    <w:rsid w:val="00BA3E5E"/>
    <w:rsid w:val="00BA6945"/>
    <w:rsid w:val="00C13593"/>
    <w:rsid w:val="00CA1B3C"/>
    <w:rsid w:val="00CB0664"/>
    <w:rsid w:val="00CC5B10"/>
    <w:rsid w:val="00CD4B48"/>
    <w:rsid w:val="00CF7E9F"/>
    <w:rsid w:val="00D1109E"/>
    <w:rsid w:val="00D77189"/>
    <w:rsid w:val="00E257F0"/>
    <w:rsid w:val="00E33936"/>
    <w:rsid w:val="00E35525"/>
    <w:rsid w:val="00E407BC"/>
    <w:rsid w:val="00F115FA"/>
    <w:rsid w:val="00F55518"/>
    <w:rsid w:val="00F7502F"/>
    <w:rsid w:val="00FB25C0"/>
    <w:rsid w:val="00FB7EE1"/>
    <w:rsid w:val="00FC693F"/>
    <w:rsid w:val="00FD7B52"/>
    <w:rsid w:val="00FF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1FD1BCE3-F054-4091-A453-32D2B58E2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ceholderText">
    <w:name w:val="Placeholder Text"/>
    <w:basedOn w:val="DefaultParagraphFont"/>
    <w:uiPriority w:val="99"/>
    <w:semiHidden/>
    <w:rsid w:val="00033ADA"/>
    <w:rPr>
      <w:color w:val="666666"/>
    </w:rPr>
  </w:style>
  <w:style w:type="character" w:customStyle="1" w:styleId="Style1">
    <w:name w:val="Style1"/>
    <w:basedOn w:val="DefaultParagraphFont"/>
    <w:uiPriority w:val="1"/>
    <w:rsid w:val="00E257F0"/>
    <w:rPr>
      <w:rFonts w:ascii="Times New Roman" w:hAnsi="Times New Roman"/>
      <w:b/>
      <w:u w:val="single"/>
    </w:rPr>
  </w:style>
  <w:style w:type="character" w:customStyle="1" w:styleId="Style2">
    <w:name w:val="Style2"/>
    <w:basedOn w:val="DefaultParagraphFont"/>
    <w:uiPriority w:val="1"/>
    <w:rsid w:val="005D000B"/>
    <w:rPr>
      <w:rFonts w:ascii="Times New Roman" w:hAnsi="Times New Roman"/>
      <w:b/>
      <w:color w:val="C00000"/>
      <w:sz w:val="28"/>
      <w:u w:val="single"/>
    </w:rPr>
  </w:style>
  <w:style w:type="character" w:customStyle="1" w:styleId="Style3">
    <w:name w:val="Style3"/>
    <w:basedOn w:val="DefaultParagraphFont"/>
    <w:uiPriority w:val="1"/>
    <w:rsid w:val="00D1109E"/>
    <w:rPr>
      <w:b/>
      <w:color w:val="C00000"/>
      <w:sz w:val="24"/>
    </w:rPr>
  </w:style>
  <w:style w:type="character" w:customStyle="1" w:styleId="Style4">
    <w:name w:val="Style4"/>
    <w:basedOn w:val="DefaultParagraphFont"/>
    <w:uiPriority w:val="1"/>
    <w:rsid w:val="00062FAD"/>
    <w:rPr>
      <w:b/>
      <w:sz w:val="28"/>
    </w:rPr>
  </w:style>
  <w:style w:type="character" w:customStyle="1" w:styleId="Style5">
    <w:name w:val="Style5"/>
    <w:basedOn w:val="DefaultParagraphFont"/>
    <w:uiPriority w:val="1"/>
    <w:rsid w:val="00062FAD"/>
    <w:rPr>
      <w:rFonts w:ascii="Times New Roman" w:hAnsi="Times New Roman"/>
      <w:b/>
      <w:sz w:val="28"/>
    </w:rPr>
  </w:style>
  <w:style w:type="character" w:customStyle="1" w:styleId="Style6">
    <w:name w:val="Style6"/>
    <w:basedOn w:val="DefaultParagraphFont"/>
    <w:uiPriority w:val="1"/>
    <w:rsid w:val="00062FAD"/>
    <w:rPr>
      <w:rFonts w:ascii="Times New Roman" w:hAnsi="Times New Roman"/>
      <w:b/>
      <w:sz w:val="28"/>
    </w:rPr>
  </w:style>
  <w:style w:type="character" w:customStyle="1" w:styleId="Style7">
    <w:name w:val="Style7"/>
    <w:basedOn w:val="DefaultParagraphFont"/>
    <w:uiPriority w:val="1"/>
    <w:rsid w:val="00062FAD"/>
    <w:rPr>
      <w:rFonts w:ascii="Arial" w:hAnsi="Arial"/>
      <w:b/>
      <w:sz w:val="28"/>
    </w:rPr>
  </w:style>
  <w:style w:type="character" w:customStyle="1" w:styleId="Style8">
    <w:name w:val="Style8"/>
    <w:basedOn w:val="DefaultParagraphFont"/>
    <w:uiPriority w:val="1"/>
    <w:rsid w:val="00062FAD"/>
    <w:rPr>
      <w:rFonts w:ascii="Arial" w:hAnsi="Arial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AFDB2D68AE44D5B6DD5BEEBEF115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743F21-1EF3-45D3-BF9E-C26F82CA6ADC}"/>
      </w:docPartPr>
      <w:docPartBody>
        <w:p w:rsidR="00E105DB" w:rsidRDefault="00832B1A" w:rsidP="00832B1A">
          <w:pPr>
            <w:pStyle w:val="BAAFDB2D68AE44D5B6DD5BEEBEF1154D5"/>
          </w:pPr>
          <w:r w:rsidRPr="005F21F3">
            <w:rPr>
              <w:rStyle w:val="PlaceholderText"/>
            </w:rPr>
            <w:t>Choose an item.</w:t>
          </w:r>
        </w:p>
      </w:docPartBody>
    </w:docPart>
    <w:docPart>
      <w:docPartPr>
        <w:name w:val="E137C48A8C4846439BB7230A9B488F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8A1FA1-6C9C-4702-8BCC-832D4DFE96E2}"/>
      </w:docPartPr>
      <w:docPartBody>
        <w:p w:rsidR="00E105DB" w:rsidRDefault="00832B1A" w:rsidP="00832B1A">
          <w:pPr>
            <w:pStyle w:val="E137C48A8C4846439BB7230A9B488FD94"/>
          </w:pPr>
          <w:r w:rsidRPr="005F21F3">
            <w:rPr>
              <w:rStyle w:val="PlaceholderText"/>
            </w:rPr>
            <w:t>Choose an item.</w:t>
          </w:r>
        </w:p>
      </w:docPartBody>
    </w:docPart>
    <w:docPart>
      <w:docPartPr>
        <w:name w:val="9F253F89CF33425E933EC2E462A8E8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016782-D102-4A04-86C9-9EAB2741C934}"/>
      </w:docPartPr>
      <w:docPartBody>
        <w:p w:rsidR="00832B1A" w:rsidRDefault="00832B1A" w:rsidP="00832B1A">
          <w:pPr>
            <w:pStyle w:val="9F253F89CF33425E933EC2E462A8E8784"/>
          </w:pPr>
          <w:r w:rsidRPr="0014537E">
            <w:rPr>
              <w:rStyle w:val="PlaceholderText"/>
              <w:color w:val="000000" w:themeColor="text1"/>
            </w:rPr>
            <w:t>Click or tap to enter a date.</w:t>
          </w:r>
        </w:p>
      </w:docPartBody>
    </w:docPart>
    <w:docPart>
      <w:docPartPr>
        <w:name w:val="D657BD43F0E24482B3C7D8E9861F62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06B329-5DF1-4239-B894-96FEA87BBF53}"/>
      </w:docPartPr>
      <w:docPartBody>
        <w:p w:rsidR="00837926" w:rsidRDefault="00832B1A" w:rsidP="00832B1A">
          <w:pPr>
            <w:pStyle w:val="D657BD43F0E24482B3C7D8E9861F6208"/>
          </w:pPr>
          <w:r w:rsidRPr="00A44808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1F7"/>
    <w:rsid w:val="000539E8"/>
    <w:rsid w:val="0007325D"/>
    <w:rsid w:val="00091AB9"/>
    <w:rsid w:val="00281FCA"/>
    <w:rsid w:val="0028690E"/>
    <w:rsid w:val="004F61F7"/>
    <w:rsid w:val="005D5522"/>
    <w:rsid w:val="006B7FCC"/>
    <w:rsid w:val="007403A4"/>
    <w:rsid w:val="00742A53"/>
    <w:rsid w:val="00745706"/>
    <w:rsid w:val="00832B1A"/>
    <w:rsid w:val="00837926"/>
    <w:rsid w:val="008751D3"/>
    <w:rsid w:val="00B04090"/>
    <w:rsid w:val="00BA3E5E"/>
    <w:rsid w:val="00CA1B3C"/>
    <w:rsid w:val="00D03D75"/>
    <w:rsid w:val="00D4571E"/>
    <w:rsid w:val="00DF05A3"/>
    <w:rsid w:val="00E105DB"/>
    <w:rsid w:val="00FB7EE1"/>
    <w:rsid w:val="00FF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32B1A"/>
    <w:rPr>
      <w:color w:val="666666"/>
    </w:rPr>
  </w:style>
  <w:style w:type="paragraph" w:customStyle="1" w:styleId="D657BD43F0E24482B3C7D8E9861F6208">
    <w:name w:val="D657BD43F0E24482B3C7D8E9861F6208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  <w:style w:type="paragraph" w:customStyle="1" w:styleId="E137C48A8C4846439BB7230A9B488FD94">
    <w:name w:val="E137C48A8C4846439BB7230A9B488FD94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  <w:style w:type="paragraph" w:customStyle="1" w:styleId="BAAFDB2D68AE44D5B6DD5BEEBEF1154D5">
    <w:name w:val="BAAFDB2D68AE44D5B6DD5BEEBEF1154D5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  <w:style w:type="paragraph" w:customStyle="1" w:styleId="9F253F89CF33425E933EC2E462A8E8784">
    <w:name w:val="9F253F89CF33425E933EC2E462A8E8784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Lawrence N. Blanchard</cp:lastModifiedBy>
  <cp:revision>2</cp:revision>
  <dcterms:created xsi:type="dcterms:W3CDTF">2026-10-06T11:42:00Z</dcterms:created>
  <dcterms:modified xsi:type="dcterms:W3CDTF">2026-10-06T11:42:00Z</dcterms:modified>
  <cp:category/>
</cp:coreProperties>
</file>