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2F898EAC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986942">
                  <w:rPr>
                    <w:rStyle w:val="Style7"/>
                  </w:rPr>
                  <w:t>Service Interruption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437EB715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DB3CC1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1D81F51F" w:rsidR="00F7502F" w:rsidRDefault="00AF25E1">
            <w:r>
              <w:t xml:space="preserve">Switching </w:t>
            </w:r>
            <w:r w:rsidR="00A3403B">
              <w:t>at Med Library</w:t>
            </w:r>
          </w:p>
        </w:tc>
      </w:tr>
    </w:tbl>
    <w:p w14:paraId="51B20914" w14:textId="1F777829" w:rsidR="00885377" w:rsidRPr="00384E86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>:</w:t>
      </w:r>
      <w:r w:rsidR="00FF2D3D">
        <w:rPr>
          <w:b/>
          <w:sz w:val="24"/>
          <w:szCs w:val="24"/>
        </w:rPr>
        <w:t xml:space="preserve"> </w:t>
      </w:r>
      <w:r w:rsidR="00384E86" w:rsidRPr="00384E86">
        <w:rPr>
          <w:b/>
          <w:color w:val="FF0000"/>
          <w:sz w:val="24"/>
          <w:szCs w:val="24"/>
        </w:rPr>
        <w:t>DLAR PROJECT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446CDE54" w:rsidR="00384E86" w:rsidRPr="00384E86" w:rsidRDefault="00371951">
            <w:pPr>
              <w:rPr>
                <w:b/>
                <w:color w:val="C00000"/>
              </w:rPr>
            </w:pPr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09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7863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18A53EFE" w:rsidR="00F7502F" w:rsidRPr="0014537E" w:rsidRDefault="00384E86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9/9/2026</w:t>
                </w:r>
              </w:p>
            </w:tc>
          </w:sdtContent>
        </w:sdt>
      </w:tr>
      <w:tr w:rsidR="00F7502F" w14:paraId="018FB0DA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FF5EF5" w14:textId="77777777" w:rsidR="00F7502F" w:rsidRDefault="00371951">
            <w:pPr>
              <w:rPr>
                <w:b/>
                <w:color w:val="C00000"/>
              </w:rPr>
            </w:pPr>
            <w:r w:rsidRPr="00D77189">
              <w:rPr>
                <w:b/>
                <w:color w:val="C00000"/>
              </w:rPr>
              <w:t>Location</w:t>
            </w:r>
            <w:r w:rsidR="00384E86">
              <w:rPr>
                <w:b/>
                <w:color w:val="C00000"/>
              </w:rPr>
              <w:t>:</w:t>
            </w:r>
          </w:p>
          <w:p w14:paraId="5C0795FD" w14:textId="77777777" w:rsidR="00384E86" w:rsidRDefault="00384E86">
            <w:pPr>
              <w:rPr>
                <w:b/>
                <w:bCs/>
                <w:color w:val="C00000"/>
              </w:rPr>
            </w:pPr>
          </w:p>
          <w:p w14:paraId="61AE557E" w14:textId="060A811B" w:rsidR="00384E86" w:rsidRPr="00384E86" w:rsidRDefault="00384E86">
            <w:pPr>
              <w:rPr>
                <w:b/>
                <w:bCs/>
              </w:rPr>
            </w:pPr>
            <w:r w:rsidRPr="00384E86">
              <w:rPr>
                <w:b/>
                <w:bCs/>
                <w:color w:val="C00000"/>
              </w:rPr>
              <w:t>Time: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D7D5C" w14:textId="77777777" w:rsidR="00F7502F" w:rsidRDefault="00A3403B">
            <w:r>
              <w:t>Medical Library</w:t>
            </w:r>
          </w:p>
          <w:p w14:paraId="0E8C6861" w14:textId="77777777" w:rsidR="00384E86" w:rsidRDefault="00384E86"/>
          <w:p w14:paraId="7812BAA8" w14:textId="239CBEC0" w:rsidR="00384E86" w:rsidRDefault="00384E86">
            <w:r>
              <w:t>0400 - 0600</w:t>
            </w:r>
          </w:p>
        </w:tc>
      </w:tr>
      <w:tr w:rsidR="00F7502F" w14:paraId="0EE1263C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873D9" w14:textId="1D38C878" w:rsidR="00F7502F" w:rsidRDefault="005D1589">
            <w:pPr>
              <w:spacing w:after="0"/>
            </w:pPr>
            <w:r>
              <w:t xml:space="preserve">Normal Power </w:t>
            </w:r>
          </w:p>
        </w:tc>
      </w:tr>
      <w:tr w:rsidR="00F7502F" w14:paraId="7433E9FD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5E2EBD" w14:textId="18379694" w:rsidR="00F7502F" w:rsidRDefault="003736A6">
            <w:pPr>
              <w:spacing w:after="0"/>
            </w:pPr>
            <w:r>
              <w:rPr>
                <w:color w:val="FF0000"/>
              </w:rPr>
              <w:t xml:space="preserve">Normal Power @ </w:t>
            </w:r>
            <w:r w:rsidR="00A3403B">
              <w:rPr>
                <w:color w:val="FF0000"/>
              </w:rPr>
              <w:t>Medical Library</w:t>
            </w:r>
            <w:r w:rsidR="00017987">
              <w:rPr>
                <w:color w:val="FF0000"/>
              </w:rPr>
              <w:t xml:space="preserve"> will see a momentary “ blip” in normal circuits as supplies are switched</w:t>
            </w:r>
          </w:p>
        </w:tc>
      </w:tr>
      <w:tr w:rsidR="00F7502F" w14:paraId="0BBD4624" w14:textId="77777777" w:rsidTr="004A31EB">
        <w:trPr>
          <w:jc w:val="center"/>
        </w:trPr>
        <w:tc>
          <w:tcPr>
            <w:tcW w:w="2777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7863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07870F2C" w:rsidR="00F7502F" w:rsidRDefault="00A3403B">
            <w:pPr>
              <w:spacing w:after="0"/>
            </w:pPr>
            <w:r>
              <w:rPr>
                <w:color w:val="FF0000"/>
              </w:rPr>
              <w:t>Switc</w:t>
            </w:r>
            <w:r w:rsidR="005131DD">
              <w:rPr>
                <w:color w:val="FF0000"/>
              </w:rPr>
              <w:t>hing</w:t>
            </w:r>
            <w:r w:rsidR="001F7D76">
              <w:rPr>
                <w:color w:val="FF0000"/>
              </w:rPr>
              <w:t xml:space="preserve"> from</w:t>
            </w:r>
            <w:r w:rsidR="00512397">
              <w:rPr>
                <w:color w:val="FF0000"/>
              </w:rPr>
              <w:t xml:space="preserve"> f</w:t>
            </w:r>
            <w:r w:rsidR="00A02CEA">
              <w:rPr>
                <w:color w:val="FF0000"/>
              </w:rPr>
              <w:t>e</w:t>
            </w:r>
            <w:r w:rsidR="00512397">
              <w:rPr>
                <w:color w:val="FF0000"/>
              </w:rPr>
              <w:t>eder</w:t>
            </w:r>
            <w:r w:rsidR="001F7D76">
              <w:rPr>
                <w:color w:val="FF0000"/>
              </w:rPr>
              <w:t xml:space="preserve"> 7</w:t>
            </w:r>
            <w:r w:rsidR="00384E86">
              <w:rPr>
                <w:color w:val="FF0000"/>
              </w:rPr>
              <w:t>30</w:t>
            </w:r>
            <w:r w:rsidR="001F7D76">
              <w:rPr>
                <w:color w:val="FF0000"/>
              </w:rPr>
              <w:t xml:space="preserve"> </w:t>
            </w:r>
            <w:r w:rsidR="00477B49">
              <w:rPr>
                <w:color w:val="FF0000"/>
              </w:rPr>
              <w:t>to 7</w:t>
            </w:r>
            <w:r w:rsidR="00384E86">
              <w:rPr>
                <w:color w:val="FF0000"/>
              </w:rPr>
              <w:t>4</w:t>
            </w:r>
            <w:r w:rsidR="00477B49">
              <w:rPr>
                <w:color w:val="FF0000"/>
              </w:rPr>
              <w:t>0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9"/>
        <w:gridCol w:w="1358"/>
        <w:gridCol w:w="3951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6E73FD5E" w:rsidR="004D19E3" w:rsidRDefault="00313584" w:rsidP="004D19E3">
            <w:pPr>
              <w:spacing w:after="120"/>
            </w:pPr>
            <w:r>
              <w:t xml:space="preserve">Marc Dingle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5EBCD9D4" w:rsidR="004D19E3" w:rsidRDefault="001E637C" w:rsidP="004D19E3">
            <w:pPr>
              <w:spacing w:after="120"/>
            </w:pPr>
            <w:r>
              <w:t xml:space="preserve">Physical Plant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3D9BB2A2" w:rsidR="004D19E3" w:rsidRDefault="001E637C" w:rsidP="004D19E3">
            <w:pPr>
              <w:spacing w:after="120"/>
            </w:pPr>
            <w:r>
              <w:t>680 – 323 - 1819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D9B7F74" w:rsidR="004D19E3" w:rsidRDefault="00CD7E15" w:rsidP="004D19E3">
            <w:pPr>
              <w:spacing w:after="120"/>
            </w:pPr>
            <w:r>
              <w:t>dinglem@upstate.edu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987"/>
    <w:rsid w:val="00033ADA"/>
    <w:rsid w:val="00034616"/>
    <w:rsid w:val="0006063C"/>
    <w:rsid w:val="00062FAD"/>
    <w:rsid w:val="0007325D"/>
    <w:rsid w:val="00083DA8"/>
    <w:rsid w:val="000E53DD"/>
    <w:rsid w:val="000F79A4"/>
    <w:rsid w:val="0014537E"/>
    <w:rsid w:val="0015074B"/>
    <w:rsid w:val="00153962"/>
    <w:rsid w:val="0015594D"/>
    <w:rsid w:val="001A4124"/>
    <w:rsid w:val="001C0985"/>
    <w:rsid w:val="001E637C"/>
    <w:rsid w:val="001F7D76"/>
    <w:rsid w:val="00246990"/>
    <w:rsid w:val="00281FCA"/>
    <w:rsid w:val="0029639D"/>
    <w:rsid w:val="002B6736"/>
    <w:rsid w:val="00313584"/>
    <w:rsid w:val="00326F90"/>
    <w:rsid w:val="003313D1"/>
    <w:rsid w:val="00333350"/>
    <w:rsid w:val="00371951"/>
    <w:rsid w:val="003736A6"/>
    <w:rsid w:val="00384E86"/>
    <w:rsid w:val="003A3CAB"/>
    <w:rsid w:val="003C3610"/>
    <w:rsid w:val="0042261A"/>
    <w:rsid w:val="0045079A"/>
    <w:rsid w:val="00477B49"/>
    <w:rsid w:val="004A31EB"/>
    <w:rsid w:val="004B296A"/>
    <w:rsid w:val="004D19E3"/>
    <w:rsid w:val="004E7808"/>
    <w:rsid w:val="00512397"/>
    <w:rsid w:val="005131DD"/>
    <w:rsid w:val="005A3F01"/>
    <w:rsid w:val="005C621F"/>
    <w:rsid w:val="005D000B"/>
    <w:rsid w:val="005D1589"/>
    <w:rsid w:val="006176CA"/>
    <w:rsid w:val="00633D49"/>
    <w:rsid w:val="00661F5C"/>
    <w:rsid w:val="00675155"/>
    <w:rsid w:val="006F6E8C"/>
    <w:rsid w:val="0072527A"/>
    <w:rsid w:val="007403A4"/>
    <w:rsid w:val="0088117E"/>
    <w:rsid w:val="00885377"/>
    <w:rsid w:val="008A65FB"/>
    <w:rsid w:val="009579F7"/>
    <w:rsid w:val="00986942"/>
    <w:rsid w:val="009B1041"/>
    <w:rsid w:val="009C1C29"/>
    <w:rsid w:val="009D12DA"/>
    <w:rsid w:val="009E4F98"/>
    <w:rsid w:val="00A02CEA"/>
    <w:rsid w:val="00A3403B"/>
    <w:rsid w:val="00A64101"/>
    <w:rsid w:val="00A6676B"/>
    <w:rsid w:val="00AA1D8D"/>
    <w:rsid w:val="00AE7627"/>
    <w:rsid w:val="00AF0743"/>
    <w:rsid w:val="00AF25E1"/>
    <w:rsid w:val="00B44D22"/>
    <w:rsid w:val="00B47730"/>
    <w:rsid w:val="00BA6945"/>
    <w:rsid w:val="00BF3224"/>
    <w:rsid w:val="00C13593"/>
    <w:rsid w:val="00C50B4D"/>
    <w:rsid w:val="00C65F92"/>
    <w:rsid w:val="00CA3BC3"/>
    <w:rsid w:val="00CB0664"/>
    <w:rsid w:val="00CD4B48"/>
    <w:rsid w:val="00CD7E15"/>
    <w:rsid w:val="00CF7E9F"/>
    <w:rsid w:val="00D1109E"/>
    <w:rsid w:val="00D53B7E"/>
    <w:rsid w:val="00D77189"/>
    <w:rsid w:val="00DB3CC1"/>
    <w:rsid w:val="00E257F0"/>
    <w:rsid w:val="00E35525"/>
    <w:rsid w:val="00E407BC"/>
    <w:rsid w:val="00F7502F"/>
    <w:rsid w:val="00FB7EE1"/>
    <w:rsid w:val="00FC693F"/>
    <w:rsid w:val="00FF1405"/>
    <w:rsid w:val="00FF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81499"/>
    <w:rsid w:val="001A4124"/>
    <w:rsid w:val="001C0985"/>
    <w:rsid w:val="00281FCA"/>
    <w:rsid w:val="0028690E"/>
    <w:rsid w:val="003C3610"/>
    <w:rsid w:val="0042261A"/>
    <w:rsid w:val="004B296A"/>
    <w:rsid w:val="004F61F7"/>
    <w:rsid w:val="005406D0"/>
    <w:rsid w:val="005D5522"/>
    <w:rsid w:val="007403A4"/>
    <w:rsid w:val="00742A53"/>
    <w:rsid w:val="00745706"/>
    <w:rsid w:val="00832B1A"/>
    <w:rsid w:val="00837926"/>
    <w:rsid w:val="00920C01"/>
    <w:rsid w:val="009579F7"/>
    <w:rsid w:val="009D12DA"/>
    <w:rsid w:val="009E4F98"/>
    <w:rsid w:val="00A35842"/>
    <w:rsid w:val="00AE5822"/>
    <w:rsid w:val="00B04090"/>
    <w:rsid w:val="00C23D80"/>
    <w:rsid w:val="00D4571E"/>
    <w:rsid w:val="00D57CE4"/>
    <w:rsid w:val="00E105DB"/>
    <w:rsid w:val="00F27206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dcterms:created xsi:type="dcterms:W3CDTF">2026-09-08T18:07:00Z</dcterms:created>
  <dcterms:modified xsi:type="dcterms:W3CDTF">2026-09-08T18:30:00Z</dcterms:modified>
  <cp:category/>
</cp:coreProperties>
</file>