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5DC4625B" w:rsidR="00F7502F" w:rsidRDefault="008F14E5">
            <w:r>
              <w:t>Reduced normal lighting WHA basement, 1</w:t>
            </w:r>
            <w:r w:rsidRPr="008F14E5">
              <w:rPr>
                <w:vertAlign w:val="superscript"/>
              </w:rPr>
              <w:t>st</w:t>
            </w:r>
            <w:r>
              <w:t xml:space="preserve"> and 2</w:t>
            </w:r>
            <w:r w:rsidRPr="008F14E5">
              <w:rPr>
                <w:vertAlign w:val="superscript"/>
              </w:rPr>
              <w:t>nd</w:t>
            </w:r>
            <w:r>
              <w:t xml:space="preserve"> floors to </w:t>
            </w:r>
            <w:r w:rsidR="00D138D6">
              <w:t xml:space="preserve"> support the WHA electrical upgrade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6"/>
        <w:gridCol w:w="7864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20866422" w:rsidR="00F7502F" w:rsidRPr="0014537E" w:rsidRDefault="0036160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</w:t>
                </w:r>
                <w:r w:rsidR="002F7329">
                  <w:rPr>
                    <w:rStyle w:val="Style3"/>
                  </w:rPr>
                  <w:t>1</w:t>
                </w:r>
                <w:r w:rsidR="00195B25">
                  <w:rPr>
                    <w:rStyle w:val="Style3"/>
                  </w:rPr>
                  <w:t>4</w:t>
                </w:r>
                <w:r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AA240A" w:rsidR="00F7502F" w:rsidRDefault="00B9328D">
            <w:r>
              <w:t xml:space="preserve">WHA 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5DB0E9E" w:rsidR="009E3346" w:rsidRDefault="00444D19" w:rsidP="009E3346">
            <w:pPr>
              <w:spacing w:after="0" w:line="240" w:lineRule="auto"/>
            </w:pPr>
            <w:r>
              <w:t>Floor</w:t>
            </w:r>
            <w:r w:rsidR="000A570A">
              <w:t xml:space="preserve">:  </w:t>
            </w:r>
            <w:r w:rsidR="00C9657C">
              <w:t>252473</w:t>
            </w:r>
            <w:r>
              <w:t xml:space="preserve"> </w:t>
            </w:r>
            <w:r w:rsidR="00E613D4">
              <w:t>basement</w:t>
            </w:r>
            <w:r w:rsidR="00A024AA">
              <w:t>,</w:t>
            </w:r>
            <w:r w:rsidR="00E613D4">
              <w:t>1</w:t>
            </w:r>
            <w:r w:rsidR="00BA3285">
              <w:t xml:space="preserve"> </w:t>
            </w:r>
            <w:r w:rsidR="00E7232C">
              <w:t xml:space="preserve">and </w:t>
            </w:r>
            <w:r w:rsidR="00E613D4">
              <w:t>2</w:t>
            </w:r>
            <w:r w:rsidR="00A024AA">
              <w:t xml:space="preserve"> will see a loss of normal </w:t>
            </w:r>
            <w:r w:rsidR="00195B25">
              <w:t>lighting</w:t>
            </w:r>
            <w:r w:rsidR="00A024AA">
              <w:t xml:space="preserve"> to the building lights for 8</w:t>
            </w:r>
            <w:r w:rsidR="00E6006A">
              <w:t xml:space="preserve"> hours.</w:t>
            </w:r>
          </w:p>
          <w:p w14:paraId="5F82F173" w14:textId="6BF51A10" w:rsidR="00333E03" w:rsidRDefault="00E6006A" w:rsidP="009E3346">
            <w:pPr>
              <w:spacing w:after="0" w:line="240" w:lineRule="auto"/>
            </w:pPr>
            <w:r>
              <w:t xml:space="preserve">This will allow the </w:t>
            </w:r>
            <w:r w:rsidR="00545F0D">
              <w:t>contractor</w:t>
            </w:r>
            <w:r w:rsidR="00002681">
              <w:t xml:space="preserve"> t</w:t>
            </w:r>
            <w:r w:rsidR="00E613D4">
              <w:t>ime</w:t>
            </w:r>
            <w:r w:rsidR="00F769DC">
              <w:t xml:space="preserve"> </w:t>
            </w:r>
            <w:r w:rsidR="00E7232C">
              <w:t>to remove</w:t>
            </w:r>
            <w:r w:rsidR="004400A8">
              <w:t xml:space="preserve"> the </w:t>
            </w:r>
            <w:r w:rsidR="00F96D2D">
              <w:t xml:space="preserve">temp lighting </w:t>
            </w:r>
            <w:r w:rsidR="00645BEE">
              <w:t>circuits</w:t>
            </w:r>
            <w:r w:rsidR="00A475C8">
              <w:t xml:space="preserve"> back to their new panels and feeders</w:t>
            </w:r>
            <w:r w:rsidR="003F5736">
              <w:t>.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11ED3D6F" w:rsidR="00E6006A" w:rsidRPr="00827D0B" w:rsidRDefault="00E6006A" w:rsidP="009E3346">
            <w:pPr>
              <w:spacing w:after="0" w:line="240" w:lineRule="auto"/>
              <w:rPr>
                <w:color w:val="EE0000"/>
              </w:rPr>
            </w:pPr>
          </w:p>
          <w:p w14:paraId="78D42C75" w14:textId="00B18275" w:rsidR="00E6006A" w:rsidRPr="00827D0B" w:rsidRDefault="00E6006A" w:rsidP="009E3346">
            <w:pPr>
              <w:spacing w:after="0" w:line="240" w:lineRule="auto"/>
              <w:rPr>
                <w:color w:val="EE0000"/>
              </w:rPr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lastRenderedPageBreak/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81"/>
    <w:rsid w:val="000145BB"/>
    <w:rsid w:val="00033ADA"/>
    <w:rsid w:val="00034616"/>
    <w:rsid w:val="00054C3E"/>
    <w:rsid w:val="0006063C"/>
    <w:rsid w:val="00062FAD"/>
    <w:rsid w:val="00066FBA"/>
    <w:rsid w:val="00071BFD"/>
    <w:rsid w:val="0007325D"/>
    <w:rsid w:val="000900D0"/>
    <w:rsid w:val="000915A1"/>
    <w:rsid w:val="00092845"/>
    <w:rsid w:val="000A570A"/>
    <w:rsid w:val="000A673E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95B25"/>
    <w:rsid w:val="001A3706"/>
    <w:rsid w:val="001B131B"/>
    <w:rsid w:val="001B797A"/>
    <w:rsid w:val="001C0D5C"/>
    <w:rsid w:val="001D5E5D"/>
    <w:rsid w:val="001F2161"/>
    <w:rsid w:val="00200919"/>
    <w:rsid w:val="00243BE2"/>
    <w:rsid w:val="00244BEC"/>
    <w:rsid w:val="00253FAE"/>
    <w:rsid w:val="00260AF2"/>
    <w:rsid w:val="00262362"/>
    <w:rsid w:val="00281FCA"/>
    <w:rsid w:val="0029639D"/>
    <w:rsid w:val="002D57CB"/>
    <w:rsid w:val="002F07BA"/>
    <w:rsid w:val="002F5522"/>
    <w:rsid w:val="002F7329"/>
    <w:rsid w:val="00301E06"/>
    <w:rsid w:val="00325F83"/>
    <w:rsid w:val="00326F90"/>
    <w:rsid w:val="00333E03"/>
    <w:rsid w:val="00334D8D"/>
    <w:rsid w:val="00343007"/>
    <w:rsid w:val="00346063"/>
    <w:rsid w:val="003506E5"/>
    <w:rsid w:val="00352515"/>
    <w:rsid w:val="003613B0"/>
    <w:rsid w:val="00361600"/>
    <w:rsid w:val="003708EF"/>
    <w:rsid w:val="003709C3"/>
    <w:rsid w:val="00371951"/>
    <w:rsid w:val="0039073D"/>
    <w:rsid w:val="003A24A9"/>
    <w:rsid w:val="003A5905"/>
    <w:rsid w:val="003B2F2C"/>
    <w:rsid w:val="003B73CC"/>
    <w:rsid w:val="003E38B8"/>
    <w:rsid w:val="003E7C3A"/>
    <w:rsid w:val="003F5736"/>
    <w:rsid w:val="004111EF"/>
    <w:rsid w:val="004170D1"/>
    <w:rsid w:val="004400A8"/>
    <w:rsid w:val="00440C7D"/>
    <w:rsid w:val="00444B2F"/>
    <w:rsid w:val="00444D19"/>
    <w:rsid w:val="0046577A"/>
    <w:rsid w:val="004704BA"/>
    <w:rsid w:val="0047481B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45F0D"/>
    <w:rsid w:val="0057269A"/>
    <w:rsid w:val="00595055"/>
    <w:rsid w:val="005A3F01"/>
    <w:rsid w:val="005B7FD9"/>
    <w:rsid w:val="005C621F"/>
    <w:rsid w:val="005D000B"/>
    <w:rsid w:val="005D6C34"/>
    <w:rsid w:val="005F04FF"/>
    <w:rsid w:val="005F0A02"/>
    <w:rsid w:val="005F3EAB"/>
    <w:rsid w:val="005F7740"/>
    <w:rsid w:val="00610717"/>
    <w:rsid w:val="00610993"/>
    <w:rsid w:val="006231BD"/>
    <w:rsid w:val="00627064"/>
    <w:rsid w:val="00636314"/>
    <w:rsid w:val="00637ACF"/>
    <w:rsid w:val="00645BEE"/>
    <w:rsid w:val="00657D4E"/>
    <w:rsid w:val="00672EC4"/>
    <w:rsid w:val="00682FCA"/>
    <w:rsid w:val="0068348D"/>
    <w:rsid w:val="006834DD"/>
    <w:rsid w:val="006B71F2"/>
    <w:rsid w:val="0071684F"/>
    <w:rsid w:val="007403A4"/>
    <w:rsid w:val="00777195"/>
    <w:rsid w:val="007B0910"/>
    <w:rsid w:val="007C398B"/>
    <w:rsid w:val="007C6888"/>
    <w:rsid w:val="007D10F0"/>
    <w:rsid w:val="00827D0B"/>
    <w:rsid w:val="008751D3"/>
    <w:rsid w:val="0088117E"/>
    <w:rsid w:val="008850B3"/>
    <w:rsid w:val="00885377"/>
    <w:rsid w:val="00895630"/>
    <w:rsid w:val="008F14E5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475C8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285"/>
    <w:rsid w:val="00BA3E5E"/>
    <w:rsid w:val="00BA6945"/>
    <w:rsid w:val="00BA6B67"/>
    <w:rsid w:val="00BE16E2"/>
    <w:rsid w:val="00BF2153"/>
    <w:rsid w:val="00BF2976"/>
    <w:rsid w:val="00BF54BA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9657C"/>
    <w:rsid w:val="00CA53B1"/>
    <w:rsid w:val="00CB0664"/>
    <w:rsid w:val="00CC2D03"/>
    <w:rsid w:val="00CD4B48"/>
    <w:rsid w:val="00CD67E5"/>
    <w:rsid w:val="00CE3CD6"/>
    <w:rsid w:val="00CF59F6"/>
    <w:rsid w:val="00CF7E9F"/>
    <w:rsid w:val="00D1109E"/>
    <w:rsid w:val="00D12825"/>
    <w:rsid w:val="00D138D6"/>
    <w:rsid w:val="00D1533D"/>
    <w:rsid w:val="00D221C1"/>
    <w:rsid w:val="00D30868"/>
    <w:rsid w:val="00D43C00"/>
    <w:rsid w:val="00D77189"/>
    <w:rsid w:val="00D953CE"/>
    <w:rsid w:val="00DB6890"/>
    <w:rsid w:val="00DC06EA"/>
    <w:rsid w:val="00DD6423"/>
    <w:rsid w:val="00DE067F"/>
    <w:rsid w:val="00E257F0"/>
    <w:rsid w:val="00E2694F"/>
    <w:rsid w:val="00E35525"/>
    <w:rsid w:val="00E407BC"/>
    <w:rsid w:val="00E6006A"/>
    <w:rsid w:val="00E613D4"/>
    <w:rsid w:val="00E7232C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769DC"/>
    <w:rsid w:val="00F96D2D"/>
    <w:rsid w:val="00FA07DF"/>
    <w:rsid w:val="00FB003D"/>
    <w:rsid w:val="00FB25C0"/>
    <w:rsid w:val="00FB7366"/>
    <w:rsid w:val="00FB7EE1"/>
    <w:rsid w:val="00FC693F"/>
    <w:rsid w:val="00FE11ED"/>
    <w:rsid w:val="00FE3AD3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3453F"/>
    <w:rsid w:val="001865F9"/>
    <w:rsid w:val="00200919"/>
    <w:rsid w:val="00281FCA"/>
    <w:rsid w:val="0028690E"/>
    <w:rsid w:val="00346063"/>
    <w:rsid w:val="0043024F"/>
    <w:rsid w:val="0046577A"/>
    <w:rsid w:val="0047481B"/>
    <w:rsid w:val="004B0B7B"/>
    <w:rsid w:val="004F2971"/>
    <w:rsid w:val="004F61F7"/>
    <w:rsid w:val="00547E20"/>
    <w:rsid w:val="005A11DC"/>
    <w:rsid w:val="005D5522"/>
    <w:rsid w:val="005F7740"/>
    <w:rsid w:val="006231BD"/>
    <w:rsid w:val="006326D8"/>
    <w:rsid w:val="006D7647"/>
    <w:rsid w:val="0071684F"/>
    <w:rsid w:val="007403A4"/>
    <w:rsid w:val="00742A53"/>
    <w:rsid w:val="00745706"/>
    <w:rsid w:val="00832B1A"/>
    <w:rsid w:val="00837926"/>
    <w:rsid w:val="008751D3"/>
    <w:rsid w:val="009C1B90"/>
    <w:rsid w:val="009D2559"/>
    <w:rsid w:val="00A604DD"/>
    <w:rsid w:val="00AE0F1B"/>
    <w:rsid w:val="00B04090"/>
    <w:rsid w:val="00B21D34"/>
    <w:rsid w:val="00BA3E5E"/>
    <w:rsid w:val="00BF54BA"/>
    <w:rsid w:val="00C23CBF"/>
    <w:rsid w:val="00C61749"/>
    <w:rsid w:val="00C864D7"/>
    <w:rsid w:val="00CA0885"/>
    <w:rsid w:val="00CF59F6"/>
    <w:rsid w:val="00D03D75"/>
    <w:rsid w:val="00D13EFC"/>
    <w:rsid w:val="00D30868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3</cp:revision>
  <cp:lastPrinted>2026-10-12T13:42:00Z</cp:lastPrinted>
  <dcterms:created xsi:type="dcterms:W3CDTF">2026-10-13T11:44:00Z</dcterms:created>
  <dcterms:modified xsi:type="dcterms:W3CDTF">2026-10-13T11:51:00Z</dcterms:modified>
  <cp:category/>
</cp:coreProperties>
</file>