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57E59087" w:rsidR="00E35525" w:rsidRDefault="004601B0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AE7627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4601B0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1348CFB8" w:rsidR="00F7502F" w:rsidRDefault="00F7502F"/>
        </w:tc>
      </w:tr>
    </w:tbl>
    <w:p w14:paraId="0B0DCAF6" w14:textId="3A1EEFCA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</w:t>
      </w:r>
      <w:r w:rsidR="00AE7627">
        <w:rPr>
          <w:b/>
          <w:sz w:val="24"/>
          <w:szCs w:val="24"/>
        </w:rPr>
        <w:t>National Grid Maintenance to Temple feeders.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25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2A1086A4" w:rsidR="00F7502F" w:rsidRPr="0014537E" w:rsidRDefault="00AE7627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8/25/2026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6389715E" w:rsidR="00F7502F" w:rsidRPr="00D1109E" w:rsidRDefault="00AE7627">
            <w:r>
              <w:t>2300 - 0600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65F4C22B" w:rsidR="00F7502F" w:rsidRDefault="00AE7627">
            <w:r>
              <w:t>Nappi building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6448D0C0" w:rsidR="00F7502F" w:rsidRDefault="00AE7627">
            <w:pPr>
              <w:spacing w:after="0"/>
            </w:pPr>
            <w:r>
              <w:t>Nappi will see a power blip while National Grid is switching from T55 to T59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4B73C182" w:rsidR="00F7502F" w:rsidRDefault="004E7808">
            <w:pPr>
              <w:spacing w:after="0"/>
            </w:pPr>
            <w:r>
              <w:rPr>
                <w:color w:val="FF0000"/>
              </w:rPr>
              <w:t>Nappi buil</w:t>
            </w:r>
            <w:r w:rsidR="00C50B4D">
              <w:rPr>
                <w:color w:val="FF0000"/>
              </w:rPr>
              <w:t xml:space="preserve">ding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5017B4F3" w:rsidR="00F7502F" w:rsidRDefault="004E7808">
            <w:pPr>
              <w:spacing w:after="0"/>
            </w:pPr>
            <w:r>
              <w:rPr>
                <w:color w:val="FF0000"/>
              </w:rPr>
              <w:t>Power will be restored within 5 – 10 minutes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83DA8"/>
    <w:rsid w:val="000F79A4"/>
    <w:rsid w:val="0014537E"/>
    <w:rsid w:val="0015074B"/>
    <w:rsid w:val="00153962"/>
    <w:rsid w:val="0015594D"/>
    <w:rsid w:val="001E637C"/>
    <w:rsid w:val="00246990"/>
    <w:rsid w:val="00281FCA"/>
    <w:rsid w:val="0029639D"/>
    <w:rsid w:val="002B6736"/>
    <w:rsid w:val="00313584"/>
    <w:rsid w:val="00326F90"/>
    <w:rsid w:val="003313D1"/>
    <w:rsid w:val="00333350"/>
    <w:rsid w:val="00371951"/>
    <w:rsid w:val="003C3610"/>
    <w:rsid w:val="0042261A"/>
    <w:rsid w:val="004B296A"/>
    <w:rsid w:val="004D19E3"/>
    <w:rsid w:val="004E7808"/>
    <w:rsid w:val="00552E99"/>
    <w:rsid w:val="005A3F01"/>
    <w:rsid w:val="005C621F"/>
    <w:rsid w:val="005D000B"/>
    <w:rsid w:val="006176CA"/>
    <w:rsid w:val="00633D49"/>
    <w:rsid w:val="00661F5C"/>
    <w:rsid w:val="00675155"/>
    <w:rsid w:val="006F6E8C"/>
    <w:rsid w:val="0072527A"/>
    <w:rsid w:val="007403A4"/>
    <w:rsid w:val="0088117E"/>
    <w:rsid w:val="00885377"/>
    <w:rsid w:val="008A65FB"/>
    <w:rsid w:val="009B1041"/>
    <w:rsid w:val="009C1C29"/>
    <w:rsid w:val="009E4F98"/>
    <w:rsid w:val="00A64101"/>
    <w:rsid w:val="00AA1D8D"/>
    <w:rsid w:val="00AE7627"/>
    <w:rsid w:val="00B44D22"/>
    <w:rsid w:val="00B47730"/>
    <w:rsid w:val="00BA6945"/>
    <w:rsid w:val="00BF3224"/>
    <w:rsid w:val="00C13593"/>
    <w:rsid w:val="00C50B4D"/>
    <w:rsid w:val="00C65F92"/>
    <w:rsid w:val="00CA3BC3"/>
    <w:rsid w:val="00CB0664"/>
    <w:rsid w:val="00CD4B48"/>
    <w:rsid w:val="00CD7E15"/>
    <w:rsid w:val="00CF7E9F"/>
    <w:rsid w:val="00D1109E"/>
    <w:rsid w:val="00D77189"/>
    <w:rsid w:val="00DB3CC1"/>
    <w:rsid w:val="00E257F0"/>
    <w:rsid w:val="00E35525"/>
    <w:rsid w:val="00E407BC"/>
    <w:rsid w:val="00F7502F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2387C"/>
    <w:rsid w:val="0007325D"/>
    <w:rsid w:val="00281FCA"/>
    <w:rsid w:val="0028690E"/>
    <w:rsid w:val="003C3610"/>
    <w:rsid w:val="0042261A"/>
    <w:rsid w:val="004B296A"/>
    <w:rsid w:val="004F61F7"/>
    <w:rsid w:val="005D5522"/>
    <w:rsid w:val="007403A4"/>
    <w:rsid w:val="00742A53"/>
    <w:rsid w:val="00745706"/>
    <w:rsid w:val="00832B1A"/>
    <w:rsid w:val="00837926"/>
    <w:rsid w:val="009E4F98"/>
    <w:rsid w:val="00AE5822"/>
    <w:rsid w:val="00B04090"/>
    <w:rsid w:val="00C23D80"/>
    <w:rsid w:val="00D4571E"/>
    <w:rsid w:val="00E105DB"/>
    <w:rsid w:val="00F27206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2026-08-25T15:07:00Z</dcterms:created>
  <dcterms:modified xsi:type="dcterms:W3CDTF">2026-08-25T15:07:00Z</dcterms:modified>
  <cp:category/>
</cp:coreProperties>
</file>