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11D90" w14:textId="77777777" w:rsidR="00F7502F" w:rsidRPr="00CF7E9F" w:rsidRDefault="00371951">
      <w:pPr>
        <w:spacing w:after="0"/>
        <w:jc w:val="center"/>
        <w:rPr>
          <w:rFonts w:ascii="Times New Roman" w:hAnsi="Times New Roman" w:cs="Times New Roman"/>
          <w:color w:val="1F497D" w:themeColor="text2"/>
          <w:sz w:val="36"/>
          <w:szCs w:val="36"/>
        </w:rPr>
      </w:pPr>
      <w:r w:rsidRPr="00CF7E9F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UPSTATE PHYSICAL PLANT</w:t>
      </w:r>
    </w:p>
    <w:sdt>
      <w:sdtPr>
        <w:rPr>
          <w:rStyle w:val="Style2"/>
        </w:rPr>
        <w:id w:val="-1072805163"/>
        <w:placeholder>
          <w:docPart w:val="D657BD43F0E24482B3C7D8E9861F6208"/>
        </w:placeholder>
        <w15:color w:val="F6F6F6"/>
        <w:dropDownList>
          <w:listItem w:value="Choose an item."/>
          <w:listItem w:displayText="NOTIFICATION" w:value="NOTIFICATION"/>
          <w:listItem w:displayText="CANCELLATION" w:value="CANCELLATION"/>
        </w:dropDownList>
      </w:sdtPr>
      <w:sdtEndPr>
        <w:rPr>
          <w:rStyle w:val="Style2"/>
        </w:rPr>
      </w:sdtEndPr>
      <w:sdtContent>
        <w:p w14:paraId="0167F00A" w14:textId="1B678D14" w:rsidR="00F7502F" w:rsidRPr="00D77189" w:rsidRDefault="009B1041">
          <w:pPr>
            <w:spacing w:after="120"/>
            <w:jc w:val="center"/>
            <w:rPr>
              <w:color w:val="C00000"/>
            </w:rPr>
          </w:pPr>
          <w:r>
            <w:rPr>
              <w:rStyle w:val="Style2"/>
            </w:rPr>
            <w:t>NOTIFICATION</w:t>
          </w:r>
        </w:p>
      </w:sdtContent>
    </w:sdt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42"/>
        <w:gridCol w:w="7898"/>
      </w:tblGrid>
      <w:tr w:rsidR="00F7502F" w14:paraId="661ECF99" w14:textId="77777777" w:rsidTr="008F01F5">
        <w:trPr>
          <w:jc w:val="center"/>
        </w:trPr>
        <w:tc>
          <w:tcPr>
            <w:tcW w:w="274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705121" w14:textId="77777777" w:rsidR="00F7502F" w:rsidRDefault="00371951">
            <w:r>
              <w:rPr>
                <w:b/>
              </w:rPr>
              <w:t>Notification Type:</w:t>
            </w:r>
          </w:p>
        </w:tc>
        <w:tc>
          <w:tcPr>
            <w:tcW w:w="7898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1FC13B" w14:textId="507F39FC" w:rsidR="00E35525" w:rsidRDefault="00F55662">
            <w:sdt>
              <w:sdtPr>
                <w:rPr>
                  <w:rStyle w:val="Style7"/>
                </w:rPr>
                <w:id w:val="-1446147997"/>
                <w:placeholder>
                  <w:docPart w:val="BAAFDB2D68AE44D5B6DD5BEEBEF1154D"/>
                </w:placeholder>
                <w:dropDownList>
                  <w:listItem w:value="Choose an item."/>
                  <w:listItem w:displayText="Emergency Outage" w:value="Emergency Outage"/>
                  <w:listItem w:displayText="Maintenance" w:value="Maintenance"/>
                  <w:listItem w:displayText="Planned Outage" w:value="Planned Outage"/>
                  <w:listItem w:displayText="Project Update" w:value="Project Update"/>
                  <w:listItem w:displayText="Restoration Notice" w:value="Restoration Notice"/>
                  <w:listItem w:displayText="Service Interruption" w:value="Service Interruption"/>
                </w:dropDownList>
              </w:sdtPr>
              <w:sdtEndPr>
                <w:rPr>
                  <w:rStyle w:val="DefaultParagraphFont"/>
                  <w:rFonts w:ascii="Times New Roman" w:eastAsia="Times New Roman" w:hAnsi="Times New Roman" w:cs="Times New Roman"/>
                  <w:b w:val="0"/>
                  <w:sz w:val="20"/>
                </w:rPr>
              </w:sdtEndPr>
              <w:sdtContent>
                <w:r w:rsidR="00BE07D4">
                  <w:rPr>
                    <w:rStyle w:val="Style7"/>
                  </w:rPr>
                  <w:t>Service Interruption</w:t>
                </w:r>
              </w:sdtContent>
            </w:sdt>
          </w:p>
          <w:p w14:paraId="6EE519E1" w14:textId="26FCBECE" w:rsidR="00F7502F" w:rsidRDefault="00E35525">
            <w:r>
              <w:t xml:space="preserve"> </w:t>
            </w:r>
            <w:sdt>
              <w:sdtPr>
                <w:id w:val="-1479984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1951">
              <w:t>Other: __________________________</w:t>
            </w:r>
          </w:p>
        </w:tc>
      </w:tr>
      <w:tr w:rsidR="00F7502F" w14:paraId="76054257" w14:textId="77777777" w:rsidTr="008F01F5">
        <w:trPr>
          <w:jc w:val="center"/>
        </w:trPr>
        <w:tc>
          <w:tcPr>
            <w:tcW w:w="274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0F16BE" w14:textId="77777777" w:rsidR="00F7502F" w:rsidRDefault="00371951">
            <w:r>
              <w:rPr>
                <w:b/>
              </w:rPr>
              <w:t>Utility / Service Affected:</w:t>
            </w:r>
          </w:p>
        </w:tc>
        <w:tc>
          <w:tcPr>
            <w:tcW w:w="7898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901293" w14:textId="2B716759" w:rsidR="00E35525" w:rsidRDefault="00F55662">
            <w:sdt>
              <w:sdtPr>
                <w:rPr>
                  <w:rStyle w:val="Style8"/>
                </w:rPr>
                <w:id w:val="1878893849"/>
                <w:placeholder>
                  <w:docPart w:val="E137C48A8C4846439BB7230A9B488FD9"/>
                </w:placeholder>
                <w:dropDownList>
                  <w:listItem w:value="Choose an item."/>
                  <w:listItem w:displayText="Building Automation (BAS)" w:value="Building Automation (BAS)"/>
                  <w:listItem w:displayText="Chilled Water" w:value="Chilled Water"/>
                  <w:listItem w:displayText="Domestic Hot Water" w:value="Domestic Hot Water"/>
                  <w:listItem w:displayText="Domestic Water" w:value="Domestic Water"/>
                  <w:listItem w:displayText="Electrical" w:value="Electrical"/>
                  <w:listItem w:displayText="Elevator" w:value="Elevator"/>
                  <w:listItem w:displayText="Emergency Power" w:value="Emergency Power"/>
                  <w:listItem w:displayText="Fire Alarm" w:value="Fire Alarm"/>
                  <w:listItem w:displayText="HVAC" w:value="HVAC"/>
                  <w:listItem w:displayText="Mechanical Equipment" w:value="Mechanical Equipment"/>
                  <w:listItem w:displayText="Medical Gas" w:value="Medical Gas"/>
                  <w:listItem w:displayText="Nurse Call" w:value="Nurse Call"/>
                  <w:listItem w:displayText="Plumbing" w:value="Plumbing"/>
                  <w:listItem w:displayText="Pneumatic Tube (P-Tube)" w:value="Pneumatic Tube (P-Tube)"/>
                  <w:listItem w:displayText="Steam" w:value="Steam"/>
                </w:dropDownList>
              </w:sdtPr>
              <w:sdtEndPr>
                <w:rPr>
                  <w:rStyle w:val="Style8"/>
                </w:rPr>
              </w:sdtEndPr>
              <w:sdtContent>
                <w:r w:rsidR="00BE07D4">
                  <w:rPr>
                    <w:rStyle w:val="Style8"/>
                  </w:rPr>
                  <w:t>Electrical</w:t>
                </w:r>
              </w:sdtContent>
            </w:sdt>
          </w:p>
          <w:p w14:paraId="28E86206" w14:textId="05587BBF" w:rsidR="00F7502F" w:rsidRDefault="00371951">
            <w:r>
              <w:t xml:space="preserve"> </w:t>
            </w:r>
            <w:sdt>
              <w:sdtPr>
                <w:id w:val="122968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5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Other: __________________________</w:t>
            </w:r>
          </w:p>
        </w:tc>
      </w:tr>
      <w:tr w:rsidR="00F7502F" w14:paraId="2E8DA55E" w14:textId="77777777" w:rsidTr="008F01F5">
        <w:trPr>
          <w:jc w:val="center"/>
        </w:trPr>
        <w:tc>
          <w:tcPr>
            <w:tcW w:w="274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CEEC5B" w14:textId="77777777" w:rsidR="00F7502F" w:rsidRDefault="00371951">
            <w:r>
              <w:rPr>
                <w:b/>
              </w:rPr>
              <w:t>Subject:</w:t>
            </w:r>
          </w:p>
        </w:tc>
        <w:tc>
          <w:tcPr>
            <w:tcW w:w="7898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4E3681" w14:textId="1359C4F5" w:rsidR="00F7502F" w:rsidRDefault="00A158FD">
            <w:r>
              <w:t>National Grid outage</w:t>
            </w:r>
          </w:p>
        </w:tc>
      </w:tr>
    </w:tbl>
    <w:p w14:paraId="2B30019B" w14:textId="07697653" w:rsidR="00F7502F" w:rsidRPr="00D57187" w:rsidRDefault="00371951" w:rsidP="00D57187">
      <w:pPr>
        <w:spacing w:before="100" w:after="60"/>
        <w:rPr>
          <w:b/>
          <w:bCs/>
          <w:color w:val="FF0000"/>
          <w:sz w:val="24"/>
          <w:szCs w:val="24"/>
        </w:rPr>
      </w:pPr>
      <w:r w:rsidRPr="00E407BC">
        <w:rPr>
          <w:b/>
          <w:sz w:val="24"/>
          <w:szCs w:val="24"/>
        </w:rPr>
        <w:t>To support</w:t>
      </w:r>
      <w:r w:rsidRPr="00885377">
        <w:rPr>
          <w:b/>
          <w:sz w:val="24"/>
          <w:szCs w:val="24"/>
        </w:rPr>
        <w:t xml:space="preserve">: </w:t>
      </w:r>
      <w:r w:rsidR="008F01F5" w:rsidRPr="00A8421D">
        <w:rPr>
          <w:b/>
          <w:bCs/>
          <w:color w:val="FF0000"/>
          <w:sz w:val="24"/>
          <w:szCs w:val="24"/>
        </w:rPr>
        <w:t xml:space="preserve">National Grid </w:t>
      </w:r>
      <w:r w:rsidR="00A158FD">
        <w:rPr>
          <w:b/>
          <w:bCs/>
          <w:color w:val="FF0000"/>
          <w:sz w:val="24"/>
          <w:szCs w:val="24"/>
        </w:rPr>
        <w:t>Outage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75"/>
        <w:gridCol w:w="7865"/>
      </w:tblGrid>
      <w:tr w:rsidR="00F7502F" w14:paraId="759771E9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BA60A9" w14:textId="77777777" w:rsidR="00F7502F" w:rsidRDefault="00371951">
            <w:r w:rsidRPr="00D77189">
              <w:rPr>
                <w:b/>
                <w:color w:val="C00000"/>
              </w:rPr>
              <w:t>Date:</w:t>
            </w:r>
          </w:p>
        </w:tc>
        <w:sdt>
          <w:sdtPr>
            <w:rPr>
              <w:rStyle w:val="Style3"/>
            </w:rPr>
            <w:id w:val="347985234"/>
            <w:placeholder>
              <w:docPart w:val="9F253F89CF33425E933EC2E462A8E878"/>
            </w:placeholder>
            <w:date w:fullDate="2026-09-03T00:00:00Z">
              <w:dateFormat w:val="M/d/yyyy"/>
              <w:lid w:val="en-US"/>
              <w:storeMappedDataAs w:val="dateTime"/>
              <w:calendar w:val="gregorian"/>
            </w:date>
          </w:sdtPr>
          <w:sdtEndPr>
            <w:rPr>
              <w:rStyle w:val="Style3"/>
            </w:rPr>
          </w:sdtEndPr>
          <w:sdtContent>
            <w:tc>
              <w:tcPr>
                <w:tcW w:w="8352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  <w:tcMar>
                  <w:top w:w="80" w:type="dxa"/>
                  <w:left w:w="90" w:type="dxa"/>
                  <w:bottom w:w="80" w:type="dxa"/>
                  <w:right w:w="90" w:type="dxa"/>
                </w:tcMar>
                <w:vAlign w:val="center"/>
              </w:tcPr>
              <w:p w14:paraId="681B2CED" w14:textId="64A6C334" w:rsidR="00F7502F" w:rsidRPr="0014537E" w:rsidRDefault="00A158FD">
                <w:pPr>
                  <w:rPr>
                    <w:color w:val="000000" w:themeColor="text1"/>
                  </w:rPr>
                </w:pPr>
                <w:r>
                  <w:rPr>
                    <w:rStyle w:val="Style3"/>
                  </w:rPr>
                  <w:t>9/3/2026</w:t>
                </w:r>
              </w:p>
            </w:tc>
          </w:sdtContent>
        </w:sdt>
      </w:tr>
      <w:tr w:rsidR="00F7502F" w14:paraId="609F7DEA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F9F479" w14:textId="77777777" w:rsidR="00F7502F" w:rsidRDefault="00371951">
            <w:r w:rsidRPr="00D77189">
              <w:rPr>
                <w:b/>
                <w:color w:val="C00000"/>
              </w:rPr>
              <w:t>Time(s):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24B77A" w14:textId="143FCFBC" w:rsidR="00F7502F" w:rsidRPr="00D1109E" w:rsidRDefault="00A158FD">
            <w:r>
              <w:rPr>
                <w:color w:val="FF0000"/>
              </w:rPr>
              <w:t>1530 – until restored</w:t>
            </w:r>
          </w:p>
        </w:tc>
      </w:tr>
      <w:tr w:rsidR="00F7502F" w14:paraId="018FB0DA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AE557E" w14:textId="77777777" w:rsidR="00F7502F" w:rsidRDefault="00371951">
            <w:r w:rsidRPr="00D77189">
              <w:rPr>
                <w:b/>
                <w:color w:val="C00000"/>
              </w:rPr>
              <w:t>Location: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12BAA8" w14:textId="46019A4F" w:rsidR="00F7502F" w:rsidRPr="00D57187" w:rsidRDefault="00A158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Bioethics </w:t>
            </w:r>
            <w:r w:rsidR="00041988">
              <w:rPr>
                <w:b/>
                <w:bCs/>
              </w:rPr>
              <w:t>and Humanities building and East Garage</w:t>
            </w:r>
          </w:p>
        </w:tc>
      </w:tr>
      <w:tr w:rsidR="00F7502F" w14:paraId="0EE1263C" w14:textId="77777777" w:rsidTr="00D57187">
        <w:trPr>
          <w:trHeight w:val="1939"/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804B61" w14:textId="77777777" w:rsidR="00F7502F" w:rsidRDefault="00371951">
            <w:r w:rsidRPr="00D77189">
              <w:rPr>
                <w:b/>
                <w:color w:val="C00000"/>
              </w:rPr>
              <w:t>Affected Areas / Equipment</w:t>
            </w:r>
            <w:r w:rsidRPr="00D77189">
              <w:rPr>
                <w:b/>
                <w:color w:val="C00000"/>
              </w:rPr>
              <w:br/>
              <w:t>(Room, Equipment ID, etc.):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67CD4B4" w14:textId="472CA516" w:rsidR="009E3346" w:rsidRDefault="00041988" w:rsidP="009E3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National Grid </w:t>
            </w:r>
            <w:r w:rsidR="00CD5AD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has an unexpected outage on Temple 51. This feeds our Bioethics </w:t>
            </w:r>
            <w:r w:rsidR="004A0C7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building and the East garage. Crews are being dispatched immediately.</w:t>
            </w:r>
          </w:p>
          <w:p w14:paraId="443F60BA" w14:textId="77777777" w:rsidR="009E3346" w:rsidRDefault="009E3346" w:rsidP="009E3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1FC166" w14:textId="77777777" w:rsidR="009E3346" w:rsidRDefault="009E3346" w:rsidP="009E3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F615BA" w14:textId="77777777" w:rsidR="009E3346" w:rsidRDefault="009E3346" w:rsidP="009E3346">
            <w:pPr>
              <w:spacing w:after="0" w:line="240" w:lineRule="auto"/>
            </w:pPr>
          </w:p>
          <w:p w14:paraId="54D873D9" w14:textId="36EF21FE" w:rsidR="009E3346" w:rsidRDefault="009E3346" w:rsidP="009E3346">
            <w:pPr>
              <w:spacing w:after="0" w:line="240" w:lineRule="auto"/>
            </w:pPr>
          </w:p>
        </w:tc>
      </w:tr>
      <w:tr w:rsidR="00F7502F" w14:paraId="7433E9FD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848138" w14:textId="77777777" w:rsidR="00F7502F" w:rsidRDefault="00371951">
            <w:r w:rsidRPr="00D77189">
              <w:rPr>
                <w:b/>
                <w:color w:val="C00000"/>
              </w:rPr>
              <w:t>Impact (What will be interrupted</w:t>
            </w:r>
            <w:r w:rsidRPr="00D77189">
              <w:rPr>
                <w:b/>
                <w:color w:val="C00000"/>
              </w:rPr>
              <w:br/>
              <w:t>and what will remain operational):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5E2EBD" w14:textId="314880B6" w:rsidR="00BD3FFE" w:rsidRDefault="004A0C77">
            <w:pPr>
              <w:spacing w:after="0"/>
            </w:pPr>
            <w:r>
              <w:t xml:space="preserve">The </w:t>
            </w:r>
            <w:r w:rsidR="000A4082">
              <w:t>bio</w:t>
            </w:r>
            <w:r w:rsidR="003760DC">
              <w:t>ethics building will be down until power is restored</w:t>
            </w:r>
            <w:r w:rsidR="00F40498">
              <w:t xml:space="preserve">. The East Garage will be on generator power. </w:t>
            </w:r>
          </w:p>
        </w:tc>
      </w:tr>
      <w:tr w:rsidR="00F7502F" w14:paraId="0BBD4624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A48D51" w14:textId="77777777" w:rsidR="00F7502F" w:rsidRDefault="00371951">
            <w:r>
              <w:rPr>
                <w:b/>
              </w:rPr>
              <w:t>Note: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CE2062" w14:textId="0C23CE59" w:rsidR="00F7502F" w:rsidRDefault="00F40498">
            <w:pPr>
              <w:spacing w:after="0"/>
            </w:pPr>
            <w:r>
              <w:t xml:space="preserve">Grid will notify us once normal power is restored. </w:t>
            </w:r>
          </w:p>
        </w:tc>
      </w:tr>
    </w:tbl>
    <w:p w14:paraId="77389456" w14:textId="77777777" w:rsidR="00F7502F" w:rsidRDefault="00371951">
      <w:pPr>
        <w:spacing w:before="120" w:after="40"/>
      </w:pPr>
      <w:r>
        <w:rPr>
          <w:b/>
          <w:sz w:val="22"/>
        </w:rPr>
        <w:t>Questions or Concerns</w:t>
      </w:r>
    </w:p>
    <w:p w14:paraId="509FAF76" w14:textId="77777777" w:rsidR="00F7502F" w:rsidRDefault="00371951">
      <w:pPr>
        <w:spacing w:after="60"/>
      </w:pPr>
      <w:r>
        <w:t>If you have any questions or concerns, please contact: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358"/>
        <w:gridCol w:w="3979"/>
        <w:gridCol w:w="1358"/>
        <w:gridCol w:w="3951"/>
      </w:tblGrid>
      <w:tr w:rsidR="004D19E3" w14:paraId="3C84EA4E" w14:textId="77777777" w:rsidTr="004D19E3">
        <w:trPr>
          <w:trHeight w:val="4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6" w:type="dxa"/>
              <w:left w:w="90" w:type="dxa"/>
              <w:bottom w:w="86" w:type="dxa"/>
              <w:right w:w="90" w:type="dxa"/>
            </w:tcMar>
            <w:vAlign w:val="center"/>
          </w:tcPr>
          <w:p w14:paraId="7CDC6531" w14:textId="4A4A2997" w:rsidR="004D19E3" w:rsidRPr="004D19E3" w:rsidRDefault="004D19E3" w:rsidP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Name: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2467" w14:textId="5A458B74" w:rsidR="004D19E3" w:rsidRDefault="00D57187" w:rsidP="004D19E3">
            <w:pPr>
              <w:spacing w:after="120"/>
            </w:pPr>
            <w:r>
              <w:t xml:space="preserve">Marc Dingle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066172B" w14:textId="65FC8475" w:rsidR="004D19E3" w:rsidRPr="004D19E3" w:rsidRDefault="00D57187">
            <w:pPr>
              <w:rPr>
                <w:b/>
                <w:bCs/>
              </w:rPr>
            </w:pPr>
            <w:r>
              <w:rPr>
                <w:b/>
                <w:bCs/>
              </w:rPr>
              <w:t>Name: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0316D" w14:textId="1F83DA9A" w:rsidR="004D19E3" w:rsidRDefault="004D19E3"/>
        </w:tc>
      </w:tr>
      <w:tr w:rsidR="004D19E3" w14:paraId="511CEE8C" w14:textId="77777777" w:rsidTr="004D19E3">
        <w:trPr>
          <w:trHeight w:val="465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10A911D" w14:textId="25946DEF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Department: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674F6" w14:textId="06E77769" w:rsidR="004D19E3" w:rsidRDefault="00D57187" w:rsidP="004D19E3">
            <w:pPr>
              <w:spacing w:after="120"/>
            </w:pPr>
            <w:r>
              <w:t>Physical Plant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00B38F" w14:textId="4D125B2D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Department: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023E" w14:textId="760C6161" w:rsidR="004D19E3" w:rsidRDefault="004D19E3"/>
        </w:tc>
      </w:tr>
      <w:tr w:rsidR="004D19E3" w14:paraId="52C7511B" w14:textId="77777777" w:rsidTr="004D19E3">
        <w:trPr>
          <w:trHeight w:val="4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82512A" w14:textId="2B3D2678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Phone: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4B99" w14:textId="4A550649" w:rsidR="004D19E3" w:rsidRDefault="00D57187" w:rsidP="004D19E3">
            <w:pPr>
              <w:spacing w:after="120"/>
            </w:pPr>
            <w:r>
              <w:t>680-323-1819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01E6C9" w14:textId="06244F82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Phone: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0526" w14:textId="4E8F000E" w:rsidR="004D19E3" w:rsidRDefault="004D19E3"/>
        </w:tc>
      </w:tr>
      <w:tr w:rsidR="004D19E3" w14:paraId="5089B399" w14:textId="77777777" w:rsidTr="004D19E3">
        <w:trPr>
          <w:trHeight w:val="465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B86878" w14:textId="3B8983DC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Email: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4B88" w14:textId="51EDF006" w:rsidR="004D19E3" w:rsidRDefault="00D57187" w:rsidP="004D19E3">
            <w:pPr>
              <w:spacing w:after="120"/>
            </w:pPr>
            <w:r>
              <w:t>dinglem@upstate.edu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5677E3" w14:textId="2F5E07D6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Email: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16844" w14:textId="19F66391" w:rsidR="004D19E3" w:rsidRDefault="004D19E3"/>
        </w:tc>
      </w:tr>
    </w:tbl>
    <w:p w14:paraId="521D85A8" w14:textId="77777777" w:rsidR="00F7502F" w:rsidRDefault="00371951">
      <w:pPr>
        <w:spacing w:before="140"/>
        <w:jc w:val="center"/>
      </w:pPr>
      <w:r>
        <w:rPr>
          <w:i/>
          <w:sz w:val="18"/>
        </w:rPr>
        <w:t>Thank you for your cooperation and understanding while this work is being completed.</w:t>
      </w:r>
    </w:p>
    <w:sectPr w:rsidR="00F7502F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3826715">
    <w:abstractNumId w:val="8"/>
  </w:num>
  <w:num w:numId="2" w16cid:durableId="1942061035">
    <w:abstractNumId w:val="6"/>
  </w:num>
  <w:num w:numId="3" w16cid:durableId="2140761885">
    <w:abstractNumId w:val="5"/>
  </w:num>
  <w:num w:numId="4" w16cid:durableId="74325841">
    <w:abstractNumId w:val="4"/>
  </w:num>
  <w:num w:numId="5" w16cid:durableId="61296454">
    <w:abstractNumId w:val="7"/>
  </w:num>
  <w:num w:numId="6" w16cid:durableId="1912810546">
    <w:abstractNumId w:val="3"/>
  </w:num>
  <w:num w:numId="7" w16cid:durableId="1205292975">
    <w:abstractNumId w:val="2"/>
  </w:num>
  <w:num w:numId="8" w16cid:durableId="2123380968">
    <w:abstractNumId w:val="1"/>
  </w:num>
  <w:num w:numId="9" w16cid:durableId="386145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ADA"/>
    <w:rsid w:val="00034616"/>
    <w:rsid w:val="00041988"/>
    <w:rsid w:val="0006063C"/>
    <w:rsid w:val="00062FAD"/>
    <w:rsid w:val="0007325D"/>
    <w:rsid w:val="000A4082"/>
    <w:rsid w:val="000B6C47"/>
    <w:rsid w:val="000F5376"/>
    <w:rsid w:val="00106728"/>
    <w:rsid w:val="0014537E"/>
    <w:rsid w:val="0015074B"/>
    <w:rsid w:val="00187541"/>
    <w:rsid w:val="001F102D"/>
    <w:rsid w:val="00281FCA"/>
    <w:rsid w:val="0029639D"/>
    <w:rsid w:val="00326F90"/>
    <w:rsid w:val="00334D8D"/>
    <w:rsid w:val="00371951"/>
    <w:rsid w:val="003760DC"/>
    <w:rsid w:val="004025D3"/>
    <w:rsid w:val="004A0C77"/>
    <w:rsid w:val="004D0521"/>
    <w:rsid w:val="004D19E3"/>
    <w:rsid w:val="005A3F01"/>
    <w:rsid w:val="005C621F"/>
    <w:rsid w:val="005D000B"/>
    <w:rsid w:val="006834DD"/>
    <w:rsid w:val="006D3A5D"/>
    <w:rsid w:val="007403A4"/>
    <w:rsid w:val="007C227A"/>
    <w:rsid w:val="007D10F0"/>
    <w:rsid w:val="007F7BAD"/>
    <w:rsid w:val="008751D3"/>
    <w:rsid w:val="0088117E"/>
    <w:rsid w:val="008850B3"/>
    <w:rsid w:val="00885377"/>
    <w:rsid w:val="008F01F5"/>
    <w:rsid w:val="008F12B9"/>
    <w:rsid w:val="009951D0"/>
    <w:rsid w:val="009B1041"/>
    <w:rsid w:val="009C1C29"/>
    <w:rsid w:val="009E3346"/>
    <w:rsid w:val="00A042C7"/>
    <w:rsid w:val="00A158FD"/>
    <w:rsid w:val="00A609EF"/>
    <w:rsid w:val="00A64101"/>
    <w:rsid w:val="00A8421D"/>
    <w:rsid w:val="00AA1D8D"/>
    <w:rsid w:val="00B47730"/>
    <w:rsid w:val="00BA3E5E"/>
    <w:rsid w:val="00BA6945"/>
    <w:rsid w:val="00BB4756"/>
    <w:rsid w:val="00BD3FFE"/>
    <w:rsid w:val="00BE07D4"/>
    <w:rsid w:val="00C13593"/>
    <w:rsid w:val="00C548F0"/>
    <w:rsid w:val="00C60929"/>
    <w:rsid w:val="00CB0664"/>
    <w:rsid w:val="00CD4B48"/>
    <w:rsid w:val="00CD5ADC"/>
    <w:rsid w:val="00CE17FF"/>
    <w:rsid w:val="00CF7E9F"/>
    <w:rsid w:val="00D1109E"/>
    <w:rsid w:val="00D57187"/>
    <w:rsid w:val="00D77189"/>
    <w:rsid w:val="00E257F0"/>
    <w:rsid w:val="00E35525"/>
    <w:rsid w:val="00E407BC"/>
    <w:rsid w:val="00F40498"/>
    <w:rsid w:val="00F7502F"/>
    <w:rsid w:val="00FB25C0"/>
    <w:rsid w:val="00FB7EE1"/>
    <w:rsid w:val="00FC693F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1FD1BCE3-F054-4091-A453-32D2B58E2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033ADA"/>
    <w:rPr>
      <w:color w:val="666666"/>
    </w:rPr>
  </w:style>
  <w:style w:type="character" w:customStyle="1" w:styleId="Style1">
    <w:name w:val="Style1"/>
    <w:basedOn w:val="DefaultParagraphFont"/>
    <w:uiPriority w:val="1"/>
    <w:rsid w:val="00E257F0"/>
    <w:rPr>
      <w:rFonts w:ascii="Times New Roman" w:hAnsi="Times New Roman"/>
      <w:b/>
      <w:u w:val="single"/>
    </w:rPr>
  </w:style>
  <w:style w:type="character" w:customStyle="1" w:styleId="Style2">
    <w:name w:val="Style2"/>
    <w:basedOn w:val="DefaultParagraphFont"/>
    <w:uiPriority w:val="1"/>
    <w:rsid w:val="005D000B"/>
    <w:rPr>
      <w:rFonts w:ascii="Times New Roman" w:hAnsi="Times New Roman"/>
      <w:b/>
      <w:color w:val="C00000"/>
      <w:sz w:val="28"/>
      <w:u w:val="single"/>
    </w:rPr>
  </w:style>
  <w:style w:type="character" w:customStyle="1" w:styleId="Style3">
    <w:name w:val="Style3"/>
    <w:basedOn w:val="DefaultParagraphFont"/>
    <w:uiPriority w:val="1"/>
    <w:rsid w:val="00D1109E"/>
    <w:rPr>
      <w:b/>
      <w:color w:val="C00000"/>
      <w:sz w:val="24"/>
    </w:rPr>
  </w:style>
  <w:style w:type="character" w:customStyle="1" w:styleId="Style4">
    <w:name w:val="Style4"/>
    <w:basedOn w:val="DefaultParagraphFont"/>
    <w:uiPriority w:val="1"/>
    <w:rsid w:val="00062FAD"/>
    <w:rPr>
      <w:b/>
      <w:sz w:val="28"/>
    </w:rPr>
  </w:style>
  <w:style w:type="character" w:customStyle="1" w:styleId="Style5">
    <w:name w:val="Style5"/>
    <w:basedOn w:val="DefaultParagraphFont"/>
    <w:uiPriority w:val="1"/>
    <w:rsid w:val="00062FAD"/>
    <w:rPr>
      <w:rFonts w:ascii="Times New Roman" w:hAnsi="Times New Roman"/>
      <w:b/>
      <w:sz w:val="28"/>
    </w:rPr>
  </w:style>
  <w:style w:type="character" w:customStyle="1" w:styleId="Style6">
    <w:name w:val="Style6"/>
    <w:basedOn w:val="DefaultParagraphFont"/>
    <w:uiPriority w:val="1"/>
    <w:rsid w:val="00062FAD"/>
    <w:rPr>
      <w:rFonts w:ascii="Times New Roman" w:hAnsi="Times New Roman"/>
      <w:b/>
      <w:sz w:val="28"/>
    </w:rPr>
  </w:style>
  <w:style w:type="character" w:customStyle="1" w:styleId="Style7">
    <w:name w:val="Style7"/>
    <w:basedOn w:val="DefaultParagraphFont"/>
    <w:uiPriority w:val="1"/>
    <w:rsid w:val="00062FAD"/>
    <w:rPr>
      <w:rFonts w:ascii="Arial" w:hAnsi="Arial"/>
      <w:b/>
      <w:sz w:val="28"/>
    </w:rPr>
  </w:style>
  <w:style w:type="character" w:customStyle="1" w:styleId="Style8">
    <w:name w:val="Style8"/>
    <w:basedOn w:val="DefaultParagraphFont"/>
    <w:uiPriority w:val="1"/>
    <w:rsid w:val="00062FAD"/>
    <w:rPr>
      <w:rFonts w:ascii="Arial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AFDB2D68AE44D5B6DD5BEEBEF11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43F21-1EF3-45D3-BF9E-C26F82CA6ADC}"/>
      </w:docPartPr>
      <w:docPartBody>
        <w:p w:rsidR="00E105DB" w:rsidRDefault="00832B1A" w:rsidP="00832B1A">
          <w:pPr>
            <w:pStyle w:val="BAAFDB2D68AE44D5B6DD5BEEBEF1154D5"/>
          </w:pPr>
          <w:r w:rsidRPr="005F21F3">
            <w:rPr>
              <w:rStyle w:val="PlaceholderText"/>
            </w:rPr>
            <w:t>Choose an item.</w:t>
          </w:r>
        </w:p>
      </w:docPartBody>
    </w:docPart>
    <w:docPart>
      <w:docPartPr>
        <w:name w:val="E137C48A8C4846439BB7230A9B488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A1FA1-6C9C-4702-8BCC-832D4DFE96E2}"/>
      </w:docPartPr>
      <w:docPartBody>
        <w:p w:rsidR="00E105DB" w:rsidRDefault="00832B1A" w:rsidP="00832B1A">
          <w:pPr>
            <w:pStyle w:val="E137C48A8C4846439BB7230A9B488FD94"/>
          </w:pPr>
          <w:r w:rsidRPr="005F21F3">
            <w:rPr>
              <w:rStyle w:val="PlaceholderText"/>
            </w:rPr>
            <w:t>Choose an item.</w:t>
          </w:r>
        </w:p>
      </w:docPartBody>
    </w:docPart>
    <w:docPart>
      <w:docPartPr>
        <w:name w:val="9F253F89CF33425E933EC2E462A8E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16782-D102-4A04-86C9-9EAB2741C934}"/>
      </w:docPartPr>
      <w:docPartBody>
        <w:p w:rsidR="00832B1A" w:rsidRDefault="00832B1A" w:rsidP="00832B1A">
          <w:pPr>
            <w:pStyle w:val="9F253F89CF33425E933EC2E462A8E8784"/>
          </w:pPr>
          <w:r w:rsidRPr="0014537E">
            <w:rPr>
              <w:rStyle w:val="PlaceholderText"/>
              <w:color w:val="000000" w:themeColor="text1"/>
            </w:rPr>
            <w:t>Click or tap to enter a date.</w:t>
          </w:r>
        </w:p>
      </w:docPartBody>
    </w:docPart>
    <w:docPart>
      <w:docPartPr>
        <w:name w:val="D657BD43F0E24482B3C7D8E9861F6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6B329-5DF1-4239-B894-96FEA87BBF53}"/>
      </w:docPartPr>
      <w:docPartBody>
        <w:p w:rsidR="00837926" w:rsidRDefault="00832B1A" w:rsidP="00832B1A">
          <w:pPr>
            <w:pStyle w:val="D657BD43F0E24482B3C7D8E9861F6208"/>
          </w:pPr>
          <w:r w:rsidRPr="00A44808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F7"/>
    <w:rsid w:val="0007325D"/>
    <w:rsid w:val="00091AB9"/>
    <w:rsid w:val="00281FCA"/>
    <w:rsid w:val="0028690E"/>
    <w:rsid w:val="004F61F7"/>
    <w:rsid w:val="005D5522"/>
    <w:rsid w:val="006D3A5D"/>
    <w:rsid w:val="007403A4"/>
    <w:rsid w:val="00742A53"/>
    <w:rsid w:val="00745706"/>
    <w:rsid w:val="00832B1A"/>
    <w:rsid w:val="00837926"/>
    <w:rsid w:val="008751D3"/>
    <w:rsid w:val="00B04090"/>
    <w:rsid w:val="00BA3E5E"/>
    <w:rsid w:val="00BC7B37"/>
    <w:rsid w:val="00BF5EF7"/>
    <w:rsid w:val="00C548F0"/>
    <w:rsid w:val="00D03D75"/>
    <w:rsid w:val="00D4571E"/>
    <w:rsid w:val="00E105DB"/>
    <w:rsid w:val="00FB7EE1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2B1A"/>
    <w:rPr>
      <w:color w:val="666666"/>
    </w:rPr>
  </w:style>
  <w:style w:type="paragraph" w:customStyle="1" w:styleId="D657BD43F0E24482B3C7D8E9861F6208">
    <w:name w:val="D657BD43F0E24482B3C7D8E9861F6208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  <w:style w:type="paragraph" w:customStyle="1" w:styleId="E137C48A8C4846439BB7230A9B488FD94">
    <w:name w:val="E137C48A8C4846439BB7230A9B488FD94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  <w:style w:type="paragraph" w:customStyle="1" w:styleId="BAAFDB2D68AE44D5B6DD5BEEBEF1154D5">
    <w:name w:val="BAAFDB2D68AE44D5B6DD5BEEBEF1154D5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  <w:style w:type="paragraph" w:customStyle="1" w:styleId="9F253F89CF33425E933EC2E462A8E8784">
    <w:name w:val="9F253F89CF33425E933EC2E462A8E8784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cf50a66-5e26-41dd-89f8-83cf73ffee98}" enabled="0" method="" siteId="{5cf50a66-5e26-41dd-89f8-83cf73ffee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Marc Dingle</cp:lastModifiedBy>
  <cp:revision>2</cp:revision>
  <dcterms:created xsi:type="dcterms:W3CDTF">2026-09-03T20:01:00Z</dcterms:created>
  <dcterms:modified xsi:type="dcterms:W3CDTF">2026-09-03T20:01:00Z</dcterms:modified>
  <cp:category/>
</cp:coreProperties>
</file>