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sdt>
      <w:sdtPr>
        <w:rPr>
          <w:rStyle w:val="Style2"/>
        </w:rPr>
        <w:id w:val="-1072805163"/>
        <w:placeholder>
          <w:docPart w:val="D657BD43F0E24482B3C7D8E9861F6208"/>
        </w:placeholder>
        <w15:color w:val="F6F6F6"/>
        <w:dropDownList>
          <w:listItem w:value="Choose an item."/>
          <w:listItem w:displayText="NOTIFICATION" w:value="NOTIFICATION"/>
          <w:listItem w:displayText="CANCELLATION" w:value="CANCELLATION"/>
        </w:dropDownList>
      </w:sdtPr>
      <w:sdtEndPr>
        <w:rPr>
          <w:rStyle w:val="Style2"/>
        </w:rPr>
      </w:sdtEndPr>
      <w:sdtContent>
        <w:p w14:paraId="0167F00A" w14:textId="1B678D14" w:rsidR="00F7502F" w:rsidRPr="00D77189" w:rsidRDefault="009B1041">
          <w:pPr>
            <w:spacing w:after="120"/>
            <w:jc w:val="center"/>
            <w:rPr>
              <w:color w:val="C00000"/>
            </w:rPr>
          </w:pPr>
          <w:r>
            <w:rPr>
              <w:rStyle w:val="Style2"/>
            </w:rPr>
            <w:t>NOTIFICATION</w:t>
          </w:r>
        </w:p>
      </w:sdtContent>
    </w:sdt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 w:rsidTr="008F01F5">
        <w:trPr>
          <w:jc w:val="center"/>
        </w:trPr>
        <w:tc>
          <w:tcPr>
            <w:tcW w:w="274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789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507F39FC" w:rsidR="00E35525" w:rsidRDefault="001A08BE">
            <w:sdt>
              <w:sdtPr>
                <w:rPr>
                  <w:rStyle w:val="Style7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Emergency Outage" w:value="Emergency Outage"/>
                  <w:listItem w:displayText="Maintenance" w:value="Maintenance"/>
                  <w:listItem w:displayText="Planned Outage" w:value="Planned Outage"/>
                  <w:listItem w:displayText="Project Update" w:value="Project Update"/>
                  <w:listItem w:displayText="Restoration Notice" w:value="Restoration Notice"/>
                  <w:listItem w:displayText="Service Interruption" w:value="Service Interruption"/>
                </w:dropDownList>
              </w:sdtPr>
              <w:sdtEndPr>
                <w:rPr>
                  <w:rStyle w:val="DefaultParagraphFont"/>
                  <w:rFonts w:ascii="Times New Roman" w:eastAsia="Times New Roman" w:hAnsi="Times New Roman" w:cs="Times New Roman"/>
                  <w:b w:val="0"/>
                  <w:sz w:val="20"/>
                </w:rPr>
              </w:sdtEndPr>
              <w:sdtContent>
                <w:r w:rsidR="00BE07D4">
                  <w:rPr>
                    <w:rStyle w:val="Style7"/>
                  </w:rPr>
                  <w:t>Service Interruption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 w:rsidTr="008F01F5">
        <w:trPr>
          <w:jc w:val="center"/>
        </w:trPr>
        <w:tc>
          <w:tcPr>
            <w:tcW w:w="274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789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2B716759" w:rsidR="00E35525" w:rsidRDefault="001A08BE">
            <w:sdt>
              <w:sdtPr>
                <w:rPr>
                  <w:rStyle w:val="Style8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Building Automation (BAS)" w:value="Building Automation (BAS)"/>
                  <w:listItem w:displayText="Chilled Water" w:value="Chilled Water"/>
                  <w:listItem w:displayText="Domestic Hot Water" w:value="Domestic Hot Water"/>
                  <w:listItem w:displayText="Domestic Water" w:value="Domestic Water"/>
                  <w:listItem w:displayText="Electrical" w:value="Electrical"/>
                  <w:listItem w:displayText="Elevator" w:value="Elevator"/>
                  <w:listItem w:displayText="Emergency Power" w:value="Emergency Power"/>
                  <w:listItem w:displayText="Fire Alarm" w:value="Fire Alarm"/>
                  <w:listItem w:displayText="HVAC" w:value="HVAC"/>
                  <w:listItem w:displayText="Mechanical Equipment" w:value="Mechanical Equipment"/>
                  <w:listItem w:displayText="Medical Gas" w:value="Medical Gas"/>
                  <w:listItem w:displayText="Nurse Call" w:value="Nurse Call"/>
                  <w:listItem w:displayText="Plumbing" w:value="Plumbing"/>
                  <w:listItem w:displayText="Pneumatic Tube (P-Tube)" w:value="Pneumatic Tube (P-Tube)"/>
                  <w:listItem w:displayText="Steam" w:value="Steam"/>
                </w:dropDownList>
              </w:sdtPr>
              <w:sdtEndPr>
                <w:rPr>
                  <w:rStyle w:val="Style8"/>
                </w:rPr>
              </w:sdtEndPr>
              <w:sdtContent>
                <w:r w:rsidR="00BE07D4">
                  <w:rPr>
                    <w:rStyle w:val="Style8"/>
                  </w:rPr>
                  <w:t>Electrical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 w:rsidTr="008F01F5">
        <w:trPr>
          <w:jc w:val="center"/>
        </w:trPr>
        <w:tc>
          <w:tcPr>
            <w:tcW w:w="274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789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1CAE996C" w:rsidR="00F7502F" w:rsidRDefault="008F01F5">
            <w:r>
              <w:t xml:space="preserve">Electrical Switching </w:t>
            </w:r>
          </w:p>
        </w:tc>
      </w:tr>
    </w:tbl>
    <w:p w14:paraId="2B30019B" w14:textId="7AC5369C" w:rsidR="00F7502F" w:rsidRPr="00D57187" w:rsidRDefault="00371951" w:rsidP="00D57187">
      <w:pPr>
        <w:spacing w:before="100" w:after="60"/>
        <w:rPr>
          <w:b/>
          <w:bCs/>
          <w:color w:val="FF0000"/>
          <w:sz w:val="24"/>
          <w:szCs w:val="24"/>
        </w:rPr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 xml:space="preserve">: </w:t>
      </w:r>
      <w:r w:rsidR="008F01F5" w:rsidRPr="00A8421D">
        <w:rPr>
          <w:b/>
          <w:bCs/>
          <w:color w:val="FF0000"/>
          <w:sz w:val="24"/>
          <w:szCs w:val="24"/>
        </w:rPr>
        <w:t xml:space="preserve">National Grid </w:t>
      </w:r>
      <w:r w:rsidR="00A8421D" w:rsidRPr="00A8421D">
        <w:rPr>
          <w:b/>
          <w:bCs/>
          <w:color w:val="FF0000"/>
          <w:sz w:val="24"/>
          <w:szCs w:val="24"/>
        </w:rPr>
        <w:t>Infrastructure Improvements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8"/>
        <w:gridCol w:w="7862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rStyle w:val="Style3"/>
            </w:rPr>
            <w:id w:val="347985234"/>
            <w:placeholder>
              <w:docPart w:val="9F253F89CF33425E933EC2E462A8E878"/>
            </w:placeholder>
            <w:date w:fullDate="2026-09-08T00:00:00Z"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Style3"/>
            </w:rPr>
          </w:sdtEndPr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467B8E29" w:rsidR="00F7502F" w:rsidRPr="0014537E" w:rsidRDefault="00A8421D">
                <w:pPr>
                  <w:rPr>
                    <w:color w:val="000000" w:themeColor="text1"/>
                  </w:rPr>
                </w:pPr>
                <w:r>
                  <w:rPr>
                    <w:rStyle w:val="Style3"/>
                  </w:rPr>
                  <w:t>9/8/2026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47AD56EA" w:rsidR="00F7502F" w:rsidRPr="00D1109E" w:rsidRDefault="00A8421D">
            <w:r w:rsidRPr="00D57187">
              <w:rPr>
                <w:color w:val="FF0000"/>
              </w:rPr>
              <w:t>0400 -0600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7E3DB302" w:rsidR="00F7502F" w:rsidRPr="00D57187" w:rsidRDefault="00A8421D">
            <w:pPr>
              <w:rPr>
                <w:b/>
                <w:bCs/>
              </w:rPr>
            </w:pPr>
            <w:r w:rsidRPr="00D57187">
              <w:rPr>
                <w:b/>
                <w:bCs/>
              </w:rPr>
              <w:t xml:space="preserve">Cancer Center </w:t>
            </w:r>
            <w:r w:rsidR="009951D0" w:rsidRPr="00D57187">
              <w:rPr>
                <w:b/>
                <w:bCs/>
              </w:rPr>
              <w:t xml:space="preserve">– West Garage </w:t>
            </w:r>
            <w:r w:rsidR="00A609EF" w:rsidRPr="00D57187">
              <w:rPr>
                <w:b/>
                <w:bCs/>
              </w:rPr>
              <w:t>–</w:t>
            </w:r>
            <w:r w:rsidR="009951D0" w:rsidRPr="00D57187">
              <w:rPr>
                <w:b/>
                <w:bCs/>
              </w:rPr>
              <w:t xml:space="preserve"> </w:t>
            </w:r>
            <w:r w:rsidR="00A609EF" w:rsidRPr="00D57187">
              <w:rPr>
                <w:b/>
                <w:bCs/>
              </w:rPr>
              <w:t>550 Harrison</w:t>
            </w:r>
            <w:r w:rsidR="00CE17FF" w:rsidRPr="00D57187">
              <w:rPr>
                <w:b/>
                <w:bCs/>
              </w:rPr>
              <w:t xml:space="preserve"> - Nappi</w:t>
            </w:r>
          </w:p>
        </w:tc>
      </w:tr>
      <w:tr w:rsidR="00F7502F" w14:paraId="0EE1263C" w14:textId="77777777" w:rsidTr="00D57187">
        <w:trPr>
          <w:trHeight w:val="1939"/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2AEF6C" w14:textId="1038DCDE" w:rsidR="00F7502F" w:rsidRPr="00C60929" w:rsidRDefault="00C60929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609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To</w:t>
            </w:r>
            <w:r w:rsidR="007C227A" w:rsidRPr="00C609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service the equipment owned by National Grid. They have asked that </w:t>
            </w:r>
            <w:r w:rsidR="008F12B9" w:rsidRPr="00C609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ALL loads be removed from Temple 59. The above listed buildings will be affected</w:t>
            </w:r>
            <w:r w:rsidR="00CE17FF" w:rsidRPr="00C609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 They will all see a power blip between the hours of 0400 and 0600</w:t>
            </w:r>
            <w:r w:rsidR="001F102D" w:rsidRPr="00C609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from switching. Once the work is completed. Another Notice will be sent out</w:t>
            </w:r>
            <w:r w:rsidRPr="00C609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to</w:t>
            </w:r>
            <w:r w:rsidR="001F102D" w:rsidRPr="00C609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6092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return to normal.  </w:t>
            </w:r>
          </w:p>
          <w:p w14:paraId="767CD4B4" w14:textId="77777777" w:rsidR="009E3346" w:rsidRDefault="009E3346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3F60BA" w14:textId="77777777" w:rsidR="009E3346" w:rsidRDefault="009E3346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1FC166" w14:textId="77777777" w:rsidR="009E3346" w:rsidRDefault="009E3346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F615BA" w14:textId="77777777" w:rsidR="009E3346" w:rsidRDefault="009E3346" w:rsidP="009E3346">
            <w:pPr>
              <w:spacing w:after="0" w:line="240" w:lineRule="auto"/>
            </w:pPr>
          </w:p>
          <w:p w14:paraId="54D873D9" w14:textId="36EF21FE" w:rsidR="009E3346" w:rsidRDefault="009E3346" w:rsidP="009E3346">
            <w:pPr>
              <w:spacing w:after="0" w:line="240" w:lineRule="auto"/>
            </w:pP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CA185A" w14:textId="77777777" w:rsidR="00F7502F" w:rsidRDefault="004D0521">
            <w:pPr>
              <w:spacing w:after="0"/>
            </w:pPr>
            <w:r>
              <w:t>The buildings will have a momentary loss of power</w:t>
            </w:r>
            <w:r w:rsidR="007F7BAD">
              <w:t xml:space="preserve"> during switching. Power will be restored within </w:t>
            </w:r>
            <w:r w:rsidR="00BD3FFE">
              <w:t xml:space="preserve">minutes. </w:t>
            </w:r>
          </w:p>
          <w:p w14:paraId="5B37EDD5" w14:textId="77777777" w:rsidR="00BD3FFE" w:rsidRDefault="00BD3FFE">
            <w:pPr>
              <w:spacing w:after="0"/>
            </w:pPr>
          </w:p>
          <w:p w14:paraId="6C5E2EBD" w14:textId="6CBB1ECE" w:rsidR="00BD3FFE" w:rsidRDefault="00BD3FFE">
            <w:pPr>
              <w:spacing w:after="0"/>
            </w:pPr>
            <w:r>
              <w:t>The West garage will be on generator power for the duration</w:t>
            </w:r>
            <w:r w:rsidR="004025D3">
              <w:t xml:space="preserve"> and most of the morning. </w:t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07E19DB2" w:rsidR="00F7502F" w:rsidRDefault="004025D3">
            <w:pPr>
              <w:spacing w:after="0"/>
            </w:pPr>
            <w:r>
              <w:t xml:space="preserve">All Buildings other than the West Garage </w:t>
            </w:r>
            <w:r w:rsidR="00D57187">
              <w:t xml:space="preserve">will be </w:t>
            </w:r>
            <w:proofErr w:type="gramStart"/>
            <w:r w:rsidR="00D57187">
              <w:t>on  a</w:t>
            </w:r>
            <w:proofErr w:type="gramEnd"/>
            <w:r w:rsidR="00D57187">
              <w:t xml:space="preserve"> normal power source by 0600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8"/>
        <w:gridCol w:w="3979"/>
        <w:gridCol w:w="1358"/>
        <w:gridCol w:w="3951"/>
      </w:tblGrid>
      <w:tr w:rsidR="004D19E3" w14:paraId="3C84EA4E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90" w:type="dxa"/>
              <w:bottom w:w="86" w:type="dxa"/>
              <w:right w:w="90" w:type="dxa"/>
            </w:tcMar>
            <w:vAlign w:val="center"/>
          </w:tcPr>
          <w:p w14:paraId="7CDC6531" w14:textId="4A4A2997" w:rsidR="004D19E3" w:rsidRPr="004D19E3" w:rsidRDefault="004D19E3" w:rsidP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467" w14:textId="5A458B74" w:rsidR="004D19E3" w:rsidRDefault="00D57187" w:rsidP="004D19E3">
            <w:pPr>
              <w:spacing w:after="120"/>
            </w:pPr>
            <w:r>
              <w:t xml:space="preserve">Marc Dingle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6172B" w14:textId="65FC8475" w:rsidR="004D19E3" w:rsidRPr="004D19E3" w:rsidRDefault="00D57187">
            <w:pPr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316D" w14:textId="1F83DA9A" w:rsidR="004D19E3" w:rsidRDefault="004D19E3"/>
        </w:tc>
      </w:tr>
      <w:tr w:rsidR="004D19E3" w14:paraId="511CEE8C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A911D" w14:textId="25946DEF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4F6" w14:textId="06E77769" w:rsidR="004D19E3" w:rsidRDefault="00D57187" w:rsidP="004D19E3">
            <w:pPr>
              <w:spacing w:after="120"/>
            </w:pPr>
            <w:r>
              <w:t>Physical Plant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00B38F" w14:textId="4D125B2D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023E" w14:textId="760C6161" w:rsidR="004D19E3" w:rsidRDefault="004D19E3"/>
        </w:tc>
      </w:tr>
      <w:tr w:rsidR="004D19E3" w14:paraId="52C7511B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2512A" w14:textId="2B3D2678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B99" w14:textId="4A550649" w:rsidR="004D19E3" w:rsidRDefault="00D57187" w:rsidP="004D19E3">
            <w:pPr>
              <w:spacing w:after="120"/>
            </w:pPr>
            <w:r>
              <w:t>680-323-1819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01E6C9" w14:textId="06244F82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526" w14:textId="4E8F000E" w:rsidR="004D19E3" w:rsidRDefault="004D19E3"/>
        </w:tc>
      </w:tr>
      <w:tr w:rsidR="004D19E3" w14:paraId="5089B399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86878" w14:textId="3B8983DC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lastRenderedPageBreak/>
              <w:t>Email: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B88" w14:textId="51EDF006" w:rsidR="004D19E3" w:rsidRDefault="00D57187" w:rsidP="004D19E3">
            <w:pPr>
              <w:spacing w:after="120"/>
            </w:pPr>
            <w:r>
              <w:t>dinglem@upstate.edu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677E3" w14:textId="2F5E07D6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6844" w14:textId="19F66391" w:rsidR="004D19E3" w:rsidRDefault="004D19E3"/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6063C"/>
    <w:rsid w:val="00062FAD"/>
    <w:rsid w:val="0007325D"/>
    <w:rsid w:val="000B6C47"/>
    <w:rsid w:val="00106728"/>
    <w:rsid w:val="0014537E"/>
    <w:rsid w:val="0015074B"/>
    <w:rsid w:val="00187541"/>
    <w:rsid w:val="001F102D"/>
    <w:rsid w:val="00281FCA"/>
    <w:rsid w:val="0029639D"/>
    <w:rsid w:val="00326F90"/>
    <w:rsid w:val="00334D8D"/>
    <w:rsid w:val="00371951"/>
    <w:rsid w:val="004025D3"/>
    <w:rsid w:val="004D0521"/>
    <w:rsid w:val="004D19E3"/>
    <w:rsid w:val="005A3F01"/>
    <w:rsid w:val="005C621F"/>
    <w:rsid w:val="005D000B"/>
    <w:rsid w:val="006834DD"/>
    <w:rsid w:val="007403A4"/>
    <w:rsid w:val="007C227A"/>
    <w:rsid w:val="007D10F0"/>
    <w:rsid w:val="007F7BAD"/>
    <w:rsid w:val="008751D3"/>
    <w:rsid w:val="0088117E"/>
    <w:rsid w:val="008850B3"/>
    <w:rsid w:val="00885377"/>
    <w:rsid w:val="008F01F5"/>
    <w:rsid w:val="008F12B9"/>
    <w:rsid w:val="009951D0"/>
    <w:rsid w:val="009B1041"/>
    <w:rsid w:val="009C1C29"/>
    <w:rsid w:val="009E3346"/>
    <w:rsid w:val="00A042C7"/>
    <w:rsid w:val="00A609EF"/>
    <w:rsid w:val="00A64101"/>
    <w:rsid w:val="00A8421D"/>
    <w:rsid w:val="00AA1D8D"/>
    <w:rsid w:val="00AF1201"/>
    <w:rsid w:val="00B47730"/>
    <w:rsid w:val="00BA3E5E"/>
    <w:rsid w:val="00BA6945"/>
    <w:rsid w:val="00BB4756"/>
    <w:rsid w:val="00BD3FFE"/>
    <w:rsid w:val="00BE07D4"/>
    <w:rsid w:val="00C13593"/>
    <w:rsid w:val="00C548F0"/>
    <w:rsid w:val="00C60929"/>
    <w:rsid w:val="00CB0664"/>
    <w:rsid w:val="00CD4B48"/>
    <w:rsid w:val="00CE17FF"/>
    <w:rsid w:val="00CF7E9F"/>
    <w:rsid w:val="00D1109E"/>
    <w:rsid w:val="00D57187"/>
    <w:rsid w:val="00D77189"/>
    <w:rsid w:val="00E257F0"/>
    <w:rsid w:val="00E35525"/>
    <w:rsid w:val="00E407BC"/>
    <w:rsid w:val="00F7502F"/>
    <w:rsid w:val="00FB25C0"/>
    <w:rsid w:val="00FB7EE1"/>
    <w:rsid w:val="00FC693F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  <w:style w:type="character" w:customStyle="1" w:styleId="Style1">
    <w:name w:val="Style1"/>
    <w:basedOn w:val="DefaultParagraphFont"/>
    <w:uiPriority w:val="1"/>
    <w:rsid w:val="00E257F0"/>
    <w:rPr>
      <w:rFonts w:ascii="Times New Roman" w:hAnsi="Times New Roman"/>
      <w:b/>
      <w:u w:val="single"/>
    </w:rPr>
  </w:style>
  <w:style w:type="character" w:customStyle="1" w:styleId="Style2">
    <w:name w:val="Style2"/>
    <w:basedOn w:val="DefaultParagraphFont"/>
    <w:uiPriority w:val="1"/>
    <w:rsid w:val="005D000B"/>
    <w:rPr>
      <w:rFonts w:ascii="Times New Roman" w:hAnsi="Times New Roman"/>
      <w:b/>
      <w:color w:val="C00000"/>
      <w:sz w:val="28"/>
      <w:u w:val="single"/>
    </w:rPr>
  </w:style>
  <w:style w:type="character" w:customStyle="1" w:styleId="Style3">
    <w:name w:val="Style3"/>
    <w:basedOn w:val="DefaultParagraphFont"/>
    <w:uiPriority w:val="1"/>
    <w:rsid w:val="00D1109E"/>
    <w:rPr>
      <w:b/>
      <w:color w:val="C00000"/>
      <w:sz w:val="24"/>
    </w:rPr>
  </w:style>
  <w:style w:type="character" w:customStyle="1" w:styleId="Style4">
    <w:name w:val="Style4"/>
    <w:basedOn w:val="DefaultParagraphFont"/>
    <w:uiPriority w:val="1"/>
    <w:rsid w:val="00062FAD"/>
    <w:rPr>
      <w:b/>
      <w:sz w:val="28"/>
    </w:rPr>
  </w:style>
  <w:style w:type="character" w:customStyle="1" w:styleId="Style5">
    <w:name w:val="Style5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6">
    <w:name w:val="Style6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7">
    <w:name w:val="Style7"/>
    <w:basedOn w:val="DefaultParagraphFont"/>
    <w:uiPriority w:val="1"/>
    <w:rsid w:val="00062FAD"/>
    <w:rPr>
      <w:rFonts w:ascii="Arial" w:hAnsi="Arial"/>
      <w:b/>
      <w:sz w:val="28"/>
    </w:rPr>
  </w:style>
  <w:style w:type="character" w:customStyle="1" w:styleId="Style8">
    <w:name w:val="Style8"/>
    <w:basedOn w:val="DefaultParagraphFont"/>
    <w:uiPriority w:val="1"/>
    <w:rsid w:val="00062FAD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832B1A" w:rsidP="00832B1A">
          <w:pPr>
            <w:pStyle w:val="BAAFDB2D68AE44D5B6DD5BEEBEF1154D5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832B1A" w:rsidP="00832B1A">
          <w:pPr>
            <w:pStyle w:val="E137C48A8C4846439BB7230A9B488FD94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9F253F89CF33425E933EC2E462A8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6782-D102-4A04-86C9-9EAB2741C934}"/>
      </w:docPartPr>
      <w:docPartBody>
        <w:p w:rsidR="00832B1A" w:rsidRDefault="00832B1A" w:rsidP="00832B1A">
          <w:pPr>
            <w:pStyle w:val="9F253F89CF33425E933EC2E462A8E8784"/>
          </w:pPr>
          <w:r w:rsidRPr="0014537E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  <w:docPart>
      <w:docPartPr>
        <w:name w:val="D657BD43F0E24482B3C7D8E9861F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B329-5DF1-4239-B894-96FEA87BBF53}"/>
      </w:docPartPr>
      <w:docPartBody>
        <w:p w:rsidR="00837926" w:rsidRDefault="00832B1A" w:rsidP="00832B1A">
          <w:pPr>
            <w:pStyle w:val="D657BD43F0E24482B3C7D8E9861F6208"/>
          </w:pPr>
          <w:r w:rsidRPr="00A4480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7325D"/>
    <w:rsid w:val="00091AB9"/>
    <w:rsid w:val="00281FCA"/>
    <w:rsid w:val="0028690E"/>
    <w:rsid w:val="00321F77"/>
    <w:rsid w:val="004F61F7"/>
    <w:rsid w:val="005D5522"/>
    <w:rsid w:val="007403A4"/>
    <w:rsid w:val="00742A53"/>
    <w:rsid w:val="00745706"/>
    <w:rsid w:val="00832B1A"/>
    <w:rsid w:val="00837926"/>
    <w:rsid w:val="008751D3"/>
    <w:rsid w:val="00B04090"/>
    <w:rsid w:val="00BA3E5E"/>
    <w:rsid w:val="00C548F0"/>
    <w:rsid w:val="00D03D75"/>
    <w:rsid w:val="00D4571E"/>
    <w:rsid w:val="00E105DB"/>
    <w:rsid w:val="00FB7EE1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B1A"/>
    <w:rPr>
      <w:color w:val="666666"/>
    </w:rPr>
  </w:style>
  <w:style w:type="paragraph" w:customStyle="1" w:styleId="D657BD43F0E24482B3C7D8E9861F6208">
    <w:name w:val="D657BD43F0E24482B3C7D8E9861F6208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E137C48A8C4846439BB7230A9B488FD94">
    <w:name w:val="E137C48A8C4846439BB7230A9B488FD9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BAAFDB2D68AE44D5B6DD5BEEBEF1154D5">
    <w:name w:val="BAAFDB2D68AE44D5B6DD5BEEBEF1154D5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9F253F89CF33425E933EC2E462A8E8784">
    <w:name w:val="9F253F89CF33425E933EC2E462A8E878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 Dingle</cp:lastModifiedBy>
  <cp:revision>2</cp:revision>
  <dcterms:created xsi:type="dcterms:W3CDTF">2026-09-03T19:55:00Z</dcterms:created>
  <dcterms:modified xsi:type="dcterms:W3CDTF">2026-09-03T19:55:00Z</dcterms:modified>
  <cp:category/>
</cp:coreProperties>
</file>