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p w14:paraId="0167F00A" w14:textId="77777777" w:rsidR="00F7502F" w:rsidRPr="00D77189" w:rsidRDefault="00371951">
      <w:pPr>
        <w:spacing w:after="120"/>
        <w:jc w:val="center"/>
        <w:rPr>
          <w:color w:val="C00000"/>
        </w:rPr>
      </w:pPr>
      <w:r w:rsidRPr="00D77189">
        <w:rPr>
          <w:b/>
          <w:color w:val="C00000"/>
          <w:sz w:val="26"/>
        </w:rPr>
        <w:t>NOTIFICATION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26FDC051" w:rsidR="00E35525" w:rsidRDefault="00000000">
            <w:sdt>
              <w:sdtPr>
                <w:rPr>
                  <w:rFonts w:ascii="Times New Roman" w:eastAsia="Times New Roman" w:hAnsi="Times New Roman" w:cs="Times New Roman"/>
                  <w:b/>
                  <w:sz w:val="28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Planned Outage" w:value="Planned Outage"/>
                  <w:listItem w:displayText="Emergency Outage" w:value="Emergency Outage"/>
                  <w:listItem w:displayText="Maintenance" w:value="Maintenance"/>
                  <w:listItem w:displayText="Service Interruption" w:value="Service Interruption"/>
                  <w:listItem w:displayText="Restoration Notice" w:value="Restoration Notice"/>
                  <w:listItem w:displayText="Project Update" w:value="Project Update"/>
                </w:dropDownList>
              </w:sdtPr>
              <w:sdtContent>
                <w:r w:rsidR="00C4671B">
                  <w:rPr>
                    <w:rFonts w:ascii="Times New Roman" w:eastAsia="Times New Roman" w:hAnsi="Times New Roman" w:cs="Times New Roman"/>
                    <w:b/>
                    <w:sz w:val="28"/>
                  </w:rPr>
                  <w:t>Emergency Outage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7E065C2E" w:rsidR="00E35525" w:rsidRDefault="00000000">
            <w:sdt>
              <w:sdtPr>
                <w:rPr>
                  <w:rFonts w:ascii="Times New Roman" w:eastAsia="Times New Roman" w:hAnsi="Times New Roman" w:cs="Times New Roman"/>
                  <w:b/>
                  <w:sz w:val="32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Electrical" w:value="Electrical"/>
                  <w:listItem w:displayText="Emergency Power" w:value="Emergency Power"/>
                  <w:listItem w:displayText="HVAC" w:value="HVAC"/>
                  <w:listItem w:displayText="Plumbing" w:value="Plumbing"/>
                  <w:listItem w:displayText="Pneumatic Tube (P-Tube)" w:value="Pneumatic Tube (P-Tube)"/>
                  <w:listItem w:displayText="Fire Alarm" w:value="Fire Alarm"/>
                  <w:listItem w:displayText="Nurse Call" w:value="Nurse Call"/>
                  <w:listItem w:displayText="Elevator" w:value="Elevator"/>
                  <w:listItem w:displayText="Domestic Water" w:value="Domestic Water"/>
                  <w:listItem w:displayText="Domestic Hot Water" w:value="Domestic Hot Water"/>
                  <w:listItem w:displayText="Steam" w:value="Steam"/>
                  <w:listItem w:displayText="Chilled Water" w:value="Chilled Water"/>
                  <w:listItem w:displayText="Medical Gas" w:value="Medical Gas"/>
                  <w:listItem w:displayText="Mechanical Equipment" w:value="Mechanical Equipment"/>
                  <w:listItem w:displayText="Building Automation (BAS)" w:value="Building Automation (BAS)"/>
                </w:dropDownList>
              </w:sdtPr>
              <w:sdtContent>
                <w:r w:rsidR="004C330E">
                  <w:rPr>
                    <w:rFonts w:ascii="Times New Roman" w:eastAsia="Times New Roman" w:hAnsi="Times New Roman" w:cs="Times New Roman"/>
                    <w:b/>
                    <w:sz w:val="32"/>
                  </w:rPr>
                  <w:t>HVAC</w:t>
                </w:r>
              </w:sdtContent>
            </w:sdt>
          </w:p>
          <w:p w14:paraId="28E86206" w14:textId="5A5ED956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F205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>Other: ___________</w:t>
            </w:r>
            <w:r w:rsidR="004C330E">
              <w:t>Natural Gas</w:t>
            </w:r>
            <w:r>
              <w:t>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4F775A3F" w:rsidR="00F7502F" w:rsidRDefault="007551A9">
            <w:r>
              <w:t>National Grid Natural Gas Outage</w:t>
            </w:r>
          </w:p>
        </w:tc>
      </w:tr>
    </w:tbl>
    <w:p w14:paraId="0B0DCAF6" w14:textId="102CAADE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Pr="00885377">
        <w:rPr>
          <w:sz w:val="24"/>
          <w:szCs w:val="24"/>
        </w:rPr>
        <w:t>[</w:t>
      </w:r>
      <w:r>
        <w:t>Enter the work or activity being performed].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3"/>
        <w:gridCol w:w="7867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color w:val="000000" w:themeColor="text1"/>
            </w:rPr>
            <w:id w:val="347985234"/>
            <w:placeholder>
              <w:docPart w:val="DefaultPlaceholder_-1854013437"/>
            </w:placeholder>
            <w:date w:fullDate="2026-08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7BEBAF82" w:rsidR="00F7502F" w:rsidRPr="0014537E" w:rsidRDefault="007551A9">
                <w:pPr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8/2</w:t>
                </w:r>
                <w:r w:rsidR="000773DF">
                  <w:rPr>
                    <w:color w:val="000000" w:themeColor="text1"/>
                  </w:rPr>
                  <w:t>1</w:t>
                </w:r>
                <w:r>
                  <w:rPr>
                    <w:color w:val="000000" w:themeColor="text1"/>
                  </w:rPr>
                  <w:t>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2947751C" w:rsidR="00F7502F" w:rsidRDefault="00314E1C">
            <w:r>
              <w:t>0800-1</w:t>
            </w:r>
            <w:r w:rsidR="00651ED9">
              <w:t>200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348E35A4" w:rsidR="00F7502F" w:rsidRDefault="00314E1C">
            <w:r>
              <w:t>IHP/IHPE(NRB)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3A5AD1E0" w:rsidR="00F7502F" w:rsidRDefault="00314E1C">
            <w:pPr>
              <w:spacing w:after="0"/>
            </w:pPr>
            <w:r>
              <w:t>All natural Gas services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7C1A347F" w:rsidR="00F7502F" w:rsidRDefault="00C94F66">
            <w:pPr>
              <w:spacing w:after="0"/>
            </w:pPr>
            <w:r>
              <w:t xml:space="preserve">Alternative </w:t>
            </w:r>
            <w:r w:rsidR="00AB5C5B">
              <w:t>options for building heat</w:t>
            </w:r>
            <w:r w:rsidR="00C10C37">
              <w:t xml:space="preserve">/steam </w:t>
            </w:r>
            <w:r w:rsidR="005D3924">
              <w:t xml:space="preserve">/hot water </w:t>
            </w:r>
            <w:r w:rsidR="00C10C37">
              <w:t>services</w:t>
            </w:r>
            <w:r w:rsidR="00AB5C5B">
              <w:t xml:space="preserve"> are being implemented to minimize impact where possible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77777777" w:rsidR="00F7502F" w:rsidRDefault="00371951">
            <w:pPr>
              <w:spacing w:after="0"/>
            </w:pPr>
            <w:r>
              <w:t>[Enter any additional notes, if applicable.]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0"/>
        <w:gridCol w:w="5320"/>
      </w:tblGrid>
      <w:tr w:rsidR="00F7502F" w14:paraId="3C84EA4E" w14:textId="77777777">
        <w:trPr>
          <w:jc w:val="center"/>
        </w:trPr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B2467" w14:textId="6DFEE55F" w:rsidR="00F7502F" w:rsidRDefault="00371951">
            <w:r>
              <w:t xml:space="preserve">Name: </w:t>
            </w:r>
            <w:r w:rsidR="00277973">
              <w:t xml:space="preserve">Larry </w:t>
            </w:r>
            <w:r w:rsidR="00B71BB4">
              <w:t>Blanchard</w:t>
            </w:r>
            <w:r>
              <w:br/>
              <w:t xml:space="preserve">Department: </w:t>
            </w:r>
            <w:r w:rsidR="00277973">
              <w:t>Physical Plant</w:t>
            </w:r>
            <w:r>
              <w:br/>
              <w:t>Phone:</w:t>
            </w:r>
            <w:r w:rsidR="00B71BB4">
              <w:t>4-7371</w:t>
            </w:r>
            <w:r>
              <w:br/>
              <w:t xml:space="preserve">Email: </w:t>
            </w:r>
            <w:r w:rsidR="00B71BB4">
              <w:t>blanchal@upstate.edu</w:t>
            </w:r>
          </w:p>
        </w:tc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0316D" w14:textId="42947281" w:rsidR="00F7502F" w:rsidRDefault="00371951">
            <w:r>
              <w:t xml:space="preserve">Name: </w:t>
            </w:r>
            <w:r w:rsidR="00B71BB4">
              <w:t>Nick Griffin</w:t>
            </w:r>
            <w:r>
              <w:br/>
              <w:t xml:space="preserve">Department: </w:t>
            </w:r>
            <w:r w:rsidR="00B71BB4">
              <w:t>North Zone HVAC</w:t>
            </w:r>
            <w:r>
              <w:br/>
              <w:t xml:space="preserve">Phone: </w:t>
            </w:r>
            <w:r w:rsidR="00B71BB4">
              <w:t>4-9970</w:t>
            </w:r>
            <w:r>
              <w:br/>
              <w:t xml:space="preserve">Email: </w:t>
            </w:r>
            <w:r w:rsidR="00B71BB4">
              <w:t>griffin</w:t>
            </w:r>
            <w:r w:rsidR="00651ED9">
              <w:t>N</w:t>
            </w:r>
            <w:r w:rsidR="00D21717">
              <w:t>@upstate.edu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773DF"/>
    <w:rsid w:val="0014537E"/>
    <w:rsid w:val="0015074B"/>
    <w:rsid w:val="001861D4"/>
    <w:rsid w:val="00277973"/>
    <w:rsid w:val="00281FCA"/>
    <w:rsid w:val="0029639D"/>
    <w:rsid w:val="00314E1C"/>
    <w:rsid w:val="00326C93"/>
    <w:rsid w:val="00326F90"/>
    <w:rsid w:val="00371951"/>
    <w:rsid w:val="004C330E"/>
    <w:rsid w:val="005C6810"/>
    <w:rsid w:val="005D3924"/>
    <w:rsid w:val="0061727A"/>
    <w:rsid w:val="00651ED9"/>
    <w:rsid w:val="007551A9"/>
    <w:rsid w:val="007F205E"/>
    <w:rsid w:val="00885377"/>
    <w:rsid w:val="009C1C29"/>
    <w:rsid w:val="00A64101"/>
    <w:rsid w:val="00AA1D8D"/>
    <w:rsid w:val="00AB5C5B"/>
    <w:rsid w:val="00B47730"/>
    <w:rsid w:val="00B5431F"/>
    <w:rsid w:val="00B71BB4"/>
    <w:rsid w:val="00BA6945"/>
    <w:rsid w:val="00C10C37"/>
    <w:rsid w:val="00C13593"/>
    <w:rsid w:val="00C4671B"/>
    <w:rsid w:val="00C94F66"/>
    <w:rsid w:val="00CB0664"/>
    <w:rsid w:val="00CD4B48"/>
    <w:rsid w:val="00CF7E9F"/>
    <w:rsid w:val="00D21717"/>
    <w:rsid w:val="00D41B2F"/>
    <w:rsid w:val="00D77189"/>
    <w:rsid w:val="00E35525"/>
    <w:rsid w:val="00E407BC"/>
    <w:rsid w:val="00F7502F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62A4-98AC-4E6B-BE55-D1361A2FE353}"/>
      </w:docPartPr>
      <w:docPartBody>
        <w:p w:rsidR="00B04090" w:rsidRDefault="004F61F7">
          <w:r w:rsidRPr="009D4C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745706" w:rsidP="00745706">
          <w:pPr>
            <w:pStyle w:val="BAAFDB2D68AE44D5B6DD5BEEBEF1154D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745706" w:rsidP="00745706">
          <w:pPr>
            <w:pStyle w:val="E137C48A8C4846439BB7230A9B488FD9"/>
          </w:pPr>
          <w:r w:rsidRPr="005F21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1861D4"/>
    <w:rsid w:val="00281FCA"/>
    <w:rsid w:val="00326C93"/>
    <w:rsid w:val="004F61F7"/>
    <w:rsid w:val="005C6810"/>
    <w:rsid w:val="00745706"/>
    <w:rsid w:val="00785947"/>
    <w:rsid w:val="00912C34"/>
    <w:rsid w:val="00B04090"/>
    <w:rsid w:val="00B5431F"/>
    <w:rsid w:val="00C321B0"/>
    <w:rsid w:val="00E105DB"/>
    <w:rsid w:val="00F7796B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706"/>
    <w:rPr>
      <w:color w:val="666666"/>
    </w:rPr>
  </w:style>
  <w:style w:type="paragraph" w:customStyle="1" w:styleId="BAAFDB2D68AE44D5B6DD5BEEBEF1154D">
    <w:name w:val="BAAFDB2D68AE44D5B6DD5BEEBEF1154D"/>
    <w:rsid w:val="00745706"/>
  </w:style>
  <w:style w:type="paragraph" w:customStyle="1" w:styleId="E137C48A8C4846439BB7230A9B488FD9">
    <w:name w:val="E137C48A8C4846439BB7230A9B488FD9"/>
    <w:rsid w:val="00745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3</cp:revision>
  <dcterms:created xsi:type="dcterms:W3CDTF">2026-08-20T15:57:00Z</dcterms:created>
  <dcterms:modified xsi:type="dcterms:W3CDTF">2026-08-20T16:02:00Z</dcterms:modified>
  <cp:category/>
</cp:coreProperties>
</file>