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11D90" w14:textId="77777777" w:rsidR="00F7502F" w:rsidRPr="00CF7E9F" w:rsidRDefault="00371951">
      <w:pPr>
        <w:spacing w:after="0"/>
        <w:jc w:val="center"/>
        <w:rPr>
          <w:rFonts w:ascii="Times New Roman" w:hAnsi="Times New Roman" w:cs="Times New Roman"/>
          <w:color w:val="1F497D" w:themeColor="text2"/>
          <w:sz w:val="36"/>
          <w:szCs w:val="36"/>
        </w:rPr>
      </w:pPr>
      <w:r w:rsidRPr="00CF7E9F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UPSTATE PHYSICAL PLANT</w:t>
      </w:r>
    </w:p>
    <w:p w14:paraId="0167F00A" w14:textId="77777777" w:rsidR="00F7502F" w:rsidRPr="00D77189" w:rsidRDefault="00371951">
      <w:pPr>
        <w:spacing w:after="120"/>
        <w:jc w:val="center"/>
        <w:rPr>
          <w:color w:val="C00000"/>
        </w:rPr>
      </w:pPr>
      <w:r w:rsidRPr="00D77189">
        <w:rPr>
          <w:b/>
          <w:color w:val="C00000"/>
          <w:sz w:val="26"/>
        </w:rPr>
        <w:t>NOTIFICATION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42"/>
        <w:gridCol w:w="7898"/>
      </w:tblGrid>
      <w:tr w:rsidR="00F7502F" w14:paraId="661ECF99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705121" w14:textId="77777777" w:rsidR="00F7502F" w:rsidRDefault="00371951">
            <w:r>
              <w:rPr>
                <w:b/>
              </w:rPr>
              <w:t>Notification Type: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1FC13B" w14:textId="1ACBC71C" w:rsidR="00E35525" w:rsidRPr="00D34D6A" w:rsidRDefault="00AB2EB0">
            <w:pPr>
              <w:rPr>
                <w:sz w:val="36"/>
                <w:szCs w:val="36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36"/>
                  <w:szCs w:val="36"/>
                </w:rPr>
                <w:id w:val="-1446147997"/>
                <w:placeholder>
                  <w:docPart w:val="BAAFDB2D68AE44D5B6DD5BEEBEF1154D"/>
                </w:placeholder>
                <w:dropDownList>
                  <w:listItem w:value="Choose an item."/>
                  <w:listItem w:displayText="Planned Outage" w:value="Planned Outage"/>
                  <w:listItem w:displayText="Emergency Outage" w:value="Emergency Outage"/>
                  <w:listItem w:displayText="Maintenance" w:value="Maintenance"/>
                  <w:listItem w:displayText="Service Interruption" w:value="Service Interruption"/>
                  <w:listItem w:displayText="Restoration Notice" w:value="Restoration Notice"/>
                  <w:listItem w:displayText="Project Update" w:value="Project Update"/>
                </w:dropDownList>
              </w:sdtPr>
              <w:sdtEndPr/>
              <w:sdtContent>
                <w:r w:rsidR="00D34D6A" w:rsidRPr="00D34D6A">
                  <w:rPr>
                    <w:rFonts w:ascii="Times New Roman" w:eastAsia="Times New Roman" w:hAnsi="Times New Roman" w:cs="Times New Roman"/>
                    <w:b/>
                    <w:sz w:val="36"/>
                    <w:szCs w:val="36"/>
                  </w:rPr>
                  <w:t>Restoration Notice</w:t>
                </w:r>
              </w:sdtContent>
            </w:sdt>
          </w:p>
          <w:p w14:paraId="6EE519E1" w14:textId="26FCBECE" w:rsidR="00F7502F" w:rsidRDefault="00E35525">
            <w:r>
              <w:t xml:space="preserve"> </w:t>
            </w:r>
            <w:sdt>
              <w:sdtPr>
                <w:id w:val="-1479984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1951">
              <w:t>Other: __________________________</w:t>
            </w:r>
          </w:p>
        </w:tc>
      </w:tr>
      <w:tr w:rsidR="00F7502F" w14:paraId="76054257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0F16BE" w14:textId="77777777" w:rsidR="00F7502F" w:rsidRDefault="00371951">
            <w:r>
              <w:rPr>
                <w:b/>
              </w:rPr>
              <w:t>Utility / Service Affected: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901293" w14:textId="7E065C2E" w:rsidR="00E35525" w:rsidRDefault="00AB2EB0">
            <w:sdt>
              <w:sdtPr>
                <w:rPr>
                  <w:rFonts w:ascii="Times New Roman" w:eastAsia="Times New Roman" w:hAnsi="Times New Roman" w:cs="Times New Roman"/>
                  <w:b/>
                  <w:sz w:val="32"/>
                </w:rPr>
                <w:id w:val="1878893849"/>
                <w:placeholder>
                  <w:docPart w:val="E137C48A8C4846439BB7230A9B488FD9"/>
                </w:placeholder>
                <w:dropDownList>
                  <w:listItem w:value="Choose an item."/>
                  <w:listItem w:displayText="Electrical" w:value="Electrical"/>
                  <w:listItem w:displayText="Emergency Power" w:value="Emergency Power"/>
                  <w:listItem w:displayText="HVAC" w:value="HVAC"/>
                  <w:listItem w:displayText="Plumbing" w:value="Plumbing"/>
                  <w:listItem w:displayText="Pneumatic Tube (P-Tube)" w:value="Pneumatic Tube (P-Tube)"/>
                  <w:listItem w:displayText="Fire Alarm" w:value="Fire Alarm"/>
                  <w:listItem w:displayText="Nurse Call" w:value="Nurse Call"/>
                  <w:listItem w:displayText="Elevator" w:value="Elevator"/>
                  <w:listItem w:displayText="Domestic Water" w:value="Domestic Water"/>
                  <w:listItem w:displayText="Domestic Hot Water" w:value="Domestic Hot Water"/>
                  <w:listItem w:displayText="Steam" w:value="Steam"/>
                  <w:listItem w:displayText="Chilled Water" w:value="Chilled Water"/>
                  <w:listItem w:displayText="Medical Gas" w:value="Medical Gas"/>
                  <w:listItem w:displayText="Mechanical Equipment" w:value="Mechanical Equipment"/>
                  <w:listItem w:displayText="Building Automation (BAS)" w:value="Building Automation (BAS)"/>
                </w:dropDownList>
              </w:sdtPr>
              <w:sdtEndPr/>
              <w:sdtContent>
                <w:r w:rsidR="004C330E">
                  <w:rPr>
                    <w:rFonts w:ascii="Times New Roman" w:eastAsia="Times New Roman" w:hAnsi="Times New Roman" w:cs="Times New Roman"/>
                    <w:b/>
                    <w:sz w:val="32"/>
                  </w:rPr>
                  <w:t>HVAC</w:t>
                </w:r>
              </w:sdtContent>
            </w:sdt>
          </w:p>
          <w:p w14:paraId="28E86206" w14:textId="5A5ED956" w:rsidR="00F7502F" w:rsidRDefault="00371951">
            <w:r>
              <w:t xml:space="preserve"> </w:t>
            </w:r>
            <w:sdt>
              <w:sdtPr>
                <w:id w:val="1229684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205E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>
              <w:t>Other: ___________</w:t>
            </w:r>
            <w:r w:rsidR="004C330E">
              <w:t>Natural Gas</w:t>
            </w:r>
            <w:r>
              <w:t>_______________</w:t>
            </w:r>
          </w:p>
        </w:tc>
      </w:tr>
      <w:tr w:rsidR="00F7502F" w14:paraId="2E8DA55E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CEEC5B" w14:textId="77777777" w:rsidR="00F7502F" w:rsidRDefault="00371951">
            <w:r>
              <w:rPr>
                <w:b/>
              </w:rPr>
              <w:t>Subject: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4E3681" w14:textId="4F775A3F" w:rsidR="00F7502F" w:rsidRDefault="007551A9">
            <w:r>
              <w:t>National Grid Natural Gas Outage</w:t>
            </w:r>
          </w:p>
        </w:tc>
      </w:tr>
    </w:tbl>
    <w:p w14:paraId="0B0DCAF6" w14:textId="102CAADE" w:rsidR="00F7502F" w:rsidRDefault="00371951">
      <w:pPr>
        <w:spacing w:before="100" w:after="60"/>
      </w:pPr>
      <w:r w:rsidRPr="00E407BC">
        <w:rPr>
          <w:b/>
          <w:sz w:val="24"/>
          <w:szCs w:val="24"/>
        </w:rPr>
        <w:t>To support</w:t>
      </w:r>
      <w:r w:rsidRPr="00885377">
        <w:rPr>
          <w:b/>
          <w:sz w:val="24"/>
          <w:szCs w:val="24"/>
        </w:rPr>
        <w:t xml:space="preserve">: </w:t>
      </w:r>
      <w:r w:rsidRPr="00885377">
        <w:rPr>
          <w:sz w:val="24"/>
          <w:szCs w:val="24"/>
        </w:rPr>
        <w:t>[</w:t>
      </w:r>
      <w:r>
        <w:t>Enter the work or activity being performed].</w:t>
      </w:r>
    </w:p>
    <w:p w14:paraId="51B20914" w14:textId="77777777" w:rsidR="00885377" w:rsidRPr="00885377" w:rsidRDefault="00885377">
      <w:pPr>
        <w:spacing w:before="100" w:after="60"/>
        <w:rPr>
          <w:b/>
          <w:sz w:val="24"/>
          <w:szCs w:val="24"/>
        </w:rPr>
      </w:pPr>
    </w:p>
    <w:p w14:paraId="2B30019B" w14:textId="77777777" w:rsidR="00F7502F" w:rsidRDefault="00371951">
      <w:pPr>
        <w:spacing w:after="60"/>
      </w:pPr>
      <w:r>
        <w:rPr>
          <w:b/>
        </w:rPr>
        <w:t>Please review the details below: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45"/>
        <w:gridCol w:w="7895"/>
      </w:tblGrid>
      <w:tr w:rsidR="00F7502F" w14:paraId="759771E9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BA60A9" w14:textId="77777777" w:rsidR="00F7502F" w:rsidRDefault="00371951">
            <w:r w:rsidRPr="00D77189">
              <w:rPr>
                <w:b/>
                <w:color w:val="C00000"/>
              </w:rPr>
              <w:t>Date:</w:t>
            </w:r>
          </w:p>
        </w:tc>
        <w:sdt>
          <w:sdtPr>
            <w:rPr>
              <w:color w:val="000000" w:themeColor="text1"/>
            </w:rPr>
            <w:id w:val="347985234"/>
            <w:placeholder>
              <w:docPart w:val="DefaultPlaceholder_-1854013437"/>
            </w:placeholder>
            <w:date w:fullDate="2026-08-21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8352" w:type="dxa"/>
                <w:tcBorders>
                  <w:top w:val="single" w:sz="6" w:space="0" w:color="B7B7B7"/>
                  <w:left w:val="single" w:sz="6" w:space="0" w:color="B7B7B7"/>
                  <w:bottom w:val="single" w:sz="6" w:space="0" w:color="B7B7B7"/>
                  <w:right w:val="single" w:sz="6" w:space="0" w:color="B7B7B7"/>
                </w:tcBorders>
                <w:tcMar>
                  <w:top w:w="80" w:type="dxa"/>
                  <w:left w:w="90" w:type="dxa"/>
                  <w:bottom w:w="80" w:type="dxa"/>
                  <w:right w:w="90" w:type="dxa"/>
                </w:tcMar>
                <w:vAlign w:val="center"/>
              </w:tcPr>
              <w:p w14:paraId="681B2CED" w14:textId="7BEBAF82" w:rsidR="00F7502F" w:rsidRPr="0014537E" w:rsidRDefault="007551A9">
                <w:pPr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8/2</w:t>
                </w:r>
                <w:r w:rsidR="000773DF">
                  <w:rPr>
                    <w:color w:val="000000" w:themeColor="text1"/>
                  </w:rPr>
                  <w:t>1</w:t>
                </w:r>
                <w:r>
                  <w:rPr>
                    <w:color w:val="000000" w:themeColor="text1"/>
                  </w:rPr>
                  <w:t>/2026</w:t>
                </w:r>
              </w:p>
            </w:tc>
          </w:sdtContent>
        </w:sdt>
      </w:tr>
      <w:tr w:rsidR="00F7502F" w14:paraId="609F7DEA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F9F479" w14:textId="77777777" w:rsidR="00F7502F" w:rsidRDefault="00371951">
            <w:r w:rsidRPr="00D77189">
              <w:rPr>
                <w:b/>
                <w:color w:val="C00000"/>
              </w:rPr>
              <w:t>Time(s):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24B77A" w14:textId="2947751C" w:rsidR="00F7502F" w:rsidRDefault="00314E1C">
            <w:r>
              <w:t>0800-1</w:t>
            </w:r>
            <w:r w:rsidR="00651ED9">
              <w:t>200</w:t>
            </w:r>
          </w:p>
        </w:tc>
      </w:tr>
      <w:tr w:rsidR="00F7502F" w14:paraId="018FB0DA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AE557E" w14:textId="77777777" w:rsidR="00F7502F" w:rsidRDefault="00371951">
            <w:r w:rsidRPr="00D77189">
              <w:rPr>
                <w:b/>
                <w:color w:val="C00000"/>
              </w:rPr>
              <w:t>Location: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12BAA8" w14:textId="348E35A4" w:rsidR="00F7502F" w:rsidRDefault="00314E1C">
            <w:r>
              <w:t>IHP/IHPE(NRB)</w:t>
            </w:r>
          </w:p>
        </w:tc>
      </w:tr>
      <w:tr w:rsidR="00F7502F" w14:paraId="0EE1263C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804B61" w14:textId="77777777" w:rsidR="00F7502F" w:rsidRDefault="00371951">
            <w:r w:rsidRPr="00D77189">
              <w:rPr>
                <w:b/>
                <w:color w:val="C00000"/>
              </w:rPr>
              <w:t>Affected Areas / Equipment</w:t>
            </w:r>
            <w:r w:rsidRPr="00D77189">
              <w:rPr>
                <w:b/>
                <w:color w:val="C00000"/>
              </w:rPr>
              <w:br/>
              <w:t>(Room, Equipment ID, etc.):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D873D9" w14:textId="3A5AD1E0" w:rsidR="00F7502F" w:rsidRDefault="00314E1C">
            <w:pPr>
              <w:spacing w:after="0"/>
            </w:pPr>
            <w:r>
              <w:t>All natural Gas services</w:t>
            </w:r>
          </w:p>
        </w:tc>
      </w:tr>
      <w:tr w:rsidR="00F7502F" w14:paraId="7433E9FD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848138" w14:textId="77777777" w:rsidR="00F7502F" w:rsidRDefault="00371951">
            <w:r w:rsidRPr="00D77189">
              <w:rPr>
                <w:b/>
                <w:color w:val="C00000"/>
              </w:rPr>
              <w:t>Impact (What will be interrupted</w:t>
            </w:r>
            <w:r w:rsidRPr="00D77189">
              <w:rPr>
                <w:b/>
                <w:color w:val="C00000"/>
              </w:rPr>
              <w:br/>
              <w:t>and what will remain operational):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C5E2EBD" w14:textId="7C1A347F" w:rsidR="00F7502F" w:rsidRDefault="00C94F66">
            <w:pPr>
              <w:spacing w:after="0"/>
            </w:pPr>
            <w:r>
              <w:t xml:space="preserve">Alternative </w:t>
            </w:r>
            <w:r w:rsidR="00AB5C5B">
              <w:t>options for building heat</w:t>
            </w:r>
            <w:r w:rsidR="00C10C37">
              <w:t xml:space="preserve">/steam </w:t>
            </w:r>
            <w:r w:rsidR="005D3924">
              <w:t xml:space="preserve">/hot water </w:t>
            </w:r>
            <w:r w:rsidR="00C10C37">
              <w:t>services</w:t>
            </w:r>
            <w:r w:rsidR="00AB5C5B">
              <w:t xml:space="preserve"> are being implemented to minimize impact where possible</w:t>
            </w:r>
          </w:p>
        </w:tc>
      </w:tr>
      <w:tr w:rsidR="00F7502F" w14:paraId="0BBD4624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A48D51" w14:textId="77777777" w:rsidR="00F7502F" w:rsidRDefault="00371951">
            <w:r>
              <w:rPr>
                <w:b/>
              </w:rPr>
              <w:t>Note: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CE2062" w14:textId="78736CD2" w:rsidR="00F7502F" w:rsidRPr="00D34D6A" w:rsidRDefault="00D34D6A">
            <w:pPr>
              <w:spacing w:after="0"/>
              <w:rPr>
                <w:b/>
                <w:bCs/>
                <w:sz w:val="44"/>
                <w:szCs w:val="44"/>
              </w:rPr>
            </w:pPr>
            <w:r w:rsidRPr="00D34D6A">
              <w:rPr>
                <w:b/>
                <w:bCs/>
                <w:sz w:val="44"/>
                <w:szCs w:val="44"/>
              </w:rPr>
              <w:t>Natural gas services have been restored to all areas of IHP/NRB(IHPE)</w:t>
            </w:r>
          </w:p>
        </w:tc>
      </w:tr>
    </w:tbl>
    <w:p w14:paraId="77389456" w14:textId="77777777" w:rsidR="00F7502F" w:rsidRDefault="00371951">
      <w:pPr>
        <w:spacing w:before="120" w:after="40"/>
      </w:pPr>
      <w:r>
        <w:rPr>
          <w:b/>
          <w:sz w:val="22"/>
        </w:rPr>
        <w:t>Questions or Concerns</w:t>
      </w:r>
    </w:p>
    <w:p w14:paraId="509FAF76" w14:textId="77777777" w:rsidR="00F7502F" w:rsidRDefault="00371951">
      <w:pPr>
        <w:spacing w:after="60"/>
      </w:pPr>
      <w:r>
        <w:t>If you have any questions or concerns, please contact: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0"/>
        <w:gridCol w:w="5320"/>
      </w:tblGrid>
      <w:tr w:rsidR="00F7502F" w14:paraId="3C84EA4E" w14:textId="77777777">
        <w:trPr>
          <w:jc w:val="center"/>
        </w:trPr>
        <w:tc>
          <w:tcPr>
            <w:tcW w:w="5328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91B2467" w14:textId="6DFEE55F" w:rsidR="00F7502F" w:rsidRDefault="00371951">
            <w:r>
              <w:t xml:space="preserve">Name: </w:t>
            </w:r>
            <w:r w:rsidR="00277973">
              <w:t xml:space="preserve">Larry </w:t>
            </w:r>
            <w:r w:rsidR="00B71BB4">
              <w:t>Blanchard</w:t>
            </w:r>
            <w:r>
              <w:br/>
              <w:t xml:space="preserve">Department: </w:t>
            </w:r>
            <w:r w:rsidR="00277973">
              <w:t>Physical Plant</w:t>
            </w:r>
            <w:r>
              <w:br/>
              <w:t>Phone:</w:t>
            </w:r>
            <w:r w:rsidR="00B71BB4">
              <w:t>4-7371</w:t>
            </w:r>
            <w:r>
              <w:br/>
              <w:t xml:space="preserve">Email: </w:t>
            </w:r>
            <w:r w:rsidR="00B71BB4">
              <w:t>blanchal@upstate.edu</w:t>
            </w:r>
          </w:p>
        </w:tc>
        <w:tc>
          <w:tcPr>
            <w:tcW w:w="5328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150316D" w14:textId="42947281" w:rsidR="00F7502F" w:rsidRDefault="00371951">
            <w:r>
              <w:t xml:space="preserve">Name: </w:t>
            </w:r>
            <w:r w:rsidR="00B71BB4">
              <w:t>Nick Griffin</w:t>
            </w:r>
            <w:r>
              <w:br/>
              <w:t xml:space="preserve">Department: </w:t>
            </w:r>
            <w:r w:rsidR="00B71BB4">
              <w:t>North Zone HVAC</w:t>
            </w:r>
            <w:r>
              <w:br/>
              <w:t xml:space="preserve">Phone: </w:t>
            </w:r>
            <w:r w:rsidR="00B71BB4">
              <w:t>4-9970</w:t>
            </w:r>
            <w:r>
              <w:br/>
              <w:t xml:space="preserve">Email: </w:t>
            </w:r>
            <w:r w:rsidR="00B71BB4">
              <w:t>griffin</w:t>
            </w:r>
            <w:r w:rsidR="00651ED9">
              <w:t>N</w:t>
            </w:r>
            <w:r w:rsidR="00D21717">
              <w:t>@upstate.edu</w:t>
            </w:r>
          </w:p>
        </w:tc>
      </w:tr>
    </w:tbl>
    <w:p w14:paraId="521D85A8" w14:textId="77777777" w:rsidR="00F7502F" w:rsidRDefault="00371951">
      <w:pPr>
        <w:spacing w:before="140"/>
        <w:jc w:val="center"/>
      </w:pPr>
      <w:r>
        <w:rPr>
          <w:i/>
          <w:sz w:val="18"/>
        </w:rPr>
        <w:lastRenderedPageBreak/>
        <w:t>Thank you for your cooperation and understanding while this work is being completed.</w:t>
      </w:r>
    </w:p>
    <w:sectPr w:rsidR="00F7502F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3826715">
    <w:abstractNumId w:val="8"/>
  </w:num>
  <w:num w:numId="2" w16cid:durableId="1942061035">
    <w:abstractNumId w:val="6"/>
  </w:num>
  <w:num w:numId="3" w16cid:durableId="2140761885">
    <w:abstractNumId w:val="5"/>
  </w:num>
  <w:num w:numId="4" w16cid:durableId="74325841">
    <w:abstractNumId w:val="4"/>
  </w:num>
  <w:num w:numId="5" w16cid:durableId="61296454">
    <w:abstractNumId w:val="7"/>
  </w:num>
  <w:num w:numId="6" w16cid:durableId="1912810546">
    <w:abstractNumId w:val="3"/>
  </w:num>
  <w:num w:numId="7" w16cid:durableId="1205292975">
    <w:abstractNumId w:val="2"/>
  </w:num>
  <w:num w:numId="8" w16cid:durableId="2123380968">
    <w:abstractNumId w:val="1"/>
  </w:num>
  <w:num w:numId="9" w16cid:durableId="386145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ADA"/>
    <w:rsid w:val="00034616"/>
    <w:rsid w:val="0006063C"/>
    <w:rsid w:val="000773DF"/>
    <w:rsid w:val="0014537E"/>
    <w:rsid w:val="0015074B"/>
    <w:rsid w:val="001861D4"/>
    <w:rsid w:val="00277973"/>
    <w:rsid w:val="00281FCA"/>
    <w:rsid w:val="0029639D"/>
    <w:rsid w:val="00314E1C"/>
    <w:rsid w:val="00326C93"/>
    <w:rsid w:val="00326F90"/>
    <w:rsid w:val="00371951"/>
    <w:rsid w:val="00453043"/>
    <w:rsid w:val="004C330E"/>
    <w:rsid w:val="005C6810"/>
    <w:rsid w:val="005D3924"/>
    <w:rsid w:val="0061727A"/>
    <w:rsid w:val="00651ED9"/>
    <w:rsid w:val="007551A9"/>
    <w:rsid w:val="007F205E"/>
    <w:rsid w:val="00885377"/>
    <w:rsid w:val="009C1C29"/>
    <w:rsid w:val="00A64101"/>
    <w:rsid w:val="00AA1D8D"/>
    <w:rsid w:val="00AB5C5B"/>
    <w:rsid w:val="00B47730"/>
    <w:rsid w:val="00B5431F"/>
    <w:rsid w:val="00B71BB4"/>
    <w:rsid w:val="00BA6945"/>
    <w:rsid w:val="00C10C37"/>
    <w:rsid w:val="00C13593"/>
    <w:rsid w:val="00C4671B"/>
    <w:rsid w:val="00C94F66"/>
    <w:rsid w:val="00CB0664"/>
    <w:rsid w:val="00CD4B48"/>
    <w:rsid w:val="00CF7E9F"/>
    <w:rsid w:val="00D21717"/>
    <w:rsid w:val="00D34D6A"/>
    <w:rsid w:val="00D41B2F"/>
    <w:rsid w:val="00D77189"/>
    <w:rsid w:val="00E35525"/>
    <w:rsid w:val="00E407BC"/>
    <w:rsid w:val="00F7502F"/>
    <w:rsid w:val="00FC693F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1FD1BCE3-F054-4091-A453-32D2B58E2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033AD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162A4-98AC-4E6B-BE55-D1361A2FE353}"/>
      </w:docPartPr>
      <w:docPartBody>
        <w:p w:rsidR="00B04090" w:rsidRDefault="004F61F7">
          <w:r w:rsidRPr="009D4CDF">
            <w:rPr>
              <w:rStyle w:val="PlaceholderText"/>
            </w:rPr>
            <w:t>Click or tap to enter a date.</w:t>
          </w:r>
        </w:p>
      </w:docPartBody>
    </w:docPart>
    <w:docPart>
      <w:docPartPr>
        <w:name w:val="BAAFDB2D68AE44D5B6DD5BEEBEF11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43F21-1EF3-45D3-BF9E-C26F82CA6ADC}"/>
      </w:docPartPr>
      <w:docPartBody>
        <w:p w:rsidR="00E105DB" w:rsidRDefault="00745706" w:rsidP="00745706">
          <w:pPr>
            <w:pStyle w:val="BAAFDB2D68AE44D5B6DD5BEEBEF1154D"/>
          </w:pPr>
          <w:r w:rsidRPr="005F21F3">
            <w:rPr>
              <w:rStyle w:val="PlaceholderText"/>
            </w:rPr>
            <w:t>Choose an item.</w:t>
          </w:r>
        </w:p>
      </w:docPartBody>
    </w:docPart>
    <w:docPart>
      <w:docPartPr>
        <w:name w:val="E137C48A8C4846439BB7230A9B488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A1FA1-6C9C-4702-8BCC-832D4DFE96E2}"/>
      </w:docPartPr>
      <w:docPartBody>
        <w:p w:rsidR="00E105DB" w:rsidRDefault="00745706" w:rsidP="00745706">
          <w:pPr>
            <w:pStyle w:val="E137C48A8C4846439BB7230A9B488FD9"/>
          </w:pPr>
          <w:r w:rsidRPr="005F21F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F7"/>
    <w:rsid w:val="001861D4"/>
    <w:rsid w:val="00281FCA"/>
    <w:rsid w:val="00326C93"/>
    <w:rsid w:val="00453043"/>
    <w:rsid w:val="004F61F7"/>
    <w:rsid w:val="005C6810"/>
    <w:rsid w:val="0061610F"/>
    <w:rsid w:val="00745706"/>
    <w:rsid w:val="00785947"/>
    <w:rsid w:val="00912C34"/>
    <w:rsid w:val="00B04090"/>
    <w:rsid w:val="00B5431F"/>
    <w:rsid w:val="00C321B0"/>
    <w:rsid w:val="00E105DB"/>
    <w:rsid w:val="00F7796B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5706"/>
    <w:rPr>
      <w:color w:val="666666"/>
    </w:rPr>
  </w:style>
  <w:style w:type="paragraph" w:customStyle="1" w:styleId="BAAFDB2D68AE44D5B6DD5BEEBEF1154D">
    <w:name w:val="BAAFDB2D68AE44D5B6DD5BEEBEF1154D"/>
    <w:rsid w:val="00745706"/>
  </w:style>
  <w:style w:type="paragraph" w:customStyle="1" w:styleId="E137C48A8C4846439BB7230A9B488FD9">
    <w:name w:val="E137C48A8C4846439BB7230A9B488FD9"/>
    <w:rsid w:val="007457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cf50a66-5e26-41dd-89f8-83cf73ffee98}" enabled="0" method="" siteId="{5cf50a66-5e26-41dd-89f8-83cf73ffee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Lawrence N. Blanchard</cp:lastModifiedBy>
  <cp:revision>2</cp:revision>
  <dcterms:created xsi:type="dcterms:W3CDTF">2026-08-21T16:01:00Z</dcterms:created>
  <dcterms:modified xsi:type="dcterms:W3CDTF">2026-08-21T16:01:00Z</dcterms:modified>
  <cp:category/>
</cp:coreProperties>
</file>