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4FE1E255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Content>
                <w:r w:rsidR="0065326A">
                  <w:rPr>
                    <w:rFonts w:ascii="Times New Roman" w:eastAsia="Times New Roman" w:hAnsi="Times New Roman" w:cs="Times New Roman"/>
                    <w:b/>
                    <w:sz w:val="28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59C9D611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Content>
                <w:r w:rsidR="0065326A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6281729" w:rsidR="00F7502F" w:rsidRDefault="0065326A">
            <w:r>
              <w:t>Unplanned Outage to Support Nat</w:t>
            </w:r>
            <w:r w:rsidR="008174B0">
              <w:t>ional</w:t>
            </w:r>
            <w:r>
              <w:t xml:space="preserve"> Grid Work</w:t>
            </w:r>
          </w:p>
        </w:tc>
      </w:tr>
    </w:tbl>
    <w:p w14:paraId="0B0DCAF6" w14:textId="484B8C2D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1E4BF9">
        <w:rPr>
          <w:sz w:val="24"/>
          <w:szCs w:val="24"/>
        </w:rPr>
        <w:t>Unplanned outage to Support National Grid Work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8"/>
        <w:gridCol w:w="7862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1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69CC7E1B" w:rsidR="00F7502F" w:rsidRPr="0014537E" w:rsidRDefault="0065326A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8/14/2026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5429734E" w:rsidR="00F7502F" w:rsidRDefault="0065326A">
            <w:r>
              <w:t>08</w:t>
            </w:r>
            <w:r w:rsidR="00483547">
              <w:t>:</w:t>
            </w:r>
            <w:r>
              <w:t>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318413DA" w:rsidR="00F7502F" w:rsidRDefault="0065326A">
            <w:r>
              <w:t>TU3/4/7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425B140C" w:rsidR="00F7502F" w:rsidRDefault="00483547">
            <w:pPr>
              <w:spacing w:after="0"/>
            </w:pPr>
            <w:r>
              <w:t>All buildings.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3B1CEC86" w:rsidR="00F7502F" w:rsidRDefault="0065326A">
            <w:pPr>
              <w:spacing w:after="0"/>
            </w:pPr>
            <w:r>
              <w:t>We had a momentary loss of normal power to TU3/4 and 7. Pre planned internal switching by Hutchin</w:t>
            </w:r>
            <w:r w:rsidR="00483547">
              <w:t>g</w:t>
            </w:r>
            <w:r>
              <w:t>s was thought to have prevented this</w:t>
            </w:r>
            <w:r w:rsidR="00483547">
              <w:t>.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12857BCE" w:rsidR="00F7502F" w:rsidRDefault="00F7502F">
            <w:pPr>
              <w:spacing w:after="0"/>
            </w:pP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19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7DCB5154" w:rsidR="00F7502F" w:rsidRDefault="00371951">
            <w:r>
              <w:t xml:space="preserve">Name: </w:t>
            </w:r>
            <w:r w:rsidR="0065326A">
              <w:t>Larry Blanchard</w:t>
            </w:r>
            <w:r>
              <w:br/>
              <w:t xml:space="preserve">Department: </w:t>
            </w:r>
            <w:r w:rsidR="0065326A">
              <w:t>Physical Plant</w:t>
            </w:r>
            <w:r>
              <w:br/>
              <w:t>Phone</w:t>
            </w:r>
            <w:r w:rsidR="0065326A">
              <w:t>4-7371</w:t>
            </w:r>
            <w:r>
              <w:br/>
              <w:t xml:space="preserve">Email: </w:t>
            </w:r>
            <w:r w:rsidR="0065326A">
              <w:t>blanchal@upstate.edu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1ABEB6C3" w:rsidR="00F7502F" w:rsidRDefault="00371951">
            <w:r>
              <w:t>Name:</w:t>
            </w:r>
            <w:r>
              <w:br/>
              <w:t>Departmen</w:t>
            </w:r>
            <w:r w:rsidR="00483547">
              <w:t>t:</w:t>
            </w:r>
            <w:r>
              <w:br/>
              <w:t>Phone:</w:t>
            </w:r>
            <w:r>
              <w:br/>
              <w:t>Email: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14537E"/>
    <w:rsid w:val="0015074B"/>
    <w:rsid w:val="001E4BF9"/>
    <w:rsid w:val="00281FCA"/>
    <w:rsid w:val="0029639D"/>
    <w:rsid w:val="00326F90"/>
    <w:rsid w:val="00371951"/>
    <w:rsid w:val="00483547"/>
    <w:rsid w:val="004E7CEF"/>
    <w:rsid w:val="005A429F"/>
    <w:rsid w:val="0065326A"/>
    <w:rsid w:val="008174B0"/>
    <w:rsid w:val="00885377"/>
    <w:rsid w:val="009C1C29"/>
    <w:rsid w:val="00A64101"/>
    <w:rsid w:val="00AA1D8D"/>
    <w:rsid w:val="00B47730"/>
    <w:rsid w:val="00BA6945"/>
    <w:rsid w:val="00C13593"/>
    <w:rsid w:val="00CB0664"/>
    <w:rsid w:val="00CD4B48"/>
    <w:rsid w:val="00CF7E9F"/>
    <w:rsid w:val="00D77189"/>
    <w:rsid w:val="00E35525"/>
    <w:rsid w:val="00E407BC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236A1B"/>
    <w:rsid w:val="00281FCA"/>
    <w:rsid w:val="004E7CEF"/>
    <w:rsid w:val="004F61F7"/>
    <w:rsid w:val="005A429F"/>
    <w:rsid w:val="00745706"/>
    <w:rsid w:val="00B04090"/>
    <w:rsid w:val="00D8558A"/>
    <w:rsid w:val="00E105DB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Thomas Slater</cp:lastModifiedBy>
  <cp:revision>4</cp:revision>
  <dcterms:created xsi:type="dcterms:W3CDTF">2026-08-14T12:53:00Z</dcterms:created>
  <dcterms:modified xsi:type="dcterms:W3CDTF">2026-08-14T12:53:00Z</dcterms:modified>
  <cp:category/>
</cp:coreProperties>
</file>