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2"/>
        <w:gridCol w:w="797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701CB428" w:rsidR="00E35525" w:rsidRDefault="00D25B8C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DB3CC1">
                  <w:rPr>
                    <w:rStyle w:val="Style7"/>
                  </w:rPr>
                  <w:t>Planned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D25B8C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3D83007C" w:rsidR="00F7502F" w:rsidRPr="00DC4026" w:rsidRDefault="00675155">
            <w:pPr>
              <w:rPr>
                <w:sz w:val="44"/>
                <w:szCs w:val="44"/>
              </w:rPr>
            </w:pPr>
            <w:r w:rsidRPr="00675155">
              <w:rPr>
                <w:color w:val="FF0000"/>
              </w:rPr>
              <w:t xml:space="preserve">NO GRID POWER </w:t>
            </w:r>
            <w:r w:rsidR="00DC4026">
              <w:rPr>
                <w:color w:val="FF0000"/>
                <w:sz w:val="44"/>
                <w:szCs w:val="44"/>
              </w:rPr>
              <w:t>CANCELLED/Rescheduling</w:t>
            </w:r>
          </w:p>
        </w:tc>
      </w:tr>
    </w:tbl>
    <w:p w14:paraId="0B0DCAF6" w14:textId="70B9F310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National Grid E</w:t>
      </w:r>
      <w:r w:rsidR="00333350">
        <w:rPr>
          <w:b/>
          <w:sz w:val="24"/>
          <w:szCs w:val="24"/>
        </w:rPr>
        <w:t>me</w:t>
      </w:r>
      <w:r w:rsidR="00FF2D3D">
        <w:rPr>
          <w:b/>
          <w:sz w:val="24"/>
          <w:szCs w:val="24"/>
        </w:rPr>
        <w:t>rgency repairs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8-24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26C061C8" w:rsidR="00F7502F" w:rsidRPr="0014537E" w:rsidRDefault="00333350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8/24/2026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5021261A" w:rsidR="00F7502F" w:rsidRPr="00D1109E" w:rsidRDefault="0015594D">
            <w:r>
              <w:t>1800 – Until work is complete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4F0A99A4" w:rsidR="00F7502F" w:rsidRDefault="0015594D">
            <w:r>
              <w:t>550 Harrison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59F2B820" w:rsidR="00F7502F" w:rsidRDefault="00BF3224">
            <w:pPr>
              <w:spacing w:after="0"/>
            </w:pPr>
            <w:r>
              <w:t>550 Harrison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039596A4" w:rsidR="00F7502F" w:rsidRDefault="003313D1">
            <w:pPr>
              <w:spacing w:after="0"/>
            </w:pPr>
            <w:r w:rsidRPr="000F79A4">
              <w:rPr>
                <w:color w:val="FF0000"/>
              </w:rPr>
              <w:t xml:space="preserve">Will ONLY have generator power at this time.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67533E17" w:rsidR="00F7502F" w:rsidRDefault="00DC4026">
            <w:pPr>
              <w:spacing w:after="0"/>
            </w:pPr>
            <w:r w:rsidRPr="006566F3">
              <w:rPr>
                <w:highlight w:val="yellow"/>
              </w:rPr>
              <w:t>National Grid was unable to</w:t>
            </w:r>
            <w:r w:rsidR="001648A1" w:rsidRPr="006566F3">
              <w:rPr>
                <w:highlight w:val="yellow"/>
              </w:rPr>
              <w:t xml:space="preserve"> accomplish this last evening. Another notice will be sent out as soon as we are informed of the </w:t>
            </w:r>
            <w:r w:rsidR="006566F3" w:rsidRPr="006566F3">
              <w:rPr>
                <w:highlight w:val="yellow"/>
              </w:rPr>
              <w:t>reschedule date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lastRenderedPageBreak/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4560E"/>
    <w:rsid w:val="0006063C"/>
    <w:rsid w:val="00062FAD"/>
    <w:rsid w:val="0007325D"/>
    <w:rsid w:val="000F79A4"/>
    <w:rsid w:val="0014537E"/>
    <w:rsid w:val="0015074B"/>
    <w:rsid w:val="0015594D"/>
    <w:rsid w:val="001648A1"/>
    <w:rsid w:val="001E637C"/>
    <w:rsid w:val="00281FCA"/>
    <w:rsid w:val="0029639D"/>
    <w:rsid w:val="00313584"/>
    <w:rsid w:val="00326F90"/>
    <w:rsid w:val="003313D1"/>
    <w:rsid w:val="00333350"/>
    <w:rsid w:val="00371951"/>
    <w:rsid w:val="0042261A"/>
    <w:rsid w:val="004D19E3"/>
    <w:rsid w:val="005A3F01"/>
    <w:rsid w:val="005C621F"/>
    <w:rsid w:val="005D000B"/>
    <w:rsid w:val="006566F3"/>
    <w:rsid w:val="00675155"/>
    <w:rsid w:val="007403A4"/>
    <w:rsid w:val="00746981"/>
    <w:rsid w:val="0088117E"/>
    <w:rsid w:val="00885377"/>
    <w:rsid w:val="008B0F9D"/>
    <w:rsid w:val="009B1041"/>
    <w:rsid w:val="009C1C29"/>
    <w:rsid w:val="00A64101"/>
    <w:rsid w:val="00AA1D8D"/>
    <w:rsid w:val="00B47730"/>
    <w:rsid w:val="00B8209A"/>
    <w:rsid w:val="00BA6945"/>
    <w:rsid w:val="00BF3224"/>
    <w:rsid w:val="00C13593"/>
    <w:rsid w:val="00C60C99"/>
    <w:rsid w:val="00CB0664"/>
    <w:rsid w:val="00CD4B48"/>
    <w:rsid w:val="00CD7E15"/>
    <w:rsid w:val="00CF7E9F"/>
    <w:rsid w:val="00D1109E"/>
    <w:rsid w:val="00D77189"/>
    <w:rsid w:val="00D97E1A"/>
    <w:rsid w:val="00DB3CC1"/>
    <w:rsid w:val="00DC4026"/>
    <w:rsid w:val="00E257F0"/>
    <w:rsid w:val="00E35525"/>
    <w:rsid w:val="00E407BC"/>
    <w:rsid w:val="00EF766A"/>
    <w:rsid w:val="00F7502F"/>
    <w:rsid w:val="00FB7EE1"/>
    <w:rsid w:val="00FC693F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16115"/>
    <w:rsid w:val="00022551"/>
    <w:rsid w:val="0004560E"/>
    <w:rsid w:val="0007325D"/>
    <w:rsid w:val="00281FCA"/>
    <w:rsid w:val="0028690E"/>
    <w:rsid w:val="0042261A"/>
    <w:rsid w:val="004F61F7"/>
    <w:rsid w:val="005D5522"/>
    <w:rsid w:val="006E2C5C"/>
    <w:rsid w:val="007403A4"/>
    <w:rsid w:val="00742A53"/>
    <w:rsid w:val="00745706"/>
    <w:rsid w:val="00832B1A"/>
    <w:rsid w:val="00837926"/>
    <w:rsid w:val="008B0F9D"/>
    <w:rsid w:val="00950D27"/>
    <w:rsid w:val="00A57B19"/>
    <w:rsid w:val="00B04090"/>
    <w:rsid w:val="00B8209A"/>
    <w:rsid w:val="00D4571E"/>
    <w:rsid w:val="00E105DB"/>
    <w:rsid w:val="00EF766A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6</cp:revision>
  <dcterms:created xsi:type="dcterms:W3CDTF">2026-08-25T12:17:00Z</dcterms:created>
  <dcterms:modified xsi:type="dcterms:W3CDTF">2026-08-25T12:19:00Z</dcterms:modified>
  <cp:category/>
</cp:coreProperties>
</file>