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p w14:paraId="0167F00A" w14:textId="77777777" w:rsidR="00F7502F" w:rsidRPr="00D77189" w:rsidRDefault="00371951">
      <w:pPr>
        <w:spacing w:after="120"/>
        <w:jc w:val="center"/>
        <w:rPr>
          <w:color w:val="C00000"/>
        </w:rPr>
      </w:pPr>
      <w:r w:rsidRPr="00D77189">
        <w:rPr>
          <w:b/>
          <w:color w:val="C00000"/>
          <w:sz w:val="26"/>
        </w:rPr>
        <w:t>NOTIFICATION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0E77736D" w:rsidR="00E35525" w:rsidRDefault="00F43D5F">
            <w:sdt>
              <w:sdtPr>
                <w:rPr>
                  <w:rFonts w:ascii="Times New Roman" w:eastAsia="Times New Roman" w:hAnsi="Times New Roman" w:cs="Times New Roman"/>
                  <w:b/>
                  <w:sz w:val="28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Planned Outage" w:value="Planned Outage"/>
                  <w:listItem w:displayText="Emergency Outage" w:value="Emergency Outage"/>
                  <w:listItem w:displayText="Maintenance" w:value="Maintenance"/>
                  <w:listItem w:displayText="Service Interruption" w:value="Service Interruption"/>
                  <w:listItem w:displayText="Restoration Notice" w:value="Restoration Notice"/>
                  <w:listItem w:displayText="Project Update" w:value="Project Update"/>
                </w:dropDownList>
              </w:sdtPr>
              <w:sdtEndPr/>
              <w:sdtContent>
                <w:r w:rsidR="006310C1">
                  <w:rPr>
                    <w:rFonts w:ascii="Times New Roman" w:eastAsia="Times New Roman" w:hAnsi="Times New Roman" w:cs="Times New Roman"/>
                    <w:b/>
                    <w:sz w:val="28"/>
                  </w:rPr>
                  <w:t>Maintenance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204E3049" w:rsidR="00E35525" w:rsidRDefault="00F43D5F">
            <w:sdt>
              <w:sdtPr>
                <w:rPr>
                  <w:rFonts w:ascii="Times New Roman" w:eastAsia="Times New Roman" w:hAnsi="Times New Roman" w:cs="Times New Roman"/>
                  <w:b/>
                  <w:sz w:val="32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Electrical" w:value="Electrical"/>
                  <w:listItem w:displayText="Emergency Power" w:value="Emergency Power"/>
                  <w:listItem w:displayText="HVAC" w:value="HVAC"/>
                  <w:listItem w:displayText="Plumbing" w:value="Plumbing"/>
                  <w:listItem w:displayText="Pneumatic Tube (P-Tube)" w:value="Pneumatic Tube (P-Tube)"/>
                  <w:listItem w:displayText="Fire Alarm" w:value="Fire Alarm"/>
                  <w:listItem w:displayText="Nurse Call" w:value="Nurse Call"/>
                  <w:listItem w:displayText="Elevator" w:value="Elevator"/>
                  <w:listItem w:displayText="Domestic Water" w:value="Domestic Water"/>
                  <w:listItem w:displayText="Domestic Hot Water" w:value="Domestic Hot Water"/>
                  <w:listItem w:displayText="Steam" w:value="Steam"/>
                  <w:listItem w:displayText="Chilled Water" w:value="Chilled Water"/>
                  <w:listItem w:displayText="Medical Gas" w:value="Medical Gas"/>
                  <w:listItem w:displayText="Mechanical Equipment" w:value="Mechanical Equipment"/>
                  <w:listItem w:displayText="Building Automation (BAS)" w:value="Building Automation (BAS)"/>
                </w:dropDownList>
              </w:sdtPr>
              <w:sdtEndPr/>
              <w:sdtContent>
                <w:r w:rsidR="006310C1">
                  <w:rPr>
                    <w:rFonts w:ascii="Times New Roman" w:eastAsia="Times New Roman" w:hAnsi="Times New Roman" w:cs="Times New Roman"/>
                    <w:b/>
                    <w:sz w:val="32"/>
                  </w:rPr>
                  <w:t>Building Automation (BAS)</w:t>
                </w:r>
              </w:sdtContent>
            </w:sdt>
          </w:p>
          <w:p w14:paraId="28E86206" w14:textId="33AC5EC9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C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Other: </w:t>
            </w:r>
            <w:r w:rsidR="00816420" w:rsidRPr="00816420">
              <w:t>NO Utility or Service Affect.   Notice of ongoing work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4C8BD683" w:rsidR="00F7502F" w:rsidRDefault="00C81886">
            <w:r>
              <w:t>Fire Stopping</w:t>
            </w:r>
          </w:p>
        </w:tc>
      </w:tr>
    </w:tbl>
    <w:p w14:paraId="0B0DCAF6" w14:textId="16ABA7A5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AB2C91" w:rsidRPr="007C17EA">
        <w:rPr>
          <w:color w:val="FF0000"/>
          <w:sz w:val="24"/>
          <w:szCs w:val="24"/>
        </w:rPr>
        <w:t>Fire Stopping repairs in University Hospital</w:t>
      </w:r>
      <w:r w:rsidR="007C17EA" w:rsidRPr="007C17EA">
        <w:rPr>
          <w:color w:val="FF0000"/>
          <w:sz w:val="24"/>
          <w:szCs w:val="24"/>
        </w:rPr>
        <w:t xml:space="preserve"> a planned s</w:t>
      </w:r>
      <w:r w:rsidR="007C17EA" w:rsidRPr="007C17EA">
        <w:rPr>
          <w:color w:val="FF0000"/>
          <w:sz w:val="24"/>
          <w:szCs w:val="24"/>
        </w:rPr>
        <w:t>ervice on the second floor of University Hospital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8"/>
        <w:gridCol w:w="7862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color w:val="000000" w:themeColor="text1"/>
            </w:rPr>
            <w:id w:val="347985234"/>
            <w:placeholder>
              <w:docPart w:val="DefaultPlaceholder_-1854013437"/>
            </w:placeholder>
            <w:date w:fullDate="2026-08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255F1945" w:rsidR="00F7502F" w:rsidRPr="0014537E" w:rsidRDefault="007C17EA">
                <w:pPr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8/17/2026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058058BE" w:rsidR="00F7502F" w:rsidRDefault="005D4066">
            <w:r w:rsidRPr="005D4066">
              <w:t>All DAY 630AM-5PM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14CB9F2A" w:rsidR="00F7502F" w:rsidRDefault="005D4066">
            <w:r w:rsidRPr="005D4066">
              <w:t xml:space="preserve">2nd Floor </w:t>
            </w:r>
            <w:proofErr w:type="gramStart"/>
            <w:r w:rsidRPr="005D4066">
              <w:t>UH  All</w:t>
            </w:r>
            <w:proofErr w:type="gramEnd"/>
            <w:r w:rsidRPr="005D4066">
              <w:t xml:space="preserve"> Wings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39C64CD6" w:rsidR="00F7502F" w:rsidRDefault="005D4066">
            <w:pPr>
              <w:spacing w:after="0"/>
            </w:pPr>
            <w:r w:rsidRPr="005D4066">
              <w:t xml:space="preserve">2nd Floor UH ALL Wings </w:t>
            </w:r>
            <w:proofErr w:type="gramStart"/>
            <w:r w:rsidRPr="005D4066">
              <w:t>From</w:t>
            </w:r>
            <w:proofErr w:type="gramEnd"/>
            <w:r w:rsidRPr="005D4066">
              <w:t xml:space="preserve"> Monday 8-17-26 to Thursday 8-20-26.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6B9E184F" w:rsidR="00F7502F" w:rsidRDefault="0073133E">
            <w:pPr>
              <w:spacing w:after="0"/>
            </w:pPr>
            <w:r w:rsidRPr="0073133E">
              <w:t xml:space="preserve">A </w:t>
            </w:r>
            <w:proofErr w:type="gramStart"/>
            <w:r w:rsidRPr="0073133E">
              <w:t>two man</w:t>
            </w:r>
            <w:proofErr w:type="gramEnd"/>
            <w:r w:rsidRPr="0073133E">
              <w:t xml:space="preserve"> crew will continue making fire penetration sealing on the second floor of the hospital.   There will be no interruption to patient care or service. One ceiling tile at a time will be removed to access repairs and replaced before moving on.  All areas serviced will be returned to service as soon as the repairs are completed.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46E9A8F0" w:rsidR="00F7502F" w:rsidRDefault="0073133E">
            <w:pPr>
              <w:spacing w:after="0"/>
            </w:pPr>
            <w:r w:rsidRPr="0073133E">
              <w:t xml:space="preserve">Any special concerns or need will be handled on a </w:t>
            </w:r>
            <w:proofErr w:type="gramStart"/>
            <w:r w:rsidRPr="0073133E">
              <w:t>case by case</w:t>
            </w:r>
            <w:proofErr w:type="gramEnd"/>
            <w:r w:rsidRPr="0073133E">
              <w:t xml:space="preserve"> basis before work begins with Mark Rioux as he visits the area.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0"/>
        <w:gridCol w:w="5320"/>
      </w:tblGrid>
      <w:tr w:rsidR="00F7502F" w14:paraId="3C84EA4E" w14:textId="77777777">
        <w:trPr>
          <w:jc w:val="center"/>
        </w:trPr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1B2467" w14:textId="78E55A2D" w:rsidR="00F7502F" w:rsidRDefault="00371951">
            <w:r>
              <w:t xml:space="preserve">Name: </w:t>
            </w:r>
            <w:r w:rsidR="0073133E">
              <w:t>Mark Rioux</w:t>
            </w:r>
            <w:r>
              <w:br/>
              <w:t>Department:</w:t>
            </w:r>
            <w:r w:rsidR="0073133E">
              <w:t xml:space="preserve"> Physical Plant</w:t>
            </w:r>
            <w:r>
              <w:br/>
              <w:t xml:space="preserve">Phone: </w:t>
            </w:r>
            <w:r w:rsidR="002206C3" w:rsidRPr="002206C3">
              <w:t>315-464-1421</w:t>
            </w:r>
            <w:r>
              <w:br/>
              <w:t xml:space="preserve">Email: </w:t>
            </w:r>
            <w:r w:rsidR="00C81886" w:rsidRPr="00C81886">
              <w:t>RiouxM@upstate.edu</w:t>
            </w:r>
          </w:p>
        </w:tc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0316D" w14:textId="29AAF321" w:rsidR="00F7502F" w:rsidRDefault="00371951">
            <w:r>
              <w:t xml:space="preserve">Name: </w:t>
            </w:r>
            <w:r w:rsidR="0073133E">
              <w:t>Rich Gadomski</w:t>
            </w:r>
            <w:r>
              <w:br/>
              <w:t xml:space="preserve">Department: </w:t>
            </w:r>
            <w:r w:rsidR="0073133E">
              <w:t>Physical Plant</w:t>
            </w:r>
            <w:r>
              <w:br/>
              <w:t xml:space="preserve">Phone: </w:t>
            </w:r>
            <w:r w:rsidR="002206C3" w:rsidRPr="002206C3">
              <w:t>315-464-1519</w:t>
            </w:r>
            <w:r>
              <w:br/>
              <w:t xml:space="preserve">Email: </w:t>
            </w:r>
            <w:r w:rsidR="00C81886" w:rsidRPr="00C81886">
              <w:t>Gadomskr@upstate.edu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14537E"/>
    <w:rsid w:val="0015074B"/>
    <w:rsid w:val="002206C3"/>
    <w:rsid w:val="00281FCA"/>
    <w:rsid w:val="00293DF3"/>
    <w:rsid w:val="0029639D"/>
    <w:rsid w:val="00326F90"/>
    <w:rsid w:val="00371951"/>
    <w:rsid w:val="005D4066"/>
    <w:rsid w:val="006310C1"/>
    <w:rsid w:val="0073133E"/>
    <w:rsid w:val="007C17EA"/>
    <w:rsid w:val="00816420"/>
    <w:rsid w:val="00885377"/>
    <w:rsid w:val="00990FAD"/>
    <w:rsid w:val="009C1C29"/>
    <w:rsid w:val="00A64101"/>
    <w:rsid w:val="00AA1D8D"/>
    <w:rsid w:val="00AB2C91"/>
    <w:rsid w:val="00B47730"/>
    <w:rsid w:val="00BA6945"/>
    <w:rsid w:val="00C13593"/>
    <w:rsid w:val="00C81886"/>
    <w:rsid w:val="00CB0664"/>
    <w:rsid w:val="00CD4B48"/>
    <w:rsid w:val="00CF7E9F"/>
    <w:rsid w:val="00D77189"/>
    <w:rsid w:val="00E35525"/>
    <w:rsid w:val="00E407BC"/>
    <w:rsid w:val="00F7502F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62A4-98AC-4E6B-BE55-D1361A2FE353}"/>
      </w:docPartPr>
      <w:docPartBody>
        <w:p w:rsidR="00B04090" w:rsidRDefault="004F61F7">
          <w:r w:rsidRPr="009D4C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745706" w:rsidP="00745706">
          <w:pPr>
            <w:pStyle w:val="BAAFDB2D68AE44D5B6DD5BEEBEF1154D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745706" w:rsidP="00745706">
          <w:pPr>
            <w:pStyle w:val="E137C48A8C4846439BB7230A9B488FD9"/>
          </w:pPr>
          <w:r w:rsidRPr="005F21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E1623"/>
    <w:rsid w:val="00281FCA"/>
    <w:rsid w:val="00293DF3"/>
    <w:rsid w:val="004F61F7"/>
    <w:rsid w:val="00745706"/>
    <w:rsid w:val="00B04090"/>
    <w:rsid w:val="00E105DB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706"/>
    <w:rPr>
      <w:color w:val="666666"/>
    </w:rPr>
  </w:style>
  <w:style w:type="paragraph" w:customStyle="1" w:styleId="BAAFDB2D68AE44D5B6DD5BEEBEF1154D">
    <w:name w:val="BAAFDB2D68AE44D5B6DD5BEEBEF1154D"/>
    <w:rsid w:val="00745706"/>
  </w:style>
  <w:style w:type="paragraph" w:customStyle="1" w:styleId="E137C48A8C4846439BB7230A9B488FD9">
    <w:name w:val="E137C48A8C4846439BB7230A9B488FD9"/>
    <w:rsid w:val="00745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Jason Tarantino</cp:lastModifiedBy>
  <cp:revision>2</cp:revision>
  <dcterms:created xsi:type="dcterms:W3CDTF">2026-08-14T11:20:00Z</dcterms:created>
  <dcterms:modified xsi:type="dcterms:W3CDTF">2026-08-14T11:20:00Z</dcterms:modified>
  <cp:category/>
</cp:coreProperties>
</file>