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7875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2C5C1E8D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Content>
                <w:r w:rsidR="007267E3">
                  <w:rPr>
                    <w:rFonts w:ascii="Times New Roman" w:eastAsia="Times New Roman" w:hAnsi="Times New Roman" w:cs="Times New Roman"/>
                    <w:b/>
                    <w:sz w:val="28"/>
                  </w:rPr>
                  <w:t>Service Interruption</w:t>
                </w:r>
              </w:sdtContent>
            </w:sdt>
          </w:p>
          <w:p w14:paraId="6EE519E1" w14:textId="27F6698D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3A651183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Content>
                <w:r w:rsidR="007267E3">
                  <w:rPr>
                    <w:rFonts w:ascii="Times New Roman" w:eastAsia="Times New Roman" w:hAnsi="Times New Roman" w:cs="Times New Roman"/>
                    <w:b/>
                    <w:sz w:val="32"/>
                  </w:rPr>
                  <w:t>HVAC</w:t>
                </w:r>
              </w:sdtContent>
            </w:sdt>
          </w:p>
          <w:p w14:paraId="28E86206" w14:textId="543AA6EE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5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393">
              <w:t xml:space="preserve"> Other: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46F91540" w:rsidR="00F7502F" w:rsidRPr="00CE1D53" w:rsidRDefault="00CE1D53" w:rsidP="00CE1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1D53">
              <w:rPr>
                <w:rFonts w:ascii="Times New Roman" w:eastAsia="Times New Roman" w:hAnsi="Times New Roman" w:cs="Times New Roman"/>
                <w:color w:val="0E2841"/>
                <w:sz w:val="36"/>
                <w:szCs w:val="36"/>
              </w:rPr>
              <w:t>3W Biplane Project 151195 / 1155</w:t>
            </w:r>
          </w:p>
        </w:tc>
      </w:tr>
    </w:tbl>
    <w:p w14:paraId="2B30019B" w14:textId="34EF5E8E" w:rsidR="00F7502F" w:rsidRDefault="00371951" w:rsidP="00E47474">
      <w:pPr>
        <w:spacing w:before="100"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0"/>
        <w:gridCol w:w="7870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000000" w:themeColor="text1"/>
            </w:rPr>
            <w:id w:val="347985234"/>
            <w:placeholder>
              <w:docPart w:val="DefaultPlaceholder_-1854013437"/>
            </w:placeholder>
            <w:date w:fullDate="2026-08-3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6EE5D31E" w:rsidR="00F7502F" w:rsidRPr="0014537E" w:rsidRDefault="00E47474">
                <w:pPr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8/31/2026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05744C8C" w:rsidR="00F7502F" w:rsidRPr="00426E00" w:rsidRDefault="00E47474" w:rsidP="0042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474">
              <w:rPr>
                <w:rFonts w:ascii="Times New Roman" w:eastAsia="Times New Roman" w:hAnsi="Times New Roman" w:cs="Times New Roman"/>
                <w:color w:val="0E2841"/>
                <w:sz w:val="36"/>
                <w:szCs w:val="36"/>
              </w:rPr>
              <w:t>0700 - 1400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62B2C25A" w:rsidR="00F7502F" w:rsidRPr="00E950AC" w:rsidRDefault="00E950AC" w:rsidP="00E9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AC">
              <w:rPr>
                <w:rFonts w:ascii="Times New Roman" w:eastAsia="Times New Roman" w:hAnsi="Times New Roman" w:cs="Times New Roman"/>
                <w:color w:val="0E2841"/>
                <w:sz w:val="36"/>
                <w:szCs w:val="36"/>
              </w:rPr>
              <w:t>UH 3W Conference room 3430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1BCEA1AA" w:rsidR="00F7502F" w:rsidRPr="00E950AC" w:rsidRDefault="00E950AC" w:rsidP="00E95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0AC">
              <w:rPr>
                <w:rFonts w:ascii="Times New Roman" w:eastAsia="Times New Roman" w:hAnsi="Times New Roman" w:cs="Times New Roman"/>
                <w:color w:val="0E2841"/>
                <w:sz w:val="36"/>
                <w:szCs w:val="36"/>
              </w:rPr>
              <w:t>BL-1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AD37A6" w14:textId="77777777" w:rsidR="00AE273B" w:rsidRDefault="009C02D8" w:rsidP="00046CE8">
            <w:pPr>
              <w:spacing w:line="360" w:lineRule="auto"/>
            </w:pPr>
            <w:r w:rsidRPr="005B109D">
              <w:rPr>
                <w:b/>
                <w:bCs/>
                <w:sz w:val="28"/>
                <w:szCs w:val="28"/>
              </w:rPr>
              <w:t>BL-</w:t>
            </w:r>
            <w:proofErr w:type="gramStart"/>
            <w:r w:rsidRPr="005B109D">
              <w:rPr>
                <w:b/>
                <w:bCs/>
                <w:sz w:val="28"/>
                <w:szCs w:val="28"/>
              </w:rPr>
              <w:t>11</w:t>
            </w:r>
            <w:r w:rsidR="005B109D">
              <w:rPr>
                <w:b/>
                <w:bCs/>
                <w:sz w:val="28"/>
                <w:szCs w:val="28"/>
              </w:rPr>
              <w:t xml:space="preserve">  </w:t>
            </w:r>
            <w:r w:rsidR="00046CE8" w:rsidRPr="005B109D">
              <w:rPr>
                <w:b/>
                <w:bCs/>
                <w:sz w:val="28"/>
                <w:szCs w:val="28"/>
              </w:rPr>
              <w:t>-</w:t>
            </w:r>
            <w:proofErr w:type="gramEnd"/>
            <w:r>
              <w:tab/>
            </w:r>
          </w:p>
          <w:p w14:paraId="51E8EBFB" w14:textId="269B8092" w:rsidR="00046CE8" w:rsidRDefault="00AE273B" w:rsidP="00046CE8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="009C02D8" w:rsidRPr="005B109D">
              <w:rPr>
                <w:b/>
                <w:bCs/>
                <w:sz w:val="24"/>
                <w:szCs w:val="24"/>
              </w:rPr>
              <w:t xml:space="preserve">2 </w:t>
            </w:r>
            <w:proofErr w:type="gramStart"/>
            <w:r w:rsidR="009C02D8" w:rsidRPr="005B109D">
              <w:rPr>
                <w:b/>
                <w:bCs/>
                <w:sz w:val="24"/>
                <w:szCs w:val="24"/>
              </w:rPr>
              <w:t>W</w:t>
            </w:r>
            <w:r w:rsidR="00046CE8" w:rsidRPr="005B109D">
              <w:rPr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="00046CE8" w:rsidRPr="0091158F">
              <w:rPr>
                <w:b/>
                <w:bCs/>
                <w:sz w:val="18"/>
                <w:szCs w:val="18"/>
              </w:rPr>
              <w:t xml:space="preserve"> </w:t>
            </w:r>
            <w:r w:rsidR="00046CE8" w:rsidRPr="0091158F">
              <w:rPr>
                <w:b/>
                <w:bCs/>
                <w:sz w:val="18"/>
                <w:szCs w:val="18"/>
              </w:rPr>
              <w:t>2400, 2401, 2402, 2406, 2407, 2408, 2409, 2410, 2413, 2414,2415, 2416, 2417, 2418, 2419, 2420, 2420A, 2420B, 2421, 2422,2423, 2424, 2425, 2426, 2427, 2428, 2429, 2430, 2431, 2432,2433, 2500, 2504, 2600, 2604, 2605, 2606, 2607, 2608, 2609,2610, 2611, 2612, 2613, 2614, 2615, 2616, 2617, 2620, 2621,</w:t>
            </w:r>
            <w:r w:rsidR="00046CE8">
              <w:rPr>
                <w:b/>
                <w:bCs/>
                <w:sz w:val="18"/>
                <w:szCs w:val="18"/>
              </w:rPr>
              <w:t xml:space="preserve"> </w:t>
            </w:r>
            <w:r w:rsidR="00046CE8" w:rsidRPr="0091158F">
              <w:rPr>
                <w:b/>
                <w:bCs/>
                <w:i/>
                <w:iCs/>
                <w:sz w:val="18"/>
                <w:szCs w:val="18"/>
              </w:rPr>
              <w:t>2623, 2624, 2625, 2626, 2627, 2628, 2629, 2630, 2631, 2632,</w:t>
            </w:r>
            <w:r w:rsidR="00046CE8">
              <w:rPr>
                <w:b/>
                <w:bCs/>
                <w:sz w:val="18"/>
                <w:szCs w:val="18"/>
              </w:rPr>
              <w:t xml:space="preserve"> </w:t>
            </w:r>
            <w:r w:rsidR="00046CE8" w:rsidRPr="0091158F">
              <w:rPr>
                <w:b/>
                <w:bCs/>
                <w:sz w:val="18"/>
                <w:szCs w:val="18"/>
              </w:rPr>
              <w:t>2633, 2634, 2635, 2636, 2637, 2638</w:t>
            </w:r>
          </w:p>
          <w:p w14:paraId="6C5E2EBD" w14:textId="0D2D71AE" w:rsidR="00F7502F" w:rsidRPr="005B109D" w:rsidRDefault="005B109D" w:rsidP="005B109D">
            <w:pPr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t xml:space="preserve">             </w:t>
            </w:r>
            <w:r w:rsidR="009C02D8" w:rsidRPr="005B109D">
              <w:rPr>
                <w:b/>
                <w:bCs/>
                <w:sz w:val="24"/>
                <w:szCs w:val="24"/>
              </w:rPr>
              <w:t>3</w:t>
            </w:r>
            <w:r w:rsidRPr="005B109D">
              <w:rPr>
                <w:b/>
                <w:bCs/>
                <w:sz w:val="24"/>
                <w:szCs w:val="24"/>
              </w:rPr>
              <w:t xml:space="preserve"> </w:t>
            </w:r>
            <w:r w:rsidR="009C02D8" w:rsidRPr="005B109D">
              <w:rPr>
                <w:b/>
                <w:bCs/>
                <w:sz w:val="24"/>
                <w:szCs w:val="24"/>
              </w:rPr>
              <w:t>W</w:t>
            </w:r>
            <w:r w:rsidRPr="005B109D">
              <w:rPr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  <w:r w:rsidRPr="0091158F">
              <w:rPr>
                <w:b/>
                <w:bCs/>
                <w:sz w:val="18"/>
                <w:szCs w:val="18"/>
              </w:rPr>
              <w:t>3400, 3401, 3402, 3403, 3404, 3407, 3408, 3409, 3410, 3412,3413, 3415, 3416, 3417, 3418, 3419, 3410, 3412, 3413, 3415,3416, 3417, 3418, 3419,3420, 3421, 3422, 3423, 3424, 342S,3426, 3427, 3428, 3429, 3430, 3431, 3500, 3501, 3502, 3502A,3503, 3504, 3505, 3506, 3507, 3510, 3S13, 3517, 3518, 3519,3600, 3601, 3603, 3605, 3606, 3607, 3608,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1158F">
              <w:rPr>
                <w:b/>
                <w:bCs/>
                <w:sz w:val="18"/>
                <w:szCs w:val="18"/>
              </w:rPr>
              <w:t>3609, 3611, 3613,3614, 3616, 3617, 3618, 3600, 3621, 3623, 3626, 3627, 3629,3630, 3631, 3632, 3637, 3638</w:t>
            </w:r>
            <w:r w:rsidR="009C02D8">
              <w:tab/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5D6A06D0" w:rsidR="00F7502F" w:rsidRDefault="00F7502F">
            <w:pPr>
              <w:spacing w:after="0"/>
            </w:pP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21"/>
        <w:gridCol w:w="5319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16FBB608" w:rsidR="00F7502F" w:rsidRDefault="00371951">
            <w:r>
              <w:lastRenderedPageBreak/>
              <w:t>Na</w:t>
            </w:r>
            <w:r w:rsidR="000B4393">
              <w:t>me:</w:t>
            </w:r>
            <w:r>
              <w:t xml:space="preserve"> </w:t>
            </w:r>
            <w:r w:rsidR="00AE273B" w:rsidRPr="00AE273B">
              <w:t>Richard Peterson</w:t>
            </w:r>
            <w:r>
              <w:br/>
              <w:t>Department:</w:t>
            </w:r>
            <w:r w:rsidR="0073133E">
              <w:t xml:space="preserve"> </w:t>
            </w:r>
            <w:r w:rsidR="00CA49DB" w:rsidRPr="00CA49DB">
              <w:t>Design &amp; Construction</w:t>
            </w:r>
            <w:r>
              <w:br/>
              <w:t xml:space="preserve">Phone: </w:t>
            </w:r>
            <w:r w:rsidR="00CA49DB" w:rsidRPr="00CA49DB">
              <w:t>860-885-4345</w:t>
            </w:r>
            <w:r>
              <w:br/>
              <w:t xml:space="preserve">Email: </w:t>
            </w:r>
            <w:r w:rsidR="00CA49DB" w:rsidRPr="00CA49DB">
              <w:t>PetersRi@upstate.edu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62BB09EB" w:rsidR="00F7502F" w:rsidRDefault="00371951">
            <w:r>
              <w:t xml:space="preserve">Name: </w:t>
            </w:r>
            <w:r>
              <w:br/>
              <w:t xml:space="preserve">Department: </w:t>
            </w:r>
            <w:r>
              <w:br/>
              <w:t xml:space="preserve">Phone: </w:t>
            </w:r>
            <w:r>
              <w:br/>
              <w:t xml:space="preserve">Email: 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46CE8"/>
    <w:rsid w:val="0006063C"/>
    <w:rsid w:val="000B4393"/>
    <w:rsid w:val="0014537E"/>
    <w:rsid w:val="0015074B"/>
    <w:rsid w:val="002206C3"/>
    <w:rsid w:val="00281FCA"/>
    <w:rsid w:val="00293DF3"/>
    <w:rsid w:val="0029639D"/>
    <w:rsid w:val="00326F90"/>
    <w:rsid w:val="00371951"/>
    <w:rsid w:val="00380FAD"/>
    <w:rsid w:val="00426E00"/>
    <w:rsid w:val="00483B28"/>
    <w:rsid w:val="005B109D"/>
    <w:rsid w:val="005D4066"/>
    <w:rsid w:val="006310C1"/>
    <w:rsid w:val="007267E3"/>
    <w:rsid w:val="0073133E"/>
    <w:rsid w:val="007C17EA"/>
    <w:rsid w:val="00816420"/>
    <w:rsid w:val="00885377"/>
    <w:rsid w:val="00903F24"/>
    <w:rsid w:val="009605B7"/>
    <w:rsid w:val="009C02D8"/>
    <w:rsid w:val="009C1C29"/>
    <w:rsid w:val="00A64101"/>
    <w:rsid w:val="00A8324F"/>
    <w:rsid w:val="00AA1D8D"/>
    <w:rsid w:val="00AB2C91"/>
    <w:rsid w:val="00AE273B"/>
    <w:rsid w:val="00B47730"/>
    <w:rsid w:val="00BA6945"/>
    <w:rsid w:val="00C13593"/>
    <w:rsid w:val="00C3399D"/>
    <w:rsid w:val="00C46262"/>
    <w:rsid w:val="00C81886"/>
    <w:rsid w:val="00CA49DB"/>
    <w:rsid w:val="00CB0664"/>
    <w:rsid w:val="00CD4B48"/>
    <w:rsid w:val="00CE1D53"/>
    <w:rsid w:val="00CF7E9F"/>
    <w:rsid w:val="00D77189"/>
    <w:rsid w:val="00E35525"/>
    <w:rsid w:val="00E407BC"/>
    <w:rsid w:val="00E47474"/>
    <w:rsid w:val="00E950AC"/>
    <w:rsid w:val="00EE3E2F"/>
    <w:rsid w:val="00EF09B6"/>
    <w:rsid w:val="00F7502F"/>
    <w:rsid w:val="00FC693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281FCA"/>
    <w:rsid w:val="00293DF3"/>
    <w:rsid w:val="002F0DC4"/>
    <w:rsid w:val="00381A18"/>
    <w:rsid w:val="004F61F7"/>
    <w:rsid w:val="00745706"/>
    <w:rsid w:val="00903F24"/>
    <w:rsid w:val="00A8324F"/>
    <w:rsid w:val="00B04090"/>
    <w:rsid w:val="00CC5277"/>
    <w:rsid w:val="00D81268"/>
    <w:rsid w:val="00E105DB"/>
    <w:rsid w:val="00EE3E2F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Jason Tarantino</cp:lastModifiedBy>
  <cp:revision>37</cp:revision>
  <dcterms:created xsi:type="dcterms:W3CDTF">2026-08-11T18:56:00Z</dcterms:created>
  <dcterms:modified xsi:type="dcterms:W3CDTF">2026-08-21T12:14:00Z</dcterms:modified>
  <cp:category/>
</cp:coreProperties>
</file>