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701CB428" w:rsidR="00E35525" w:rsidRDefault="00551AE9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DB3CC1">
                  <w:rPr>
                    <w:rStyle w:val="Style7"/>
                  </w:rPr>
                  <w:t>Planned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551AE9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ED4BE81" w:rsidR="00F7502F" w:rsidRDefault="00675155">
            <w:r w:rsidRPr="00675155">
              <w:rPr>
                <w:color w:val="FF0000"/>
              </w:rPr>
              <w:t xml:space="preserve">NO GRID POWER </w:t>
            </w:r>
          </w:p>
        </w:tc>
      </w:tr>
    </w:tbl>
    <w:p w14:paraId="0B0DCAF6" w14:textId="70B9F310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National Grid E</w:t>
      </w:r>
      <w:r w:rsidR="00333350">
        <w:rPr>
          <w:b/>
          <w:sz w:val="24"/>
          <w:szCs w:val="24"/>
        </w:rPr>
        <w:t>me</w:t>
      </w:r>
      <w:r w:rsidR="00FF2D3D">
        <w:rPr>
          <w:b/>
          <w:sz w:val="24"/>
          <w:szCs w:val="24"/>
        </w:rPr>
        <w:t>rgency repairs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8-26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0DCDBC22" w:rsidR="00F7502F" w:rsidRPr="0014537E" w:rsidRDefault="00333350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8/2</w:t>
                </w:r>
                <w:r w:rsidR="00505D7B">
                  <w:rPr>
                    <w:rStyle w:val="Style3"/>
                  </w:rPr>
                  <w:t>6</w:t>
                </w:r>
                <w:r>
                  <w:rPr>
                    <w:rStyle w:val="Style3"/>
                  </w:rPr>
                  <w:t>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5021261A" w:rsidR="00F7502F" w:rsidRPr="00D1109E" w:rsidRDefault="0015594D">
            <w:r>
              <w:t>1800 – Until work is complete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4F0A99A4" w:rsidR="00F7502F" w:rsidRDefault="0015594D">
            <w:r>
              <w:t>550 Harrison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59F2B820" w:rsidR="00F7502F" w:rsidRDefault="00BF3224">
            <w:pPr>
              <w:spacing w:after="0"/>
            </w:pPr>
            <w:r>
              <w:t>550 Harrison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039596A4" w:rsidR="00F7502F" w:rsidRDefault="003313D1">
            <w:pPr>
              <w:spacing w:after="0"/>
            </w:pPr>
            <w:r w:rsidRPr="000F79A4">
              <w:rPr>
                <w:color w:val="FF0000"/>
              </w:rPr>
              <w:t xml:space="preserve">Will ONLY have generator power at this time.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77777777" w:rsidR="00F7502F" w:rsidRDefault="00371951">
            <w:pPr>
              <w:spacing w:after="0"/>
            </w:pPr>
            <w:r>
              <w:t>[Enter any additional notes, if applicable.]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F79A4"/>
    <w:rsid w:val="0014537E"/>
    <w:rsid w:val="0015074B"/>
    <w:rsid w:val="0015594D"/>
    <w:rsid w:val="001B2FC9"/>
    <w:rsid w:val="001E637C"/>
    <w:rsid w:val="00281FCA"/>
    <w:rsid w:val="0029639D"/>
    <w:rsid w:val="00313584"/>
    <w:rsid w:val="00326F90"/>
    <w:rsid w:val="003313D1"/>
    <w:rsid w:val="00333350"/>
    <w:rsid w:val="00371951"/>
    <w:rsid w:val="0042261A"/>
    <w:rsid w:val="004D19E3"/>
    <w:rsid w:val="00505D7B"/>
    <w:rsid w:val="005A3F01"/>
    <w:rsid w:val="005C621F"/>
    <w:rsid w:val="005D000B"/>
    <w:rsid w:val="00675155"/>
    <w:rsid w:val="007403A4"/>
    <w:rsid w:val="0088117E"/>
    <w:rsid w:val="00885377"/>
    <w:rsid w:val="009B1041"/>
    <w:rsid w:val="009C1C29"/>
    <w:rsid w:val="00A64101"/>
    <w:rsid w:val="00AA1D8D"/>
    <w:rsid w:val="00B47730"/>
    <w:rsid w:val="00BA6945"/>
    <w:rsid w:val="00BF3224"/>
    <w:rsid w:val="00C13593"/>
    <w:rsid w:val="00CB0664"/>
    <w:rsid w:val="00CD4B48"/>
    <w:rsid w:val="00CD7E15"/>
    <w:rsid w:val="00CF7E9F"/>
    <w:rsid w:val="00D1109E"/>
    <w:rsid w:val="00D77189"/>
    <w:rsid w:val="00DB3CC1"/>
    <w:rsid w:val="00E257F0"/>
    <w:rsid w:val="00E35525"/>
    <w:rsid w:val="00E407BC"/>
    <w:rsid w:val="00F7502F"/>
    <w:rsid w:val="00FB7EE1"/>
    <w:rsid w:val="00FC693F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1B2FC9"/>
    <w:rsid w:val="002674E0"/>
    <w:rsid w:val="00281FCA"/>
    <w:rsid w:val="0028690E"/>
    <w:rsid w:val="0042261A"/>
    <w:rsid w:val="004F61F7"/>
    <w:rsid w:val="005D5522"/>
    <w:rsid w:val="007403A4"/>
    <w:rsid w:val="00742A53"/>
    <w:rsid w:val="00745706"/>
    <w:rsid w:val="00832B1A"/>
    <w:rsid w:val="00837926"/>
    <w:rsid w:val="00950D27"/>
    <w:rsid w:val="00B04090"/>
    <w:rsid w:val="00D4571E"/>
    <w:rsid w:val="00E105DB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2026-08-25T15:01:00Z</dcterms:created>
  <dcterms:modified xsi:type="dcterms:W3CDTF">2026-08-25T15:01:00Z</dcterms:modified>
  <cp:category/>
</cp:coreProperties>
</file>