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0D11D90" w14:textId="77777777" w:rsidR="00F7502F" w:rsidRPr="00CF7E9F" w:rsidRDefault="00371951">
      <w:pPr>
        <w:spacing w:after="0"/>
        <w:jc w:val="center"/>
        <w:rPr>
          <w:rFonts w:ascii="Times New Roman" w:hAnsi="Times New Roman" w:cs="Times New Roman"/>
          <w:color w:val="1F497D" w:themeColor="text2"/>
          <w:sz w:val="36"/>
          <w:szCs w:val="36"/>
        </w:rPr>
      </w:pPr>
      <w:r w:rsidRPr="00CF7E9F">
        <w:rPr>
          <w:rFonts w:ascii="Times New Roman" w:hAnsi="Times New Roman" w:cs="Times New Roman"/>
          <w:b/>
          <w:color w:val="1F497D" w:themeColor="text2"/>
          <w:sz w:val="36"/>
          <w:szCs w:val="36"/>
        </w:rPr>
        <w:t>UPSTATE PHYSICAL PLANT</w:t>
      </w:r>
    </w:p>
    <w:p w14:paraId="0167F00A" w14:textId="77777777" w:rsidR="00F7502F" w:rsidRPr="00D77189" w:rsidRDefault="00371951">
      <w:pPr>
        <w:spacing w:after="120"/>
        <w:jc w:val="center"/>
        <w:rPr>
          <w:color w:val="C00000"/>
        </w:rPr>
      </w:pPr>
      <w:r w:rsidRPr="00D77189">
        <w:rPr>
          <w:b/>
          <w:color w:val="C00000"/>
          <w:sz w:val="26"/>
        </w:rPr>
        <w:t>NOTIFICATION</w:t>
      </w: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2742"/>
        <w:gridCol w:w="7898"/>
      </w:tblGrid>
      <w:tr w:rsidR="00F7502F" w14:paraId="661ECF99" w14:textId="77777777">
        <w:trPr>
          <w:jc w:val="center"/>
        </w:trPr>
        <w:tc>
          <w:tcPr>
            <w:tcW w:w="2880" w:type="dxa"/>
            <w:tcBorders>
              <w:top w:val="single" w:sz="6" w:space="0" w:color="B7B7B7"/>
              <w:left w:val="single" w:sz="6" w:space="0" w:color="B7B7B7"/>
              <w:bottom w:val="single" w:sz="6" w:space="0" w:color="B7B7B7"/>
              <w:right w:val="single" w:sz="6" w:space="0" w:color="B7B7B7"/>
            </w:tcBorders>
            <w:shd w:val="clear" w:color="auto" w:fill="EDEDED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0B705121" w14:textId="77777777" w:rsidR="00F7502F" w:rsidRDefault="00371951">
            <w:r>
              <w:rPr>
                <w:b/>
              </w:rPr>
              <w:t>Notification Type:</w:t>
            </w:r>
          </w:p>
        </w:tc>
        <w:tc>
          <w:tcPr>
            <w:tcW w:w="8352" w:type="dxa"/>
            <w:tcBorders>
              <w:top w:val="single" w:sz="6" w:space="0" w:color="B7B7B7"/>
              <w:left w:val="single" w:sz="6" w:space="0" w:color="B7B7B7"/>
              <w:bottom w:val="single" w:sz="6" w:space="0" w:color="B7B7B7"/>
              <w:right w:val="single" w:sz="6" w:space="0" w:color="B7B7B7"/>
            </w:tcBorders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7E1FC13B" w14:textId="40D5AFDA" w:rsidR="00E35525" w:rsidRDefault="006377FD">
            <w:sdt>
              <w:sdtPr>
                <w:rPr>
                  <w:rFonts w:ascii="Times New Roman" w:eastAsia="Times New Roman" w:hAnsi="Times New Roman" w:cs="Times New Roman"/>
                  <w:b/>
                  <w:sz w:val="28"/>
                </w:rPr>
                <w:id w:val="-1446147997"/>
                <w:placeholder>
                  <w:docPart w:val="BAAFDB2D68AE44D5B6DD5BEEBEF1154D"/>
                </w:placeholder>
                <w:dropDownList>
                  <w:listItem w:value="Choose an item."/>
                  <w:listItem w:displayText="Planned Outage" w:value="Planned Outage"/>
                  <w:listItem w:displayText="Emergency Outage" w:value="Emergency Outage"/>
                  <w:listItem w:displayText="Maintenance" w:value="Maintenance"/>
                  <w:listItem w:displayText="Service Interruption" w:value="Service Interruption"/>
                  <w:listItem w:displayText="Restoration Notice" w:value="Restoration Notice"/>
                  <w:listItem w:displayText="Project Update" w:value="Project Update"/>
                </w:dropDownList>
              </w:sdtPr>
              <w:sdtEndPr/>
              <w:sdtContent>
                <w:r w:rsidR="001F79A2">
                  <w:rPr>
                    <w:rFonts w:ascii="Times New Roman" w:eastAsia="Times New Roman" w:hAnsi="Times New Roman" w:cs="Times New Roman"/>
                    <w:b/>
                    <w:sz w:val="28"/>
                  </w:rPr>
                  <w:t>Service Interruption</w:t>
                </w:r>
              </w:sdtContent>
            </w:sdt>
          </w:p>
          <w:p w14:paraId="6EE519E1" w14:textId="26FCBECE" w:rsidR="00F7502F" w:rsidRDefault="00E35525">
            <w:r>
              <w:t xml:space="preserve"> </w:t>
            </w:r>
            <w:sdt>
              <w:sdtPr>
                <w:id w:val="-147998439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371951">
              <w:t>Other: __________________________</w:t>
            </w:r>
          </w:p>
        </w:tc>
      </w:tr>
      <w:tr w:rsidR="00F7502F" w14:paraId="76054257" w14:textId="77777777">
        <w:trPr>
          <w:jc w:val="center"/>
        </w:trPr>
        <w:tc>
          <w:tcPr>
            <w:tcW w:w="2880" w:type="dxa"/>
            <w:tcBorders>
              <w:top w:val="single" w:sz="6" w:space="0" w:color="B7B7B7"/>
              <w:left w:val="single" w:sz="6" w:space="0" w:color="B7B7B7"/>
              <w:bottom w:val="single" w:sz="6" w:space="0" w:color="B7B7B7"/>
              <w:right w:val="single" w:sz="6" w:space="0" w:color="B7B7B7"/>
            </w:tcBorders>
            <w:shd w:val="clear" w:color="auto" w:fill="EDEDED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470F16BE" w14:textId="77777777" w:rsidR="00F7502F" w:rsidRDefault="00371951">
            <w:r>
              <w:rPr>
                <w:b/>
              </w:rPr>
              <w:t>Utility / Service Affected:</w:t>
            </w:r>
          </w:p>
        </w:tc>
        <w:tc>
          <w:tcPr>
            <w:tcW w:w="8352" w:type="dxa"/>
            <w:tcBorders>
              <w:top w:val="single" w:sz="6" w:space="0" w:color="B7B7B7"/>
              <w:left w:val="single" w:sz="6" w:space="0" w:color="B7B7B7"/>
              <w:bottom w:val="single" w:sz="6" w:space="0" w:color="B7B7B7"/>
              <w:right w:val="single" w:sz="6" w:space="0" w:color="B7B7B7"/>
            </w:tcBorders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2E901293" w14:textId="7E065C2E" w:rsidR="00E35525" w:rsidRDefault="006377FD">
            <w:sdt>
              <w:sdtPr>
                <w:rPr>
                  <w:rFonts w:ascii="Times New Roman" w:eastAsia="Times New Roman" w:hAnsi="Times New Roman" w:cs="Times New Roman"/>
                  <w:b/>
                  <w:sz w:val="32"/>
                </w:rPr>
                <w:id w:val="1878893849"/>
                <w:placeholder>
                  <w:docPart w:val="E137C48A8C4846439BB7230A9B488FD9"/>
                </w:placeholder>
                <w:dropDownList>
                  <w:listItem w:value="Choose an item."/>
                  <w:listItem w:displayText="Electrical" w:value="Electrical"/>
                  <w:listItem w:displayText="Emergency Power" w:value="Emergency Power"/>
                  <w:listItem w:displayText="HVAC" w:value="HVAC"/>
                  <w:listItem w:displayText="Plumbing" w:value="Plumbing"/>
                  <w:listItem w:displayText="Pneumatic Tube (P-Tube)" w:value="Pneumatic Tube (P-Tube)"/>
                  <w:listItem w:displayText="Fire Alarm" w:value="Fire Alarm"/>
                  <w:listItem w:displayText="Nurse Call" w:value="Nurse Call"/>
                  <w:listItem w:displayText="Elevator" w:value="Elevator"/>
                  <w:listItem w:displayText="Domestic Water" w:value="Domestic Water"/>
                  <w:listItem w:displayText="Domestic Hot Water" w:value="Domestic Hot Water"/>
                  <w:listItem w:displayText="Steam" w:value="Steam"/>
                  <w:listItem w:displayText="Chilled Water" w:value="Chilled Water"/>
                  <w:listItem w:displayText="Medical Gas" w:value="Medical Gas"/>
                  <w:listItem w:displayText="Mechanical Equipment" w:value="Mechanical Equipment"/>
                  <w:listItem w:displayText="Building Automation (BAS)" w:value="Building Automation (BAS)"/>
                </w:dropDownList>
              </w:sdtPr>
              <w:sdtEndPr/>
              <w:sdtContent>
                <w:r w:rsidR="004C330E">
                  <w:rPr>
                    <w:rFonts w:ascii="Times New Roman" w:eastAsia="Times New Roman" w:hAnsi="Times New Roman" w:cs="Times New Roman"/>
                    <w:b/>
                    <w:sz w:val="32"/>
                  </w:rPr>
                  <w:t>HVAC</w:t>
                </w:r>
              </w:sdtContent>
            </w:sdt>
          </w:p>
          <w:p w14:paraId="28E86206" w14:textId="5A5ED956" w:rsidR="00F7502F" w:rsidRDefault="00371951">
            <w:r>
              <w:t xml:space="preserve"> </w:t>
            </w:r>
            <w:sdt>
              <w:sdtPr>
                <w:id w:val="122968410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F205E">
                  <w:rPr>
                    <w:rFonts w:ascii="MS Gothic" w:eastAsia="MS Gothic" w:hAnsi="MS Gothic" w:hint="eastAsia"/>
                  </w:rPr>
                  <w:t>☒</w:t>
                </w:r>
              </w:sdtContent>
            </w:sdt>
            <w:r>
              <w:t>Other: ___________</w:t>
            </w:r>
            <w:r w:rsidR="004C330E">
              <w:t>Natural Gas</w:t>
            </w:r>
            <w:r>
              <w:t>_______________</w:t>
            </w:r>
          </w:p>
        </w:tc>
      </w:tr>
      <w:tr w:rsidR="00F7502F" w14:paraId="2E8DA55E" w14:textId="77777777">
        <w:trPr>
          <w:jc w:val="center"/>
        </w:trPr>
        <w:tc>
          <w:tcPr>
            <w:tcW w:w="2880" w:type="dxa"/>
            <w:tcBorders>
              <w:top w:val="single" w:sz="6" w:space="0" w:color="B7B7B7"/>
              <w:left w:val="single" w:sz="6" w:space="0" w:color="B7B7B7"/>
              <w:bottom w:val="single" w:sz="6" w:space="0" w:color="B7B7B7"/>
              <w:right w:val="single" w:sz="6" w:space="0" w:color="B7B7B7"/>
            </w:tcBorders>
            <w:shd w:val="clear" w:color="auto" w:fill="EDEDED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42CEEC5B" w14:textId="77777777" w:rsidR="00F7502F" w:rsidRDefault="00371951">
            <w:r>
              <w:rPr>
                <w:b/>
              </w:rPr>
              <w:t>Subject:</w:t>
            </w:r>
          </w:p>
        </w:tc>
        <w:tc>
          <w:tcPr>
            <w:tcW w:w="8352" w:type="dxa"/>
            <w:tcBorders>
              <w:top w:val="single" w:sz="6" w:space="0" w:color="B7B7B7"/>
              <w:left w:val="single" w:sz="6" w:space="0" w:color="B7B7B7"/>
              <w:bottom w:val="single" w:sz="6" w:space="0" w:color="B7B7B7"/>
              <w:right w:val="single" w:sz="6" w:space="0" w:color="B7B7B7"/>
            </w:tcBorders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174E3681" w14:textId="6F014DC0" w:rsidR="00F7502F" w:rsidRDefault="00B73C9A">
            <w:r>
              <w:t>Reduced Cooling Capacity in UH Main Hospital</w:t>
            </w:r>
          </w:p>
        </w:tc>
      </w:tr>
    </w:tbl>
    <w:p w14:paraId="0B0DCAF6" w14:textId="102CAADE" w:rsidR="00F7502F" w:rsidRDefault="00371951">
      <w:pPr>
        <w:spacing w:before="100" w:after="60"/>
      </w:pPr>
      <w:r w:rsidRPr="00E407BC">
        <w:rPr>
          <w:b/>
          <w:sz w:val="24"/>
          <w:szCs w:val="24"/>
        </w:rPr>
        <w:t>To support</w:t>
      </w:r>
      <w:r w:rsidRPr="00885377">
        <w:rPr>
          <w:b/>
          <w:sz w:val="24"/>
          <w:szCs w:val="24"/>
        </w:rPr>
        <w:t xml:space="preserve">: </w:t>
      </w:r>
      <w:r w:rsidRPr="00885377">
        <w:rPr>
          <w:sz w:val="24"/>
          <w:szCs w:val="24"/>
        </w:rPr>
        <w:t>[</w:t>
      </w:r>
      <w:r>
        <w:t>Enter the work or activity being performed].</w:t>
      </w:r>
    </w:p>
    <w:p w14:paraId="51B20914" w14:textId="77777777" w:rsidR="00885377" w:rsidRPr="00885377" w:rsidRDefault="00885377">
      <w:pPr>
        <w:spacing w:before="100" w:after="60"/>
        <w:rPr>
          <w:b/>
          <w:sz w:val="24"/>
          <w:szCs w:val="24"/>
        </w:rPr>
      </w:pPr>
    </w:p>
    <w:p w14:paraId="2B30019B" w14:textId="77777777" w:rsidR="00F7502F" w:rsidRDefault="00371951">
      <w:pPr>
        <w:spacing w:after="60"/>
      </w:pPr>
      <w:r>
        <w:rPr>
          <w:b/>
        </w:rPr>
        <w:t>Please review the details below:</w:t>
      </w: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2778"/>
        <w:gridCol w:w="7862"/>
      </w:tblGrid>
      <w:tr w:rsidR="00F7502F" w14:paraId="759771E9" w14:textId="77777777">
        <w:trPr>
          <w:jc w:val="center"/>
        </w:trPr>
        <w:tc>
          <w:tcPr>
            <w:tcW w:w="2880" w:type="dxa"/>
            <w:tcBorders>
              <w:top w:val="single" w:sz="6" w:space="0" w:color="B7B7B7"/>
              <w:left w:val="single" w:sz="6" w:space="0" w:color="B7B7B7"/>
              <w:bottom w:val="single" w:sz="6" w:space="0" w:color="B7B7B7"/>
              <w:right w:val="single" w:sz="6" w:space="0" w:color="B7B7B7"/>
            </w:tcBorders>
            <w:shd w:val="clear" w:color="auto" w:fill="EDEDED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6BBA60A9" w14:textId="77777777" w:rsidR="00F7502F" w:rsidRDefault="00371951">
            <w:r w:rsidRPr="00D77189">
              <w:rPr>
                <w:b/>
                <w:color w:val="C00000"/>
              </w:rPr>
              <w:t>Date:</w:t>
            </w:r>
          </w:p>
        </w:tc>
        <w:sdt>
          <w:sdtPr>
            <w:rPr>
              <w:color w:val="000000" w:themeColor="text1"/>
            </w:rPr>
            <w:id w:val="347985234"/>
            <w:placeholder>
              <w:docPart w:val="DefaultPlaceholder_-1854013437"/>
            </w:placeholder>
            <w:date w:fullDate="2026-08-27T00:00:00Z">
              <w:dateFormat w:val="M/d/yyyy"/>
              <w:lid w:val="en-US"/>
              <w:storeMappedDataAs w:val="dateTime"/>
              <w:calendar w:val="gregorian"/>
            </w:date>
          </w:sdtPr>
          <w:sdtEndPr/>
          <w:sdtContent>
            <w:tc>
              <w:tcPr>
                <w:tcW w:w="8352" w:type="dxa"/>
                <w:tcBorders>
                  <w:top w:val="single" w:sz="6" w:space="0" w:color="B7B7B7"/>
                  <w:left w:val="single" w:sz="6" w:space="0" w:color="B7B7B7"/>
                  <w:bottom w:val="single" w:sz="6" w:space="0" w:color="B7B7B7"/>
                  <w:right w:val="single" w:sz="6" w:space="0" w:color="B7B7B7"/>
                </w:tcBorders>
                <w:tcMar>
                  <w:top w:w="80" w:type="dxa"/>
                  <w:left w:w="90" w:type="dxa"/>
                  <w:bottom w:w="80" w:type="dxa"/>
                  <w:right w:w="90" w:type="dxa"/>
                </w:tcMar>
                <w:vAlign w:val="center"/>
              </w:tcPr>
              <w:p w14:paraId="681B2CED" w14:textId="75777826" w:rsidR="00F7502F" w:rsidRPr="0014537E" w:rsidRDefault="001F79A2">
                <w:pPr>
                  <w:rPr>
                    <w:color w:val="000000" w:themeColor="text1"/>
                  </w:rPr>
                </w:pPr>
                <w:r>
                  <w:rPr>
                    <w:color w:val="000000" w:themeColor="text1"/>
                  </w:rPr>
                  <w:t>8/27/2026</w:t>
                </w:r>
              </w:p>
            </w:tc>
          </w:sdtContent>
        </w:sdt>
      </w:tr>
      <w:tr w:rsidR="00F7502F" w14:paraId="609F7DEA" w14:textId="77777777">
        <w:trPr>
          <w:jc w:val="center"/>
        </w:trPr>
        <w:tc>
          <w:tcPr>
            <w:tcW w:w="2880" w:type="dxa"/>
            <w:tcBorders>
              <w:top w:val="single" w:sz="6" w:space="0" w:color="B7B7B7"/>
              <w:left w:val="single" w:sz="6" w:space="0" w:color="B7B7B7"/>
              <w:bottom w:val="single" w:sz="6" w:space="0" w:color="B7B7B7"/>
              <w:right w:val="single" w:sz="6" w:space="0" w:color="B7B7B7"/>
            </w:tcBorders>
            <w:shd w:val="clear" w:color="auto" w:fill="EDEDED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4DF9F479" w14:textId="77777777" w:rsidR="00F7502F" w:rsidRDefault="00371951">
            <w:r w:rsidRPr="00D77189">
              <w:rPr>
                <w:b/>
                <w:color w:val="C00000"/>
              </w:rPr>
              <w:t>Time(s):</w:t>
            </w:r>
          </w:p>
        </w:tc>
        <w:tc>
          <w:tcPr>
            <w:tcW w:w="8352" w:type="dxa"/>
            <w:tcBorders>
              <w:top w:val="single" w:sz="6" w:space="0" w:color="B7B7B7"/>
              <w:left w:val="single" w:sz="6" w:space="0" w:color="B7B7B7"/>
              <w:bottom w:val="single" w:sz="6" w:space="0" w:color="B7B7B7"/>
              <w:right w:val="single" w:sz="6" w:space="0" w:color="B7B7B7"/>
            </w:tcBorders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0924B77A" w14:textId="7F7A55E2" w:rsidR="00F7502F" w:rsidRDefault="001F79A2">
            <w:r>
              <w:t xml:space="preserve">1600 </w:t>
            </w:r>
            <w:r w:rsidR="00B931AA">
              <w:t xml:space="preserve">today </w:t>
            </w:r>
            <w:r>
              <w:t>until restored</w:t>
            </w:r>
          </w:p>
        </w:tc>
      </w:tr>
      <w:tr w:rsidR="00F7502F" w14:paraId="018FB0DA" w14:textId="77777777">
        <w:trPr>
          <w:jc w:val="center"/>
        </w:trPr>
        <w:tc>
          <w:tcPr>
            <w:tcW w:w="2880" w:type="dxa"/>
            <w:tcBorders>
              <w:top w:val="single" w:sz="6" w:space="0" w:color="B7B7B7"/>
              <w:left w:val="single" w:sz="6" w:space="0" w:color="B7B7B7"/>
              <w:bottom w:val="single" w:sz="6" w:space="0" w:color="B7B7B7"/>
              <w:right w:val="single" w:sz="6" w:space="0" w:color="B7B7B7"/>
            </w:tcBorders>
            <w:shd w:val="clear" w:color="auto" w:fill="EDEDED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61AE557E" w14:textId="77777777" w:rsidR="00F7502F" w:rsidRDefault="00371951">
            <w:r w:rsidRPr="00D77189">
              <w:rPr>
                <w:b/>
                <w:color w:val="C00000"/>
              </w:rPr>
              <w:t>Location:</w:t>
            </w:r>
          </w:p>
        </w:tc>
        <w:tc>
          <w:tcPr>
            <w:tcW w:w="8352" w:type="dxa"/>
            <w:tcBorders>
              <w:top w:val="single" w:sz="6" w:space="0" w:color="B7B7B7"/>
              <w:left w:val="single" w:sz="6" w:space="0" w:color="B7B7B7"/>
              <w:bottom w:val="single" w:sz="6" w:space="0" w:color="B7B7B7"/>
              <w:right w:val="single" w:sz="6" w:space="0" w:color="B7B7B7"/>
            </w:tcBorders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7812BAA8" w14:textId="489D5C7C" w:rsidR="00F7502F" w:rsidRDefault="001F79A2">
            <w:r>
              <w:t xml:space="preserve">UH Main hospital </w:t>
            </w:r>
          </w:p>
        </w:tc>
      </w:tr>
      <w:tr w:rsidR="00F7502F" w14:paraId="0EE1263C" w14:textId="77777777">
        <w:trPr>
          <w:jc w:val="center"/>
        </w:trPr>
        <w:tc>
          <w:tcPr>
            <w:tcW w:w="2880" w:type="dxa"/>
            <w:tcBorders>
              <w:top w:val="single" w:sz="6" w:space="0" w:color="B7B7B7"/>
              <w:left w:val="single" w:sz="6" w:space="0" w:color="B7B7B7"/>
              <w:bottom w:val="single" w:sz="6" w:space="0" w:color="B7B7B7"/>
              <w:right w:val="single" w:sz="6" w:space="0" w:color="B7B7B7"/>
            </w:tcBorders>
            <w:shd w:val="clear" w:color="auto" w:fill="EDEDED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00804B61" w14:textId="77777777" w:rsidR="00F7502F" w:rsidRDefault="00371951">
            <w:r w:rsidRPr="00D77189">
              <w:rPr>
                <w:b/>
                <w:color w:val="C00000"/>
              </w:rPr>
              <w:t>Affected Areas / Equipment</w:t>
            </w:r>
            <w:r w:rsidRPr="00D77189">
              <w:rPr>
                <w:b/>
                <w:color w:val="C00000"/>
              </w:rPr>
              <w:br/>
              <w:t>(Room, Equipment ID, etc.):</w:t>
            </w:r>
          </w:p>
        </w:tc>
        <w:tc>
          <w:tcPr>
            <w:tcW w:w="8352" w:type="dxa"/>
            <w:tcBorders>
              <w:top w:val="single" w:sz="6" w:space="0" w:color="B7B7B7"/>
              <w:left w:val="single" w:sz="6" w:space="0" w:color="B7B7B7"/>
              <w:bottom w:val="single" w:sz="6" w:space="0" w:color="B7B7B7"/>
              <w:right w:val="single" w:sz="6" w:space="0" w:color="B7B7B7"/>
            </w:tcBorders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54D873D9" w14:textId="52A497CE" w:rsidR="00F7502F" w:rsidRDefault="001A4616">
            <w:pPr>
              <w:spacing w:after="0"/>
            </w:pPr>
            <w:r>
              <w:t xml:space="preserve">primarily </w:t>
            </w:r>
            <w:proofErr w:type="spellStart"/>
            <w:r>
              <w:t>South,West</w:t>
            </w:r>
            <w:proofErr w:type="spellEnd"/>
            <w:r>
              <w:t xml:space="preserve"> </w:t>
            </w:r>
            <w:r>
              <w:t>with limited</w:t>
            </w:r>
            <w:r>
              <w:t xml:space="preserve">  impact on North Wing( 3N</w:t>
            </w:r>
            <w:r>
              <w:t xml:space="preserve"> Ors unaffected)</w:t>
            </w:r>
          </w:p>
        </w:tc>
      </w:tr>
      <w:tr w:rsidR="00F7502F" w14:paraId="7433E9FD" w14:textId="77777777">
        <w:trPr>
          <w:jc w:val="center"/>
        </w:trPr>
        <w:tc>
          <w:tcPr>
            <w:tcW w:w="2880" w:type="dxa"/>
            <w:tcBorders>
              <w:top w:val="single" w:sz="6" w:space="0" w:color="B7B7B7"/>
              <w:left w:val="single" w:sz="6" w:space="0" w:color="B7B7B7"/>
              <w:bottom w:val="single" w:sz="6" w:space="0" w:color="B7B7B7"/>
              <w:right w:val="single" w:sz="6" w:space="0" w:color="B7B7B7"/>
            </w:tcBorders>
            <w:shd w:val="clear" w:color="auto" w:fill="EDEDED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6E848138" w14:textId="77777777" w:rsidR="00F7502F" w:rsidRDefault="00371951">
            <w:r w:rsidRPr="00D77189">
              <w:rPr>
                <w:b/>
                <w:color w:val="C00000"/>
              </w:rPr>
              <w:t>Impact (What will be interrupted</w:t>
            </w:r>
            <w:r w:rsidRPr="00D77189">
              <w:rPr>
                <w:b/>
                <w:color w:val="C00000"/>
              </w:rPr>
              <w:br/>
              <w:t>and what will remain operational):</w:t>
            </w:r>
          </w:p>
        </w:tc>
        <w:tc>
          <w:tcPr>
            <w:tcW w:w="8352" w:type="dxa"/>
            <w:tcBorders>
              <w:top w:val="single" w:sz="6" w:space="0" w:color="B7B7B7"/>
              <w:left w:val="single" w:sz="6" w:space="0" w:color="B7B7B7"/>
              <w:bottom w:val="single" w:sz="6" w:space="0" w:color="B7B7B7"/>
              <w:right w:val="single" w:sz="6" w:space="0" w:color="B7B7B7"/>
            </w:tcBorders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6C5E2EBD" w14:textId="6367BB08" w:rsidR="00F7502F" w:rsidRDefault="001A4616">
            <w:pPr>
              <w:spacing w:after="0"/>
            </w:pPr>
            <w:r>
              <w:t>Repair options being evaluated</w:t>
            </w:r>
          </w:p>
        </w:tc>
      </w:tr>
      <w:tr w:rsidR="00F7502F" w14:paraId="0BBD4624" w14:textId="77777777">
        <w:trPr>
          <w:jc w:val="center"/>
        </w:trPr>
        <w:tc>
          <w:tcPr>
            <w:tcW w:w="2880" w:type="dxa"/>
            <w:tcBorders>
              <w:top w:val="single" w:sz="6" w:space="0" w:color="B7B7B7"/>
              <w:left w:val="single" w:sz="6" w:space="0" w:color="B7B7B7"/>
              <w:bottom w:val="single" w:sz="6" w:space="0" w:color="B7B7B7"/>
              <w:right w:val="single" w:sz="6" w:space="0" w:color="B7B7B7"/>
            </w:tcBorders>
            <w:shd w:val="clear" w:color="auto" w:fill="EDEDED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06A48D51" w14:textId="77777777" w:rsidR="00F7502F" w:rsidRDefault="00371951">
            <w:r>
              <w:rPr>
                <w:b/>
              </w:rPr>
              <w:t>Note:</w:t>
            </w:r>
          </w:p>
        </w:tc>
        <w:tc>
          <w:tcPr>
            <w:tcW w:w="8352" w:type="dxa"/>
            <w:tcBorders>
              <w:top w:val="single" w:sz="6" w:space="0" w:color="B7B7B7"/>
              <w:left w:val="single" w:sz="6" w:space="0" w:color="B7B7B7"/>
              <w:bottom w:val="single" w:sz="6" w:space="0" w:color="B7B7B7"/>
              <w:right w:val="single" w:sz="6" w:space="0" w:color="B7B7B7"/>
            </w:tcBorders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71CE2062" w14:textId="77777777" w:rsidR="00F7502F" w:rsidRDefault="00371951">
            <w:pPr>
              <w:spacing w:after="0"/>
            </w:pPr>
            <w:r>
              <w:t>[Enter any additional notes, if applicable.]</w:t>
            </w:r>
          </w:p>
        </w:tc>
      </w:tr>
    </w:tbl>
    <w:p w14:paraId="77389456" w14:textId="77777777" w:rsidR="00F7502F" w:rsidRDefault="00371951">
      <w:pPr>
        <w:spacing w:before="120" w:after="40"/>
      </w:pPr>
      <w:r>
        <w:rPr>
          <w:b/>
          <w:sz w:val="22"/>
        </w:rPr>
        <w:t>Questions or Concerns</w:t>
      </w:r>
    </w:p>
    <w:p w14:paraId="509FAF76" w14:textId="77777777" w:rsidR="00F7502F" w:rsidRDefault="00371951">
      <w:pPr>
        <w:spacing w:after="60"/>
      </w:pPr>
      <w:r>
        <w:t>If you have any questions or concerns, please contact:</w:t>
      </w: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5321"/>
        <w:gridCol w:w="5319"/>
      </w:tblGrid>
      <w:tr w:rsidR="00F7502F" w14:paraId="3C84EA4E" w14:textId="77777777">
        <w:trPr>
          <w:jc w:val="center"/>
        </w:trPr>
        <w:tc>
          <w:tcPr>
            <w:tcW w:w="5328" w:type="dxa"/>
            <w:tcBorders>
              <w:top w:val="single" w:sz="6" w:space="0" w:color="B7B7B7"/>
              <w:left w:val="single" w:sz="6" w:space="0" w:color="B7B7B7"/>
              <w:bottom w:val="single" w:sz="6" w:space="0" w:color="B7B7B7"/>
              <w:right w:val="single" w:sz="6" w:space="0" w:color="B7B7B7"/>
            </w:tcBorders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191B2467" w14:textId="6DFEE55F" w:rsidR="00F7502F" w:rsidRDefault="00371951">
            <w:r>
              <w:t xml:space="preserve">Name: </w:t>
            </w:r>
            <w:r w:rsidR="00277973">
              <w:t xml:space="preserve">Larry </w:t>
            </w:r>
            <w:r w:rsidR="00B71BB4">
              <w:t>Blanchard</w:t>
            </w:r>
            <w:r>
              <w:br/>
              <w:t xml:space="preserve">Department: </w:t>
            </w:r>
            <w:r w:rsidR="00277973">
              <w:t>Physical Plant</w:t>
            </w:r>
            <w:r>
              <w:br/>
              <w:t>Phone:</w:t>
            </w:r>
            <w:r w:rsidR="00B71BB4">
              <w:t>4-7371</w:t>
            </w:r>
            <w:r>
              <w:br/>
              <w:t xml:space="preserve">Email: </w:t>
            </w:r>
            <w:r w:rsidR="00B71BB4">
              <w:t>blanchal@upstate.edu</w:t>
            </w:r>
          </w:p>
        </w:tc>
        <w:tc>
          <w:tcPr>
            <w:tcW w:w="5328" w:type="dxa"/>
            <w:tcBorders>
              <w:top w:val="single" w:sz="6" w:space="0" w:color="B7B7B7"/>
              <w:left w:val="single" w:sz="6" w:space="0" w:color="B7B7B7"/>
              <w:bottom w:val="single" w:sz="6" w:space="0" w:color="B7B7B7"/>
              <w:right w:val="single" w:sz="6" w:space="0" w:color="B7B7B7"/>
            </w:tcBorders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4150316D" w14:textId="29720C9F" w:rsidR="00F7502F" w:rsidRDefault="00371951">
            <w:r>
              <w:t xml:space="preserve">Name: </w:t>
            </w:r>
          </w:p>
        </w:tc>
      </w:tr>
    </w:tbl>
    <w:p w14:paraId="521D85A8" w14:textId="77777777" w:rsidR="00F7502F" w:rsidRDefault="00371951">
      <w:pPr>
        <w:spacing w:before="140"/>
        <w:jc w:val="center"/>
      </w:pPr>
      <w:r>
        <w:rPr>
          <w:i/>
          <w:sz w:val="18"/>
        </w:rPr>
        <w:t>Thank you for your cooperation and understanding while this work is being completed.</w:t>
      </w:r>
    </w:p>
    <w:sectPr w:rsidR="00F7502F" w:rsidSect="00034616">
      <w:pgSz w:w="12240" w:h="15840"/>
      <w:pgMar w:top="648" w:right="792" w:bottom="648" w:left="792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1293826715">
    <w:abstractNumId w:val="8"/>
  </w:num>
  <w:num w:numId="2" w16cid:durableId="1942061035">
    <w:abstractNumId w:val="6"/>
  </w:num>
  <w:num w:numId="3" w16cid:durableId="2140761885">
    <w:abstractNumId w:val="5"/>
  </w:num>
  <w:num w:numId="4" w16cid:durableId="74325841">
    <w:abstractNumId w:val="4"/>
  </w:num>
  <w:num w:numId="5" w16cid:durableId="61296454">
    <w:abstractNumId w:val="7"/>
  </w:num>
  <w:num w:numId="6" w16cid:durableId="1912810546">
    <w:abstractNumId w:val="3"/>
  </w:num>
  <w:num w:numId="7" w16cid:durableId="1205292975">
    <w:abstractNumId w:val="2"/>
  </w:num>
  <w:num w:numId="8" w16cid:durableId="2123380968">
    <w:abstractNumId w:val="1"/>
  </w:num>
  <w:num w:numId="9" w16cid:durableId="38614506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30"/>
    <w:rsid w:val="00033ADA"/>
    <w:rsid w:val="00034616"/>
    <w:rsid w:val="0006063C"/>
    <w:rsid w:val="0014537E"/>
    <w:rsid w:val="0015074B"/>
    <w:rsid w:val="001861D4"/>
    <w:rsid w:val="001A4616"/>
    <w:rsid w:val="001F79A2"/>
    <w:rsid w:val="00277973"/>
    <w:rsid w:val="00281FCA"/>
    <w:rsid w:val="0029639D"/>
    <w:rsid w:val="00314E1C"/>
    <w:rsid w:val="00326C93"/>
    <w:rsid w:val="00326F90"/>
    <w:rsid w:val="00347055"/>
    <w:rsid w:val="00371951"/>
    <w:rsid w:val="004C330E"/>
    <w:rsid w:val="005D3924"/>
    <w:rsid w:val="0061727A"/>
    <w:rsid w:val="00651ED9"/>
    <w:rsid w:val="007551A9"/>
    <w:rsid w:val="007F205E"/>
    <w:rsid w:val="00885377"/>
    <w:rsid w:val="00973663"/>
    <w:rsid w:val="009C1C29"/>
    <w:rsid w:val="00A64101"/>
    <w:rsid w:val="00AA1D8D"/>
    <w:rsid w:val="00AB5C5B"/>
    <w:rsid w:val="00B47730"/>
    <w:rsid w:val="00B5431F"/>
    <w:rsid w:val="00B71BB4"/>
    <w:rsid w:val="00B73C9A"/>
    <w:rsid w:val="00B931AA"/>
    <w:rsid w:val="00BA6945"/>
    <w:rsid w:val="00BF1248"/>
    <w:rsid w:val="00C10C37"/>
    <w:rsid w:val="00C13593"/>
    <w:rsid w:val="00C4671B"/>
    <w:rsid w:val="00C94F66"/>
    <w:rsid w:val="00CB0664"/>
    <w:rsid w:val="00CD4B48"/>
    <w:rsid w:val="00CF7E9F"/>
    <w:rsid w:val="00D21717"/>
    <w:rsid w:val="00D41B2F"/>
    <w:rsid w:val="00D77189"/>
    <w:rsid w:val="00E35525"/>
    <w:rsid w:val="00E407BC"/>
    <w:rsid w:val="00F7502F"/>
    <w:rsid w:val="00FC693F"/>
    <w:rsid w:val="00FF14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24062061"/>
  <w14:defaultImageDpi w14:val="300"/>
  <w15:docId w15:val="{1FD1BCE3-F054-4091-A453-32D2B58E25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693F"/>
    <w:rPr>
      <w:rFonts w:ascii="Arial" w:hAnsi="Arial"/>
      <w:sz w:val="20"/>
    </w:rPr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character" w:styleId="PlaceholderText">
    <w:name w:val="Placeholder Text"/>
    <w:basedOn w:val="DefaultParagraphFont"/>
    <w:uiPriority w:val="99"/>
    <w:semiHidden/>
    <w:rsid w:val="00033ADA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glossaryDocument" Target="glossary/document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3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6A162A4-98AC-4E6B-BE55-D1361A2FE353}"/>
      </w:docPartPr>
      <w:docPartBody>
        <w:p w:rsidR="00B04090" w:rsidRDefault="004F61F7">
          <w:r w:rsidRPr="009D4CDF">
            <w:rPr>
              <w:rStyle w:val="PlaceholderText"/>
            </w:rPr>
            <w:t>Click or tap to enter a date.</w:t>
          </w:r>
        </w:p>
      </w:docPartBody>
    </w:docPart>
    <w:docPart>
      <w:docPartPr>
        <w:name w:val="BAAFDB2D68AE44D5B6DD5BEEBEF1154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9743F21-1EF3-45D3-BF9E-C26F82CA6ADC}"/>
      </w:docPartPr>
      <w:docPartBody>
        <w:p w:rsidR="00E105DB" w:rsidRDefault="00745706" w:rsidP="00745706">
          <w:pPr>
            <w:pStyle w:val="BAAFDB2D68AE44D5B6DD5BEEBEF1154D"/>
          </w:pPr>
          <w:r w:rsidRPr="005F21F3">
            <w:rPr>
              <w:rStyle w:val="PlaceholderText"/>
            </w:rPr>
            <w:t>Choose an item.</w:t>
          </w:r>
        </w:p>
      </w:docPartBody>
    </w:docPart>
    <w:docPart>
      <w:docPartPr>
        <w:name w:val="E137C48A8C4846439BB7230A9B488FD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58A1FA1-6C9C-4702-8BCC-832D4DFE96E2}"/>
      </w:docPartPr>
      <w:docPartBody>
        <w:p w:rsidR="00E105DB" w:rsidRDefault="00745706" w:rsidP="00745706">
          <w:pPr>
            <w:pStyle w:val="E137C48A8C4846439BB7230A9B488FD9"/>
          </w:pPr>
          <w:r w:rsidRPr="005F21F3">
            <w:rPr>
              <w:rStyle w:val="PlaceholderText"/>
            </w:rPr>
            <w:t>Choose an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F61F7"/>
    <w:rsid w:val="001861D4"/>
    <w:rsid w:val="00281FCA"/>
    <w:rsid w:val="00326C93"/>
    <w:rsid w:val="00347055"/>
    <w:rsid w:val="004F61F7"/>
    <w:rsid w:val="00745706"/>
    <w:rsid w:val="00785947"/>
    <w:rsid w:val="00B04090"/>
    <w:rsid w:val="00B5431F"/>
    <w:rsid w:val="00C321B0"/>
    <w:rsid w:val="00E105DB"/>
    <w:rsid w:val="00F37467"/>
    <w:rsid w:val="00F90BC3"/>
    <w:rsid w:val="00FF14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745706"/>
    <w:rPr>
      <w:color w:val="666666"/>
    </w:rPr>
  </w:style>
  <w:style w:type="paragraph" w:customStyle="1" w:styleId="BAAFDB2D68AE44D5B6DD5BEEBEF1154D">
    <w:name w:val="BAAFDB2D68AE44D5B6DD5BEEBEF1154D"/>
    <w:rsid w:val="00745706"/>
  </w:style>
  <w:style w:type="paragraph" w:customStyle="1" w:styleId="E137C48A8C4846439BB7230A9B488FD9">
    <w:name w:val="E137C48A8C4846439BB7230A9B488FD9"/>
    <w:rsid w:val="00745706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Metadata/LabelInfo.xml><?xml version="1.0" encoding="utf-8"?>
<clbl:labelList xmlns:clbl="http://schemas.microsoft.com/office/2020/mipLabelMetadata">
  <clbl:label id="{5cf50a66-5e26-41dd-89f8-83cf73ffee98}" enabled="0" method="" siteId="{5cf50a66-5e26-41dd-89f8-83cf73ffee98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145</Words>
  <Characters>832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976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Lawrence N. Blanchard</cp:lastModifiedBy>
  <cp:revision>2</cp:revision>
  <dcterms:created xsi:type="dcterms:W3CDTF">2026-08-27T19:37:00Z</dcterms:created>
  <dcterms:modified xsi:type="dcterms:W3CDTF">2026-08-27T19:37:00Z</dcterms:modified>
  <cp:category/>
</cp:coreProperties>
</file>