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1D90" w14:textId="77777777" w:rsidR="00F7502F" w:rsidRPr="00CF7E9F" w:rsidRDefault="00371951">
      <w:pPr>
        <w:spacing w:after="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CF7E9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UPSTATE PHYSICAL PLANT</w:t>
      </w:r>
    </w:p>
    <w:sdt>
      <w:sdtPr>
        <w:rPr>
          <w:rStyle w:val="Style2"/>
        </w:rPr>
        <w:id w:val="-1072805163"/>
        <w:placeholder>
          <w:docPart w:val="D657BD43F0E24482B3C7D8E9861F6208"/>
        </w:placeholder>
        <w15:color w:val="F6F6F6"/>
        <w:dropDownList>
          <w:listItem w:value="Choose an item."/>
          <w:listItem w:displayText="NOTIFICATION" w:value="NOTIFICATION"/>
          <w:listItem w:displayText="CANCELLATION" w:value="CANCELLATION"/>
        </w:dropDownList>
      </w:sdtPr>
      <w:sdtEndPr>
        <w:rPr>
          <w:rStyle w:val="Style2"/>
        </w:rPr>
      </w:sdtEndPr>
      <w:sdtContent>
        <w:p w14:paraId="0167F00A" w14:textId="1B678D14" w:rsidR="00F7502F" w:rsidRPr="00D77189" w:rsidRDefault="009B1041">
          <w:pPr>
            <w:spacing w:after="120"/>
            <w:jc w:val="center"/>
            <w:rPr>
              <w:color w:val="C00000"/>
            </w:rPr>
          </w:pPr>
          <w:r>
            <w:rPr>
              <w:rStyle w:val="Style2"/>
            </w:rPr>
            <w:t>NOTIFICATION</w:t>
          </w:r>
        </w:p>
      </w:sdtContent>
    </w:sdt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42"/>
        <w:gridCol w:w="7898"/>
      </w:tblGrid>
      <w:tr w:rsidR="00F7502F" w14:paraId="661ECF9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05121" w14:textId="77777777" w:rsidR="00F7502F" w:rsidRDefault="00371951">
            <w:r>
              <w:rPr>
                <w:b/>
              </w:rPr>
              <w:t>Notification Type: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FC13B" w14:textId="2F898EAC" w:rsidR="00E35525" w:rsidRDefault="00D83EA8">
            <w:sdt>
              <w:sdtPr>
                <w:rPr>
                  <w:rStyle w:val="Style7"/>
                </w:rPr>
                <w:id w:val="-1446147997"/>
                <w:placeholder>
                  <w:docPart w:val="BAAFDB2D68AE44D5B6DD5BEEBEF1154D"/>
                </w:placeholder>
                <w:dropDownList>
                  <w:listItem w:value="Choose an item."/>
                  <w:listItem w:displayText="Emergency Outage" w:value="Emergency Outage"/>
                  <w:listItem w:displayText="Maintenance" w:value="Maintenance"/>
                  <w:listItem w:displayText="Planned Outage" w:value="Planned Outage"/>
                  <w:listItem w:displayText="Project Update" w:value="Project Update"/>
                  <w:listItem w:displayText="Restoration Notice" w:value="Restoration Notice"/>
                  <w:listItem w:displayText="Service Interruption" w:value="Service Interruption"/>
                </w:dropDownList>
              </w:sdtPr>
              <w:sdtEndPr>
                <w:rPr>
                  <w:rStyle w:val="DefaultParagraphFont"/>
                  <w:rFonts w:ascii="Times New Roman" w:eastAsia="Times New Roman" w:hAnsi="Times New Roman" w:cs="Times New Roman"/>
                  <w:b w:val="0"/>
                  <w:sz w:val="20"/>
                </w:rPr>
              </w:sdtEndPr>
              <w:sdtContent>
                <w:r w:rsidR="00986942">
                  <w:rPr>
                    <w:rStyle w:val="Style7"/>
                  </w:rPr>
                  <w:t>Service Interruption</w:t>
                </w:r>
              </w:sdtContent>
            </w:sdt>
          </w:p>
          <w:p w14:paraId="6EE519E1" w14:textId="26FCBECE" w:rsidR="00F7502F" w:rsidRDefault="00E35525">
            <w:r>
              <w:t xml:space="preserve"> </w:t>
            </w:r>
            <w:sdt>
              <w:sdtPr>
                <w:id w:val="-147998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951">
              <w:t>Other: __________________________</w:t>
            </w:r>
          </w:p>
        </w:tc>
      </w:tr>
      <w:tr w:rsidR="00F7502F" w14:paraId="76054257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F16BE" w14:textId="77777777" w:rsidR="00F7502F" w:rsidRDefault="00371951">
            <w:r>
              <w:rPr>
                <w:b/>
              </w:rPr>
              <w:t>Utility / Service Affected: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01293" w14:textId="437EB715" w:rsidR="00E35525" w:rsidRDefault="00D83EA8">
            <w:sdt>
              <w:sdtPr>
                <w:rPr>
                  <w:rStyle w:val="Style8"/>
                </w:rPr>
                <w:id w:val="1878893849"/>
                <w:placeholder>
                  <w:docPart w:val="E137C48A8C4846439BB7230A9B488FD9"/>
                </w:placeholder>
                <w:dropDownList>
                  <w:listItem w:value="Choose an item."/>
                  <w:listItem w:displayText="Building Automation (BAS)" w:value="Building Automation (BAS)"/>
                  <w:listItem w:displayText="Chilled Water" w:value="Chilled Water"/>
                  <w:listItem w:displayText="Domestic Hot Water" w:value="Domestic Hot Water"/>
                  <w:listItem w:displayText="Domestic Water" w:value="Domestic Water"/>
                  <w:listItem w:displayText="Electrical" w:value="Electrical"/>
                  <w:listItem w:displayText="Elevator" w:value="Elevator"/>
                  <w:listItem w:displayText="Emergency Power" w:value="Emergency Power"/>
                  <w:listItem w:displayText="Fire Alarm" w:value="Fire Alarm"/>
                  <w:listItem w:displayText="HVAC" w:value="HVAC"/>
                  <w:listItem w:displayText="Mechanical Equipment" w:value="Mechanical Equipment"/>
                  <w:listItem w:displayText="Medical Gas" w:value="Medical Gas"/>
                  <w:listItem w:displayText="Nurse Call" w:value="Nurse Call"/>
                  <w:listItem w:displayText="Plumbing" w:value="Plumbing"/>
                  <w:listItem w:displayText="Pneumatic Tube (P-Tube)" w:value="Pneumatic Tube (P-Tube)"/>
                  <w:listItem w:displayText="Steam" w:value="Steam"/>
                </w:dropDownList>
              </w:sdtPr>
              <w:sdtEndPr>
                <w:rPr>
                  <w:rStyle w:val="Style8"/>
                </w:rPr>
              </w:sdtEndPr>
              <w:sdtContent>
                <w:r w:rsidR="00DB3CC1">
                  <w:rPr>
                    <w:rStyle w:val="Style8"/>
                  </w:rPr>
                  <w:t>Electrical</w:t>
                </w:r>
              </w:sdtContent>
            </w:sdt>
          </w:p>
          <w:p w14:paraId="28E86206" w14:textId="05587BBF" w:rsidR="00F7502F" w:rsidRDefault="00371951">
            <w:r>
              <w:t xml:space="preserve"> </w:t>
            </w:r>
            <w:sdt>
              <w:sdtPr>
                <w:id w:val="12296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Other: __________________________</w:t>
            </w:r>
          </w:p>
        </w:tc>
      </w:tr>
      <w:tr w:rsidR="00F7502F" w14:paraId="2E8DA55E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EEC5B" w14:textId="77777777" w:rsidR="00F7502F" w:rsidRDefault="00371951">
            <w:r>
              <w:rPr>
                <w:b/>
              </w:rPr>
              <w:t>Subject: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E3681" w14:textId="48D88CA0" w:rsidR="00F7502F" w:rsidRDefault="004A3445">
            <w:r>
              <w:t>Switching</w:t>
            </w:r>
          </w:p>
        </w:tc>
      </w:tr>
    </w:tbl>
    <w:p w14:paraId="0B0DCAF6" w14:textId="39EBE693" w:rsidR="00F7502F" w:rsidRPr="001316BF" w:rsidRDefault="00371951">
      <w:pPr>
        <w:spacing w:before="100" w:after="60"/>
        <w:rPr>
          <w:color w:val="FF0000"/>
        </w:rPr>
      </w:pPr>
      <w:r w:rsidRPr="00E407BC">
        <w:rPr>
          <w:b/>
          <w:sz w:val="24"/>
          <w:szCs w:val="24"/>
        </w:rPr>
        <w:t>To support</w:t>
      </w:r>
      <w:r w:rsidRPr="00885377">
        <w:rPr>
          <w:b/>
          <w:sz w:val="24"/>
          <w:szCs w:val="24"/>
        </w:rPr>
        <w:t>:</w:t>
      </w:r>
      <w:r w:rsidR="00FF2D3D">
        <w:rPr>
          <w:b/>
          <w:sz w:val="24"/>
          <w:szCs w:val="24"/>
        </w:rPr>
        <w:t xml:space="preserve"> </w:t>
      </w:r>
      <w:r w:rsidR="004A3445" w:rsidRPr="001316BF">
        <w:rPr>
          <w:b/>
          <w:color w:val="FF0000"/>
          <w:sz w:val="24"/>
          <w:szCs w:val="24"/>
        </w:rPr>
        <w:t xml:space="preserve">Hutchings </w:t>
      </w:r>
      <w:r w:rsidR="009B6947" w:rsidRPr="001316BF">
        <w:rPr>
          <w:b/>
          <w:color w:val="FF0000"/>
          <w:sz w:val="24"/>
          <w:szCs w:val="24"/>
        </w:rPr>
        <w:t xml:space="preserve">preparation </w:t>
      </w:r>
      <w:r w:rsidR="004A3445" w:rsidRPr="001316BF">
        <w:rPr>
          <w:b/>
          <w:color w:val="FF0000"/>
          <w:sz w:val="24"/>
          <w:szCs w:val="24"/>
        </w:rPr>
        <w:t xml:space="preserve">for </w:t>
      </w:r>
      <w:r w:rsidR="00605172" w:rsidRPr="001316BF">
        <w:rPr>
          <w:b/>
          <w:color w:val="FF0000"/>
          <w:sz w:val="24"/>
          <w:szCs w:val="24"/>
        </w:rPr>
        <w:t xml:space="preserve">National Grid </w:t>
      </w:r>
      <w:r w:rsidR="00737DB2" w:rsidRPr="001316BF">
        <w:rPr>
          <w:b/>
          <w:color w:val="FF0000"/>
          <w:sz w:val="24"/>
          <w:szCs w:val="24"/>
        </w:rPr>
        <w:t>Temple 59</w:t>
      </w:r>
      <w:r w:rsidR="00F52E47" w:rsidRPr="001316BF">
        <w:rPr>
          <w:b/>
          <w:color w:val="FF0000"/>
          <w:sz w:val="24"/>
          <w:szCs w:val="24"/>
        </w:rPr>
        <w:t xml:space="preserve"> outage</w:t>
      </w:r>
    </w:p>
    <w:p w14:paraId="51B20914" w14:textId="77777777" w:rsidR="00885377" w:rsidRPr="00885377" w:rsidRDefault="00885377">
      <w:pPr>
        <w:spacing w:before="100" w:after="60"/>
        <w:rPr>
          <w:b/>
          <w:sz w:val="24"/>
          <w:szCs w:val="24"/>
        </w:rPr>
      </w:pPr>
    </w:p>
    <w:p w14:paraId="2B30019B" w14:textId="77777777" w:rsidR="00F7502F" w:rsidRDefault="00371951">
      <w:pPr>
        <w:spacing w:after="60"/>
      </w:pPr>
      <w:r>
        <w:rPr>
          <w:b/>
        </w:rPr>
        <w:t>Please review the details below: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77"/>
        <w:gridCol w:w="7863"/>
      </w:tblGrid>
      <w:tr w:rsidR="00F7502F" w14:paraId="759771E9" w14:textId="77777777" w:rsidTr="004A31EB">
        <w:trPr>
          <w:jc w:val="center"/>
        </w:trPr>
        <w:tc>
          <w:tcPr>
            <w:tcW w:w="2777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A60A9" w14:textId="77777777" w:rsidR="00F7502F" w:rsidRDefault="00371951">
            <w:r w:rsidRPr="00D77189">
              <w:rPr>
                <w:b/>
                <w:color w:val="C00000"/>
              </w:rPr>
              <w:t>Date:</w:t>
            </w:r>
          </w:p>
        </w:tc>
        <w:sdt>
          <w:sdtPr>
            <w:rPr>
              <w:rStyle w:val="Style3"/>
            </w:rPr>
            <w:id w:val="347985234"/>
            <w:placeholder>
              <w:docPart w:val="9F253F89CF33425E933EC2E462A8E878"/>
            </w:placeholder>
            <w:date w:fullDate="2026-09-04T00:00:00Z"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Style3"/>
            </w:rPr>
          </w:sdtEndPr>
          <w:sdtContent>
            <w:tc>
              <w:tcPr>
                <w:tcW w:w="7863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  <w:tcMar>
                  <w:top w:w="80" w:type="dxa"/>
                  <w:left w:w="90" w:type="dxa"/>
                  <w:bottom w:w="80" w:type="dxa"/>
                  <w:right w:w="90" w:type="dxa"/>
                </w:tcMar>
                <w:vAlign w:val="center"/>
              </w:tcPr>
              <w:p w14:paraId="681B2CED" w14:textId="6CBDEA54" w:rsidR="00F7502F" w:rsidRPr="0014537E" w:rsidRDefault="00A3403B">
                <w:pPr>
                  <w:rPr>
                    <w:color w:val="000000" w:themeColor="text1"/>
                  </w:rPr>
                </w:pPr>
                <w:r>
                  <w:rPr>
                    <w:rStyle w:val="Style3"/>
                  </w:rPr>
                  <w:t>9/4/2026</w:t>
                </w:r>
              </w:p>
            </w:tc>
          </w:sdtContent>
        </w:sdt>
      </w:tr>
      <w:tr w:rsidR="00F7502F" w14:paraId="018FB0DA" w14:textId="77777777" w:rsidTr="004A31EB">
        <w:trPr>
          <w:jc w:val="center"/>
        </w:trPr>
        <w:tc>
          <w:tcPr>
            <w:tcW w:w="2777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FAF392" w14:textId="77777777" w:rsidR="00F7502F" w:rsidRDefault="00371951">
            <w:pPr>
              <w:rPr>
                <w:b/>
                <w:color w:val="C00000"/>
              </w:rPr>
            </w:pPr>
            <w:r w:rsidRPr="00D77189">
              <w:rPr>
                <w:b/>
                <w:color w:val="C00000"/>
              </w:rPr>
              <w:t>Location:</w:t>
            </w:r>
          </w:p>
          <w:p w14:paraId="61AE557E" w14:textId="09C98660" w:rsidR="00952E43" w:rsidRDefault="00952E43">
            <w:r>
              <w:rPr>
                <w:b/>
                <w:color w:val="C00000"/>
              </w:rPr>
              <w:t xml:space="preserve">Time: </w:t>
            </w:r>
          </w:p>
        </w:tc>
        <w:tc>
          <w:tcPr>
            <w:tcW w:w="7863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711EEE" w14:textId="77777777" w:rsidR="00F7502F" w:rsidRDefault="00225F96">
            <w:r>
              <w:t>Hutchings</w:t>
            </w:r>
          </w:p>
          <w:p w14:paraId="7812BAA8" w14:textId="204DDA95" w:rsidR="00952E43" w:rsidRDefault="00952E43">
            <w:r>
              <w:t>0700</w:t>
            </w:r>
          </w:p>
        </w:tc>
      </w:tr>
      <w:tr w:rsidR="00F7502F" w14:paraId="0EE1263C" w14:textId="77777777" w:rsidTr="004A31EB">
        <w:trPr>
          <w:jc w:val="center"/>
        </w:trPr>
        <w:tc>
          <w:tcPr>
            <w:tcW w:w="2777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04B61" w14:textId="77777777" w:rsidR="00F7502F" w:rsidRDefault="00371951">
            <w:r w:rsidRPr="00D77189">
              <w:rPr>
                <w:b/>
                <w:color w:val="C00000"/>
              </w:rPr>
              <w:t>Affected Areas / Equipment</w:t>
            </w:r>
            <w:r w:rsidRPr="00D77189">
              <w:rPr>
                <w:b/>
                <w:color w:val="C00000"/>
              </w:rPr>
              <w:br/>
              <w:t>(Room, Equipment ID, etc.):</w:t>
            </w:r>
          </w:p>
        </w:tc>
        <w:tc>
          <w:tcPr>
            <w:tcW w:w="7863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D873D9" w14:textId="73554A55" w:rsidR="00F7502F" w:rsidRDefault="00225F96">
            <w:pPr>
              <w:spacing w:after="0"/>
            </w:pPr>
            <w:r w:rsidRPr="001316BF">
              <w:rPr>
                <w:highlight w:val="yellow"/>
              </w:rPr>
              <w:t>TU/3, 4 &amp; 7</w:t>
            </w:r>
          </w:p>
        </w:tc>
      </w:tr>
      <w:tr w:rsidR="00F7502F" w14:paraId="7433E9FD" w14:textId="77777777" w:rsidTr="004A31EB">
        <w:trPr>
          <w:jc w:val="center"/>
        </w:trPr>
        <w:tc>
          <w:tcPr>
            <w:tcW w:w="2777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48138" w14:textId="77777777" w:rsidR="00F7502F" w:rsidRDefault="00371951">
            <w:r w:rsidRPr="00D77189">
              <w:rPr>
                <w:b/>
                <w:color w:val="C00000"/>
              </w:rPr>
              <w:t>Impact (What will be interrupted</w:t>
            </w:r>
            <w:r w:rsidRPr="00D77189">
              <w:rPr>
                <w:b/>
                <w:color w:val="C00000"/>
              </w:rPr>
              <w:br/>
              <w:t>and what will remain operational):</w:t>
            </w:r>
          </w:p>
        </w:tc>
        <w:tc>
          <w:tcPr>
            <w:tcW w:w="7863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5E2EBD" w14:textId="3802DD0B" w:rsidR="00F7502F" w:rsidRDefault="00FD7579">
            <w:pPr>
              <w:spacing w:after="0"/>
            </w:pPr>
            <w:r>
              <w:rPr>
                <w:color w:val="FF0000"/>
              </w:rPr>
              <w:t xml:space="preserve">BLIP in Power. Generators will start and then shut down after 30 minutes. </w:t>
            </w:r>
          </w:p>
        </w:tc>
      </w:tr>
      <w:tr w:rsidR="00F7502F" w14:paraId="0BBD4624" w14:textId="77777777" w:rsidTr="004A31EB">
        <w:trPr>
          <w:jc w:val="center"/>
        </w:trPr>
        <w:tc>
          <w:tcPr>
            <w:tcW w:w="2777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48D51" w14:textId="77777777" w:rsidR="00F7502F" w:rsidRDefault="00371951">
            <w:r>
              <w:rPr>
                <w:b/>
              </w:rPr>
              <w:t>Note:</w:t>
            </w:r>
          </w:p>
        </w:tc>
        <w:tc>
          <w:tcPr>
            <w:tcW w:w="7863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E2062" w14:textId="71F084A0" w:rsidR="00F7502F" w:rsidRDefault="00E41F32">
            <w:pPr>
              <w:spacing w:after="0"/>
            </w:pPr>
            <w:r w:rsidRPr="001316BF">
              <w:rPr>
                <w:highlight w:val="yellow"/>
              </w:rPr>
              <w:t xml:space="preserve">Loss of power except for Life Safety Branch. </w:t>
            </w:r>
            <w:r w:rsidR="001316BF" w:rsidRPr="001316BF">
              <w:rPr>
                <w:highlight w:val="yellow"/>
              </w:rPr>
              <w:t>During this time</w:t>
            </w:r>
            <w:r w:rsidR="001316BF">
              <w:t xml:space="preserve">. </w:t>
            </w:r>
          </w:p>
        </w:tc>
      </w:tr>
    </w:tbl>
    <w:p w14:paraId="77389456" w14:textId="77777777" w:rsidR="00F7502F" w:rsidRDefault="00371951">
      <w:pPr>
        <w:spacing w:before="120" w:after="40"/>
      </w:pPr>
      <w:r>
        <w:rPr>
          <w:b/>
          <w:sz w:val="22"/>
        </w:rPr>
        <w:t>Questions or Concerns</w:t>
      </w:r>
    </w:p>
    <w:p w14:paraId="509FAF76" w14:textId="77777777" w:rsidR="00F7502F" w:rsidRDefault="00371951">
      <w:pPr>
        <w:spacing w:after="60"/>
      </w:pPr>
      <w:r>
        <w:t>If you have any questions or concerns, please contact: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58"/>
        <w:gridCol w:w="3979"/>
        <w:gridCol w:w="1358"/>
        <w:gridCol w:w="3951"/>
      </w:tblGrid>
      <w:tr w:rsidR="004D19E3" w14:paraId="3C84EA4E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90" w:type="dxa"/>
              <w:bottom w:w="86" w:type="dxa"/>
              <w:right w:w="90" w:type="dxa"/>
            </w:tcMar>
            <w:vAlign w:val="center"/>
          </w:tcPr>
          <w:p w14:paraId="7CDC6531" w14:textId="4A4A2997" w:rsidR="004D19E3" w:rsidRPr="004D19E3" w:rsidRDefault="004D19E3" w:rsidP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2467" w14:textId="6E73FD5E" w:rsidR="004D19E3" w:rsidRDefault="00313584" w:rsidP="004D19E3">
            <w:pPr>
              <w:spacing w:after="120"/>
            </w:pPr>
            <w:r>
              <w:t xml:space="preserve">Marc Dingle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66172B" w14:textId="366DCC57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316D" w14:textId="1F83DA9A" w:rsidR="004D19E3" w:rsidRDefault="004D19E3"/>
        </w:tc>
      </w:tr>
      <w:tr w:rsidR="004D19E3" w14:paraId="511CEE8C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0A911D" w14:textId="25946DEF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74F6" w14:textId="5EBCD9D4" w:rsidR="004D19E3" w:rsidRDefault="001E637C" w:rsidP="004D19E3">
            <w:pPr>
              <w:spacing w:after="120"/>
            </w:pPr>
            <w:r>
              <w:t xml:space="preserve">Physical Plant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00B38F" w14:textId="4D125B2D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023E" w14:textId="760C6161" w:rsidR="004D19E3" w:rsidRDefault="004D19E3"/>
        </w:tc>
      </w:tr>
      <w:tr w:rsidR="004D19E3" w14:paraId="52C7511B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82512A" w14:textId="2B3D2678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4B99" w14:textId="3D9BB2A2" w:rsidR="004D19E3" w:rsidRDefault="001E637C" w:rsidP="004D19E3">
            <w:pPr>
              <w:spacing w:after="120"/>
            </w:pPr>
            <w:r>
              <w:t>680 – 323 - 1819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01E6C9" w14:textId="06244F82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0526" w14:textId="4E8F000E" w:rsidR="004D19E3" w:rsidRDefault="004D19E3"/>
        </w:tc>
      </w:tr>
      <w:tr w:rsidR="004D19E3" w14:paraId="5089B399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B86878" w14:textId="3B8983DC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4B88" w14:textId="2D9B7F74" w:rsidR="004D19E3" w:rsidRDefault="00CD7E15" w:rsidP="004D19E3">
            <w:pPr>
              <w:spacing w:after="120"/>
            </w:pPr>
            <w:r>
              <w:t>dinglem@upstate.edu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5677E3" w14:textId="2F5E07D6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6844" w14:textId="19F66391" w:rsidR="004D19E3" w:rsidRDefault="004D19E3"/>
        </w:tc>
      </w:tr>
    </w:tbl>
    <w:p w14:paraId="521D85A8" w14:textId="77777777" w:rsidR="00F7502F" w:rsidRDefault="00371951">
      <w:pPr>
        <w:spacing w:before="140"/>
        <w:jc w:val="center"/>
      </w:pPr>
      <w:r>
        <w:rPr>
          <w:i/>
          <w:sz w:val="18"/>
        </w:rPr>
        <w:t>Thank you for your cooperation and understanding while this work is being completed.</w:t>
      </w:r>
    </w:p>
    <w:sectPr w:rsidR="00F7502F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826715">
    <w:abstractNumId w:val="8"/>
  </w:num>
  <w:num w:numId="2" w16cid:durableId="1942061035">
    <w:abstractNumId w:val="6"/>
  </w:num>
  <w:num w:numId="3" w16cid:durableId="2140761885">
    <w:abstractNumId w:val="5"/>
  </w:num>
  <w:num w:numId="4" w16cid:durableId="74325841">
    <w:abstractNumId w:val="4"/>
  </w:num>
  <w:num w:numId="5" w16cid:durableId="61296454">
    <w:abstractNumId w:val="7"/>
  </w:num>
  <w:num w:numId="6" w16cid:durableId="1912810546">
    <w:abstractNumId w:val="3"/>
  </w:num>
  <w:num w:numId="7" w16cid:durableId="1205292975">
    <w:abstractNumId w:val="2"/>
  </w:num>
  <w:num w:numId="8" w16cid:durableId="2123380968">
    <w:abstractNumId w:val="1"/>
  </w:num>
  <w:num w:numId="9" w16cid:durableId="3861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ADA"/>
    <w:rsid w:val="00034616"/>
    <w:rsid w:val="0006063C"/>
    <w:rsid w:val="00062FAD"/>
    <w:rsid w:val="0007325D"/>
    <w:rsid w:val="00083DA8"/>
    <w:rsid w:val="000E53DD"/>
    <w:rsid w:val="000F79A4"/>
    <w:rsid w:val="001316BF"/>
    <w:rsid w:val="0014537E"/>
    <w:rsid w:val="0015074B"/>
    <w:rsid w:val="00153962"/>
    <w:rsid w:val="0015594D"/>
    <w:rsid w:val="001E637C"/>
    <w:rsid w:val="001F7D76"/>
    <w:rsid w:val="00225F96"/>
    <w:rsid w:val="00246990"/>
    <w:rsid w:val="00281FCA"/>
    <w:rsid w:val="0029639D"/>
    <w:rsid w:val="002B6736"/>
    <w:rsid w:val="00313584"/>
    <w:rsid w:val="00326F90"/>
    <w:rsid w:val="003313D1"/>
    <w:rsid w:val="00333350"/>
    <w:rsid w:val="00371951"/>
    <w:rsid w:val="003736A6"/>
    <w:rsid w:val="003A3CAB"/>
    <w:rsid w:val="003C3610"/>
    <w:rsid w:val="0042261A"/>
    <w:rsid w:val="0045079A"/>
    <w:rsid w:val="00477B49"/>
    <w:rsid w:val="004A31EB"/>
    <w:rsid w:val="004A3445"/>
    <w:rsid w:val="004B296A"/>
    <w:rsid w:val="004D19E3"/>
    <w:rsid w:val="004E7808"/>
    <w:rsid w:val="00512397"/>
    <w:rsid w:val="005131DD"/>
    <w:rsid w:val="005A3F01"/>
    <w:rsid w:val="005C621F"/>
    <w:rsid w:val="005D000B"/>
    <w:rsid w:val="005D1589"/>
    <w:rsid w:val="00604837"/>
    <w:rsid w:val="00605172"/>
    <w:rsid w:val="006176CA"/>
    <w:rsid w:val="00626DF9"/>
    <w:rsid w:val="00633D49"/>
    <w:rsid w:val="00661F5C"/>
    <w:rsid w:val="00675155"/>
    <w:rsid w:val="006F6E8C"/>
    <w:rsid w:val="0072527A"/>
    <w:rsid w:val="00737DB2"/>
    <w:rsid w:val="007403A4"/>
    <w:rsid w:val="0088117E"/>
    <w:rsid w:val="00885377"/>
    <w:rsid w:val="008A65FB"/>
    <w:rsid w:val="00952E43"/>
    <w:rsid w:val="009579F7"/>
    <w:rsid w:val="00986942"/>
    <w:rsid w:val="009B1041"/>
    <w:rsid w:val="009B6947"/>
    <w:rsid w:val="009C1C29"/>
    <w:rsid w:val="009D12DA"/>
    <w:rsid w:val="009E4F98"/>
    <w:rsid w:val="00A02CEA"/>
    <w:rsid w:val="00A3403B"/>
    <w:rsid w:val="00A64101"/>
    <w:rsid w:val="00A6676B"/>
    <w:rsid w:val="00AA1D8D"/>
    <w:rsid w:val="00AE7627"/>
    <w:rsid w:val="00AF0743"/>
    <w:rsid w:val="00AF25E1"/>
    <w:rsid w:val="00B44D22"/>
    <w:rsid w:val="00B47730"/>
    <w:rsid w:val="00BA6945"/>
    <w:rsid w:val="00BF3224"/>
    <w:rsid w:val="00C13593"/>
    <w:rsid w:val="00C50B4D"/>
    <w:rsid w:val="00C65F92"/>
    <w:rsid w:val="00CA3BC3"/>
    <w:rsid w:val="00CB0664"/>
    <w:rsid w:val="00CD4B48"/>
    <w:rsid w:val="00CD7E15"/>
    <w:rsid w:val="00CF7E9F"/>
    <w:rsid w:val="00D1109E"/>
    <w:rsid w:val="00D53B7E"/>
    <w:rsid w:val="00D77189"/>
    <w:rsid w:val="00DB3CC1"/>
    <w:rsid w:val="00DB5690"/>
    <w:rsid w:val="00E24792"/>
    <w:rsid w:val="00E257F0"/>
    <w:rsid w:val="00E35525"/>
    <w:rsid w:val="00E407BC"/>
    <w:rsid w:val="00E41F32"/>
    <w:rsid w:val="00F52E47"/>
    <w:rsid w:val="00F7502F"/>
    <w:rsid w:val="00FB7EE1"/>
    <w:rsid w:val="00FC693F"/>
    <w:rsid w:val="00FD7579"/>
    <w:rsid w:val="00FF1405"/>
    <w:rsid w:val="00FF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D1BCE3-F054-4091-A453-32D2B58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33ADA"/>
    <w:rPr>
      <w:color w:val="666666"/>
    </w:rPr>
  </w:style>
  <w:style w:type="character" w:customStyle="1" w:styleId="Style1">
    <w:name w:val="Style1"/>
    <w:basedOn w:val="DefaultParagraphFont"/>
    <w:uiPriority w:val="1"/>
    <w:rsid w:val="00E257F0"/>
    <w:rPr>
      <w:rFonts w:ascii="Times New Roman" w:hAnsi="Times New Roman"/>
      <w:b/>
      <w:u w:val="single"/>
    </w:rPr>
  </w:style>
  <w:style w:type="character" w:customStyle="1" w:styleId="Style2">
    <w:name w:val="Style2"/>
    <w:basedOn w:val="DefaultParagraphFont"/>
    <w:uiPriority w:val="1"/>
    <w:rsid w:val="005D000B"/>
    <w:rPr>
      <w:rFonts w:ascii="Times New Roman" w:hAnsi="Times New Roman"/>
      <w:b/>
      <w:color w:val="C00000"/>
      <w:sz w:val="28"/>
      <w:u w:val="single"/>
    </w:rPr>
  </w:style>
  <w:style w:type="character" w:customStyle="1" w:styleId="Style3">
    <w:name w:val="Style3"/>
    <w:basedOn w:val="DefaultParagraphFont"/>
    <w:uiPriority w:val="1"/>
    <w:rsid w:val="00D1109E"/>
    <w:rPr>
      <w:b/>
      <w:color w:val="C00000"/>
      <w:sz w:val="24"/>
    </w:rPr>
  </w:style>
  <w:style w:type="character" w:customStyle="1" w:styleId="Style4">
    <w:name w:val="Style4"/>
    <w:basedOn w:val="DefaultParagraphFont"/>
    <w:uiPriority w:val="1"/>
    <w:rsid w:val="00062FAD"/>
    <w:rPr>
      <w:b/>
      <w:sz w:val="28"/>
    </w:rPr>
  </w:style>
  <w:style w:type="character" w:customStyle="1" w:styleId="Style5">
    <w:name w:val="Style5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6">
    <w:name w:val="Style6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7">
    <w:name w:val="Style7"/>
    <w:basedOn w:val="DefaultParagraphFont"/>
    <w:uiPriority w:val="1"/>
    <w:rsid w:val="00062FAD"/>
    <w:rPr>
      <w:rFonts w:ascii="Arial" w:hAnsi="Arial"/>
      <w:b/>
      <w:sz w:val="28"/>
    </w:rPr>
  </w:style>
  <w:style w:type="character" w:customStyle="1" w:styleId="Style8">
    <w:name w:val="Style8"/>
    <w:basedOn w:val="DefaultParagraphFont"/>
    <w:uiPriority w:val="1"/>
    <w:rsid w:val="00062FAD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AFDB2D68AE44D5B6DD5BEEBEF1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3F21-1EF3-45D3-BF9E-C26F82CA6ADC}"/>
      </w:docPartPr>
      <w:docPartBody>
        <w:p w:rsidR="00E105DB" w:rsidRDefault="00832B1A" w:rsidP="00832B1A">
          <w:pPr>
            <w:pStyle w:val="BAAFDB2D68AE44D5B6DD5BEEBEF1154D5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E137C48A8C4846439BB7230A9B48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1FA1-6C9C-4702-8BCC-832D4DFE96E2}"/>
      </w:docPartPr>
      <w:docPartBody>
        <w:p w:rsidR="00E105DB" w:rsidRDefault="00832B1A" w:rsidP="00832B1A">
          <w:pPr>
            <w:pStyle w:val="E137C48A8C4846439BB7230A9B488FD94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9F253F89CF33425E933EC2E462A8E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16782-D102-4A04-86C9-9EAB2741C934}"/>
      </w:docPartPr>
      <w:docPartBody>
        <w:p w:rsidR="00832B1A" w:rsidRDefault="00832B1A" w:rsidP="00832B1A">
          <w:pPr>
            <w:pStyle w:val="9F253F89CF33425E933EC2E462A8E8784"/>
          </w:pPr>
          <w:r w:rsidRPr="0014537E">
            <w:rPr>
              <w:rStyle w:val="PlaceholderText"/>
              <w:color w:val="000000" w:themeColor="text1"/>
            </w:rPr>
            <w:t>Click or tap to enter a date.</w:t>
          </w:r>
        </w:p>
      </w:docPartBody>
    </w:docPart>
    <w:docPart>
      <w:docPartPr>
        <w:name w:val="D657BD43F0E24482B3C7D8E9861F6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6B329-5DF1-4239-B894-96FEA87BBF53}"/>
      </w:docPartPr>
      <w:docPartBody>
        <w:p w:rsidR="00837926" w:rsidRDefault="00832B1A" w:rsidP="00832B1A">
          <w:pPr>
            <w:pStyle w:val="D657BD43F0E24482B3C7D8E9861F6208"/>
          </w:pPr>
          <w:r w:rsidRPr="00A4480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F7"/>
    <w:rsid w:val="0007325D"/>
    <w:rsid w:val="00081499"/>
    <w:rsid w:val="00281FCA"/>
    <w:rsid w:val="0028690E"/>
    <w:rsid w:val="003C3610"/>
    <w:rsid w:val="0042261A"/>
    <w:rsid w:val="004B296A"/>
    <w:rsid w:val="004F61F7"/>
    <w:rsid w:val="005406D0"/>
    <w:rsid w:val="005D5522"/>
    <w:rsid w:val="00604837"/>
    <w:rsid w:val="007403A4"/>
    <w:rsid w:val="00742A53"/>
    <w:rsid w:val="00745706"/>
    <w:rsid w:val="00832B1A"/>
    <w:rsid w:val="00837926"/>
    <w:rsid w:val="009579F7"/>
    <w:rsid w:val="009D12DA"/>
    <w:rsid w:val="009E4F98"/>
    <w:rsid w:val="00AE5822"/>
    <w:rsid w:val="00AF2B5F"/>
    <w:rsid w:val="00B04090"/>
    <w:rsid w:val="00C23D80"/>
    <w:rsid w:val="00C94413"/>
    <w:rsid w:val="00CB6976"/>
    <w:rsid w:val="00D4571E"/>
    <w:rsid w:val="00DB5690"/>
    <w:rsid w:val="00E105DB"/>
    <w:rsid w:val="00F27206"/>
    <w:rsid w:val="00FB7EE1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B1A"/>
    <w:rPr>
      <w:color w:val="666666"/>
    </w:rPr>
  </w:style>
  <w:style w:type="paragraph" w:customStyle="1" w:styleId="D657BD43F0E24482B3C7D8E9861F6208">
    <w:name w:val="D657BD43F0E24482B3C7D8E9861F6208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E137C48A8C4846439BB7230A9B488FD94">
    <w:name w:val="E137C48A8C4846439BB7230A9B488FD9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BAAFDB2D68AE44D5B6DD5BEEBEF1154D5">
    <w:name w:val="BAAFDB2D68AE44D5B6DD5BEEBEF1154D5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9F253F89CF33425E933EC2E462A8E8784">
    <w:name w:val="9F253F89CF33425E933EC2E462A8E878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 Dingle</cp:lastModifiedBy>
  <cp:revision>2</cp:revision>
  <dcterms:created xsi:type="dcterms:W3CDTF">2026-09-02T18:36:00Z</dcterms:created>
  <dcterms:modified xsi:type="dcterms:W3CDTF">2026-09-02T18:36:00Z</dcterms:modified>
  <cp:category/>
</cp:coreProperties>
</file>