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sdt>
      <w:sdtPr>
        <w:rPr>
          <w:rStyle w:val="Style2"/>
        </w:rPr>
        <w:id w:val="-1072805163"/>
        <w:placeholder>
          <w:docPart w:val="D657BD43F0E24482B3C7D8E9861F6208"/>
        </w:placeholder>
        <w15:color w:val="F6F6F6"/>
        <w:dropDownList>
          <w:listItem w:value="Choose an item."/>
          <w:listItem w:displayText="NOTIFICATION" w:value="NOTIFICATION"/>
          <w:listItem w:displayText="CANCELLATION" w:value="CANCELLATION"/>
        </w:dropDownList>
      </w:sdtPr>
      <w:sdtEndPr>
        <w:rPr>
          <w:rStyle w:val="Style2"/>
        </w:rPr>
      </w:sdtEndPr>
      <w:sdtContent>
        <w:p w14:paraId="0167F00A" w14:textId="1B678D14" w:rsidR="00F7502F" w:rsidRPr="00D77189" w:rsidRDefault="009B1041">
          <w:pPr>
            <w:spacing w:after="120"/>
            <w:jc w:val="center"/>
            <w:rPr>
              <w:color w:val="C00000"/>
            </w:rPr>
          </w:pPr>
          <w:r>
            <w:rPr>
              <w:rStyle w:val="Style2"/>
            </w:rPr>
            <w:t>NOTIFICATION</w:t>
          </w:r>
        </w:p>
      </w:sdtContent>
    </w:sdt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2F898EAC" w:rsidR="00E35525" w:rsidRDefault="00E526C4">
            <w:sdt>
              <w:sdtPr>
                <w:rPr>
                  <w:rStyle w:val="Style7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Emergency Outage" w:value="Emergency Outage"/>
                  <w:listItem w:displayText="Maintenance" w:value="Maintenance"/>
                  <w:listItem w:displayText="Planned Outage" w:value="Planned Outage"/>
                  <w:listItem w:displayText="Project Update" w:value="Project Update"/>
                  <w:listItem w:displayText="Restoration Notice" w:value="Restoration Notice"/>
                  <w:listItem w:displayText="Service Interruption" w:value="Service Interruption"/>
                </w:dropDownList>
              </w:sdtPr>
              <w:sdtEndPr>
                <w:rPr>
                  <w:rStyle w:val="DefaultParagraphFont"/>
                  <w:rFonts w:ascii="Times New Roman" w:eastAsia="Times New Roman" w:hAnsi="Times New Roman" w:cs="Times New Roman"/>
                  <w:b w:val="0"/>
                  <w:sz w:val="20"/>
                </w:rPr>
              </w:sdtEndPr>
              <w:sdtContent>
                <w:r w:rsidR="00986942">
                  <w:rPr>
                    <w:rStyle w:val="Style7"/>
                  </w:rPr>
                  <w:t>Service Interruption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437EB715" w:rsidR="00E35525" w:rsidRDefault="00E526C4">
            <w:sdt>
              <w:sdtPr>
                <w:rPr>
                  <w:rStyle w:val="Style8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Building Automation (BAS)" w:value="Building Automation (BAS)"/>
                  <w:listItem w:displayText="Chilled Water" w:value="Chilled Water"/>
                  <w:listItem w:displayText="Domestic Hot Water" w:value="Domestic Hot Water"/>
                  <w:listItem w:displayText="Domestic Water" w:value="Domestic Water"/>
                  <w:listItem w:displayText="Electrical" w:value="Electrical"/>
                  <w:listItem w:displayText="Elevator" w:value="Elevator"/>
                  <w:listItem w:displayText="Emergency Power" w:value="Emergency Power"/>
                  <w:listItem w:displayText="Fire Alarm" w:value="Fire Alarm"/>
                  <w:listItem w:displayText="HVAC" w:value="HVAC"/>
                  <w:listItem w:displayText="Mechanical Equipment" w:value="Mechanical Equipment"/>
                  <w:listItem w:displayText="Medical Gas" w:value="Medical Gas"/>
                  <w:listItem w:displayText="Nurse Call" w:value="Nurse Call"/>
                  <w:listItem w:displayText="Plumbing" w:value="Plumbing"/>
                  <w:listItem w:displayText="Pneumatic Tube (P-Tube)" w:value="Pneumatic Tube (P-Tube)"/>
                  <w:listItem w:displayText="Steam" w:value="Steam"/>
                </w:dropDownList>
              </w:sdtPr>
              <w:sdtEndPr>
                <w:rPr>
                  <w:rStyle w:val="Style8"/>
                </w:rPr>
              </w:sdtEndPr>
              <w:sdtContent>
                <w:r w:rsidR="00DB3CC1">
                  <w:rPr>
                    <w:rStyle w:val="Style8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1D81F51F" w:rsidR="00F7502F" w:rsidRDefault="00AF25E1">
            <w:r>
              <w:t xml:space="preserve">Switching </w:t>
            </w:r>
            <w:r w:rsidR="00A3403B">
              <w:t>at Med Library</w:t>
            </w:r>
          </w:p>
        </w:tc>
      </w:tr>
    </w:tbl>
    <w:p w14:paraId="0B0DCAF6" w14:textId="0B3981C1" w:rsidR="00F7502F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>:</w:t>
      </w:r>
      <w:r w:rsidR="00FF2D3D">
        <w:rPr>
          <w:b/>
          <w:sz w:val="24"/>
          <w:szCs w:val="24"/>
        </w:rPr>
        <w:t xml:space="preserve"> 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7"/>
        <w:gridCol w:w="7863"/>
      </w:tblGrid>
      <w:tr w:rsidR="00F7502F" w14:paraId="759771E9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2E6CF5" w14:textId="77777777" w:rsidR="00F7502F" w:rsidRDefault="00371951">
            <w:pPr>
              <w:rPr>
                <w:b/>
                <w:color w:val="C00000"/>
              </w:rPr>
            </w:pPr>
            <w:r w:rsidRPr="00D77189">
              <w:rPr>
                <w:b/>
                <w:color w:val="C00000"/>
              </w:rPr>
              <w:t>Date:</w:t>
            </w:r>
          </w:p>
          <w:p w14:paraId="6BBA60A9" w14:textId="628B94C6" w:rsidR="00FA1FD2" w:rsidRDefault="00FA1FD2"/>
        </w:tc>
        <w:sdt>
          <w:sdtPr>
            <w:rPr>
              <w:rStyle w:val="Style3"/>
            </w:rPr>
            <w:id w:val="347985234"/>
            <w:placeholder>
              <w:docPart w:val="9F253F89CF33425E933EC2E462A8E878"/>
            </w:placeholder>
            <w:date w:fullDate="2026-09-04T00:00:00Z"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Style3"/>
            </w:rPr>
          </w:sdtEndPr>
          <w:sdtContent>
            <w:tc>
              <w:tcPr>
                <w:tcW w:w="7863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6CBDEA54" w:rsidR="00F7502F" w:rsidRPr="0014537E" w:rsidRDefault="00A3403B">
                <w:pPr>
                  <w:rPr>
                    <w:color w:val="000000" w:themeColor="text1"/>
                  </w:rPr>
                </w:pPr>
                <w:r>
                  <w:rPr>
                    <w:rStyle w:val="Style3"/>
                  </w:rPr>
                  <w:t>9/4/2026</w:t>
                </w:r>
              </w:p>
            </w:tc>
          </w:sdtContent>
        </w:sdt>
      </w:tr>
      <w:tr w:rsidR="00F7502F" w14:paraId="018FB0DA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2725DE" w14:textId="30282735" w:rsidR="00FA1FD2" w:rsidRDefault="00FA1FD2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Time:</w:t>
            </w:r>
          </w:p>
          <w:p w14:paraId="61AE557E" w14:textId="1FD756BC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786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F2AC59" w14:textId="22EA59E8" w:rsidR="00FA1FD2" w:rsidRDefault="00FA1FD2">
            <w:r>
              <w:t xml:space="preserve"> Between 0400 - 0600</w:t>
            </w:r>
          </w:p>
          <w:p w14:paraId="7812BAA8" w14:textId="0F74E144" w:rsidR="00F7502F" w:rsidRDefault="00A3403B">
            <w:r>
              <w:t>Medical Library</w:t>
            </w:r>
          </w:p>
        </w:tc>
      </w:tr>
      <w:tr w:rsidR="00F7502F" w14:paraId="0EE1263C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786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1D38C878" w:rsidR="00F7502F" w:rsidRDefault="005D1589">
            <w:pPr>
              <w:spacing w:after="0"/>
            </w:pPr>
            <w:r>
              <w:t xml:space="preserve">Normal Power </w:t>
            </w:r>
          </w:p>
        </w:tc>
      </w:tr>
      <w:tr w:rsidR="00F7502F" w14:paraId="7433E9FD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786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28E0A8A4" w:rsidR="00F7502F" w:rsidRDefault="003736A6">
            <w:pPr>
              <w:spacing w:after="0"/>
            </w:pPr>
            <w:r>
              <w:rPr>
                <w:color w:val="FF0000"/>
              </w:rPr>
              <w:t xml:space="preserve">Normal Power @ </w:t>
            </w:r>
            <w:r w:rsidR="00A3403B">
              <w:rPr>
                <w:color w:val="FF0000"/>
              </w:rPr>
              <w:t>Medical Library</w:t>
            </w:r>
            <w:r w:rsidR="00A21A4A">
              <w:rPr>
                <w:color w:val="FF0000"/>
              </w:rPr>
              <w:t>: will see momentary blips in normal power circuits as we realign the electrical supply</w:t>
            </w:r>
          </w:p>
        </w:tc>
      </w:tr>
      <w:tr w:rsidR="00F7502F" w14:paraId="0BBD4624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786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2D2FEB1D" w:rsidR="00F7502F" w:rsidRDefault="00A3403B">
            <w:pPr>
              <w:spacing w:after="0"/>
            </w:pPr>
            <w:r>
              <w:rPr>
                <w:color w:val="FF0000"/>
              </w:rPr>
              <w:t>Switc</w:t>
            </w:r>
            <w:r w:rsidR="005131DD">
              <w:rPr>
                <w:color w:val="FF0000"/>
              </w:rPr>
              <w:t>hing</w:t>
            </w:r>
            <w:r w:rsidR="001F7D76">
              <w:rPr>
                <w:color w:val="FF0000"/>
              </w:rPr>
              <w:t xml:space="preserve"> from</w:t>
            </w:r>
            <w:r w:rsidR="00512397">
              <w:rPr>
                <w:color w:val="FF0000"/>
              </w:rPr>
              <w:t xml:space="preserve"> f</w:t>
            </w:r>
            <w:r w:rsidR="00A02CEA">
              <w:rPr>
                <w:color w:val="FF0000"/>
              </w:rPr>
              <w:t>e</w:t>
            </w:r>
            <w:r w:rsidR="00512397">
              <w:rPr>
                <w:color w:val="FF0000"/>
              </w:rPr>
              <w:t>eder</w:t>
            </w:r>
            <w:r w:rsidR="001F7D76">
              <w:rPr>
                <w:color w:val="FF0000"/>
              </w:rPr>
              <w:t xml:space="preserve"> 740 </w:t>
            </w:r>
            <w:r w:rsidR="00477B49">
              <w:rPr>
                <w:color w:val="FF0000"/>
              </w:rPr>
              <w:t>to 730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8"/>
        <w:gridCol w:w="3979"/>
        <w:gridCol w:w="1358"/>
        <w:gridCol w:w="3951"/>
      </w:tblGrid>
      <w:tr w:rsidR="004D19E3" w14:paraId="3C84EA4E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90" w:type="dxa"/>
              <w:bottom w:w="86" w:type="dxa"/>
              <w:right w:w="90" w:type="dxa"/>
            </w:tcMar>
            <w:vAlign w:val="center"/>
          </w:tcPr>
          <w:p w14:paraId="7CDC6531" w14:textId="4A4A2997" w:rsidR="004D19E3" w:rsidRPr="004D19E3" w:rsidRDefault="004D19E3" w:rsidP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467" w14:textId="6E73FD5E" w:rsidR="004D19E3" w:rsidRDefault="00313584" w:rsidP="004D19E3">
            <w:pPr>
              <w:spacing w:after="120"/>
            </w:pPr>
            <w:r>
              <w:t xml:space="preserve">Marc Dingle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6172B" w14:textId="366DCC57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316D" w14:textId="1F83DA9A" w:rsidR="004D19E3" w:rsidRDefault="004D19E3"/>
        </w:tc>
      </w:tr>
      <w:tr w:rsidR="004D19E3" w14:paraId="511CEE8C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A911D" w14:textId="25946DEF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4F6" w14:textId="5EBCD9D4" w:rsidR="004D19E3" w:rsidRDefault="001E637C" w:rsidP="004D19E3">
            <w:pPr>
              <w:spacing w:after="120"/>
            </w:pPr>
            <w:r>
              <w:t xml:space="preserve">Physical Plant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0B38F" w14:textId="4D125B2D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23E" w14:textId="760C6161" w:rsidR="004D19E3" w:rsidRDefault="004D19E3"/>
        </w:tc>
      </w:tr>
      <w:tr w:rsidR="004D19E3" w14:paraId="52C7511B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2512A" w14:textId="2B3D2678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B99" w14:textId="3D9BB2A2" w:rsidR="004D19E3" w:rsidRDefault="001E637C" w:rsidP="004D19E3">
            <w:pPr>
              <w:spacing w:after="120"/>
            </w:pPr>
            <w:r>
              <w:t>680 – 323 - 1819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1E6C9" w14:textId="06244F82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526" w14:textId="4E8F000E" w:rsidR="004D19E3" w:rsidRDefault="004D19E3"/>
        </w:tc>
      </w:tr>
      <w:tr w:rsidR="004D19E3" w14:paraId="5089B399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86878" w14:textId="3B8983DC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B88" w14:textId="2D9B7F74" w:rsidR="004D19E3" w:rsidRDefault="00CD7E15" w:rsidP="004D19E3">
            <w:pPr>
              <w:spacing w:after="120"/>
            </w:pPr>
            <w:r>
              <w:t>dinglem@upstate.edu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77E3" w14:textId="2F5E07D6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844" w14:textId="19F66391" w:rsidR="004D19E3" w:rsidRDefault="004D19E3"/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lastRenderedPageBreak/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6063C"/>
    <w:rsid w:val="00062FAD"/>
    <w:rsid w:val="0007325D"/>
    <w:rsid w:val="00083DA8"/>
    <w:rsid w:val="000E53DD"/>
    <w:rsid w:val="000F79A4"/>
    <w:rsid w:val="0014537E"/>
    <w:rsid w:val="0015074B"/>
    <w:rsid w:val="00153962"/>
    <w:rsid w:val="0015594D"/>
    <w:rsid w:val="001E637C"/>
    <w:rsid w:val="001F7D76"/>
    <w:rsid w:val="00246990"/>
    <w:rsid w:val="00281FCA"/>
    <w:rsid w:val="0029639D"/>
    <w:rsid w:val="002B6736"/>
    <w:rsid w:val="00313584"/>
    <w:rsid w:val="00326F90"/>
    <w:rsid w:val="003313D1"/>
    <w:rsid w:val="00333350"/>
    <w:rsid w:val="00371951"/>
    <w:rsid w:val="003736A6"/>
    <w:rsid w:val="003A3CAB"/>
    <w:rsid w:val="003C3610"/>
    <w:rsid w:val="0042261A"/>
    <w:rsid w:val="0045079A"/>
    <w:rsid w:val="00477B49"/>
    <w:rsid w:val="004A31EB"/>
    <w:rsid w:val="004B296A"/>
    <w:rsid w:val="004D19E3"/>
    <w:rsid w:val="004E7808"/>
    <w:rsid w:val="00512397"/>
    <w:rsid w:val="005131DD"/>
    <w:rsid w:val="005A3F01"/>
    <w:rsid w:val="005C621F"/>
    <w:rsid w:val="005D000B"/>
    <w:rsid w:val="005D1589"/>
    <w:rsid w:val="006176CA"/>
    <w:rsid w:val="00633D49"/>
    <w:rsid w:val="00661F5C"/>
    <w:rsid w:val="00675155"/>
    <w:rsid w:val="006F6E8C"/>
    <w:rsid w:val="0072527A"/>
    <w:rsid w:val="007403A4"/>
    <w:rsid w:val="0088117E"/>
    <w:rsid w:val="00885377"/>
    <w:rsid w:val="008A65FB"/>
    <w:rsid w:val="008B03C3"/>
    <w:rsid w:val="009579F7"/>
    <w:rsid w:val="00986942"/>
    <w:rsid w:val="009B1041"/>
    <w:rsid w:val="009C1C29"/>
    <w:rsid w:val="009D12DA"/>
    <w:rsid w:val="009E4F98"/>
    <w:rsid w:val="00A02CEA"/>
    <w:rsid w:val="00A21A4A"/>
    <w:rsid w:val="00A3403B"/>
    <w:rsid w:val="00A64101"/>
    <w:rsid w:val="00A6676B"/>
    <w:rsid w:val="00AA1D8D"/>
    <w:rsid w:val="00AE7627"/>
    <w:rsid w:val="00AF0743"/>
    <w:rsid w:val="00AF25E1"/>
    <w:rsid w:val="00B44D22"/>
    <w:rsid w:val="00B47730"/>
    <w:rsid w:val="00BA6945"/>
    <w:rsid w:val="00BF3224"/>
    <w:rsid w:val="00C13593"/>
    <w:rsid w:val="00C50B4D"/>
    <w:rsid w:val="00C65F92"/>
    <w:rsid w:val="00CA3BC3"/>
    <w:rsid w:val="00CB0664"/>
    <w:rsid w:val="00CD4B48"/>
    <w:rsid w:val="00CD7E15"/>
    <w:rsid w:val="00CF7E9F"/>
    <w:rsid w:val="00D1109E"/>
    <w:rsid w:val="00D53B7E"/>
    <w:rsid w:val="00D77189"/>
    <w:rsid w:val="00DB3CC1"/>
    <w:rsid w:val="00E257F0"/>
    <w:rsid w:val="00E35525"/>
    <w:rsid w:val="00E407BC"/>
    <w:rsid w:val="00EE5707"/>
    <w:rsid w:val="00F7502F"/>
    <w:rsid w:val="00FA1FD2"/>
    <w:rsid w:val="00FB7EE1"/>
    <w:rsid w:val="00FC693F"/>
    <w:rsid w:val="00FF1405"/>
    <w:rsid w:val="00F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  <w:style w:type="character" w:customStyle="1" w:styleId="Style1">
    <w:name w:val="Style1"/>
    <w:basedOn w:val="DefaultParagraphFont"/>
    <w:uiPriority w:val="1"/>
    <w:rsid w:val="00E257F0"/>
    <w:rPr>
      <w:rFonts w:ascii="Times New Roman" w:hAnsi="Times New Roman"/>
      <w:b/>
      <w:u w:val="single"/>
    </w:rPr>
  </w:style>
  <w:style w:type="character" w:customStyle="1" w:styleId="Style2">
    <w:name w:val="Style2"/>
    <w:basedOn w:val="DefaultParagraphFont"/>
    <w:uiPriority w:val="1"/>
    <w:rsid w:val="005D000B"/>
    <w:rPr>
      <w:rFonts w:ascii="Times New Roman" w:hAnsi="Times New Roman"/>
      <w:b/>
      <w:color w:val="C00000"/>
      <w:sz w:val="28"/>
      <w:u w:val="single"/>
    </w:rPr>
  </w:style>
  <w:style w:type="character" w:customStyle="1" w:styleId="Style3">
    <w:name w:val="Style3"/>
    <w:basedOn w:val="DefaultParagraphFont"/>
    <w:uiPriority w:val="1"/>
    <w:rsid w:val="00D1109E"/>
    <w:rPr>
      <w:b/>
      <w:color w:val="C00000"/>
      <w:sz w:val="24"/>
    </w:rPr>
  </w:style>
  <w:style w:type="character" w:customStyle="1" w:styleId="Style4">
    <w:name w:val="Style4"/>
    <w:basedOn w:val="DefaultParagraphFont"/>
    <w:uiPriority w:val="1"/>
    <w:rsid w:val="00062FAD"/>
    <w:rPr>
      <w:b/>
      <w:sz w:val="28"/>
    </w:rPr>
  </w:style>
  <w:style w:type="character" w:customStyle="1" w:styleId="Style5">
    <w:name w:val="Style5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7">
    <w:name w:val="Style7"/>
    <w:basedOn w:val="DefaultParagraphFont"/>
    <w:uiPriority w:val="1"/>
    <w:rsid w:val="00062FAD"/>
    <w:rPr>
      <w:rFonts w:ascii="Arial" w:hAnsi="Arial"/>
      <w:b/>
      <w:sz w:val="28"/>
    </w:rPr>
  </w:style>
  <w:style w:type="character" w:customStyle="1" w:styleId="Style8">
    <w:name w:val="Style8"/>
    <w:basedOn w:val="DefaultParagraphFont"/>
    <w:uiPriority w:val="1"/>
    <w:rsid w:val="00062FAD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832B1A" w:rsidP="00832B1A">
          <w:pPr>
            <w:pStyle w:val="BAAFDB2D68AE44D5B6DD5BEEBEF1154D5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832B1A" w:rsidP="00832B1A">
          <w:pPr>
            <w:pStyle w:val="E137C48A8C4846439BB7230A9B488FD94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9F253F89CF33425E933EC2E462A8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782-D102-4A04-86C9-9EAB2741C934}"/>
      </w:docPartPr>
      <w:docPartBody>
        <w:p w:rsidR="00832B1A" w:rsidRDefault="00832B1A" w:rsidP="00832B1A">
          <w:pPr>
            <w:pStyle w:val="9F253F89CF33425E933EC2E462A8E8784"/>
          </w:pPr>
          <w:r w:rsidRPr="0014537E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D657BD43F0E24482B3C7D8E9861F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B329-5DF1-4239-B894-96FEA87BBF53}"/>
      </w:docPartPr>
      <w:docPartBody>
        <w:p w:rsidR="00837926" w:rsidRDefault="00832B1A" w:rsidP="00832B1A">
          <w:pPr>
            <w:pStyle w:val="D657BD43F0E24482B3C7D8E9861F6208"/>
          </w:pPr>
          <w:r w:rsidRPr="00A448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7325D"/>
    <w:rsid w:val="00081499"/>
    <w:rsid w:val="00281FCA"/>
    <w:rsid w:val="0028690E"/>
    <w:rsid w:val="003C3610"/>
    <w:rsid w:val="0042261A"/>
    <w:rsid w:val="004B296A"/>
    <w:rsid w:val="004F61F7"/>
    <w:rsid w:val="005406D0"/>
    <w:rsid w:val="005D5522"/>
    <w:rsid w:val="007403A4"/>
    <w:rsid w:val="00742A53"/>
    <w:rsid w:val="00745706"/>
    <w:rsid w:val="00827374"/>
    <w:rsid w:val="00832B1A"/>
    <w:rsid w:val="00837926"/>
    <w:rsid w:val="008B03C3"/>
    <w:rsid w:val="009579F7"/>
    <w:rsid w:val="009D12DA"/>
    <w:rsid w:val="009E4F98"/>
    <w:rsid w:val="00AE5822"/>
    <w:rsid w:val="00B04090"/>
    <w:rsid w:val="00BC0DB5"/>
    <w:rsid w:val="00C23D80"/>
    <w:rsid w:val="00D4571E"/>
    <w:rsid w:val="00D57CE4"/>
    <w:rsid w:val="00E105DB"/>
    <w:rsid w:val="00EE5707"/>
    <w:rsid w:val="00F27206"/>
    <w:rsid w:val="00FB7EE1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B1A"/>
    <w:rPr>
      <w:color w:val="666666"/>
    </w:rPr>
  </w:style>
  <w:style w:type="paragraph" w:customStyle="1" w:styleId="D657BD43F0E24482B3C7D8E9861F6208">
    <w:name w:val="D657BD43F0E24482B3C7D8E9861F6208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E137C48A8C4846439BB7230A9B488FD94">
    <w:name w:val="E137C48A8C4846439BB7230A9B488FD9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BAAFDB2D68AE44D5B6DD5BEEBEF1154D5">
    <w:name w:val="BAAFDB2D68AE44D5B6DD5BEEBEF1154D5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9F253F89CF33425E933EC2E462A8E8784">
    <w:name w:val="9F253F89CF33425E933EC2E462A8E878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Lawrence N. Blanchard</cp:lastModifiedBy>
  <cp:revision>2</cp:revision>
  <dcterms:created xsi:type="dcterms:W3CDTF">2026-09-02T19:19:00Z</dcterms:created>
  <dcterms:modified xsi:type="dcterms:W3CDTF">2026-09-02T19:19:00Z</dcterms:modified>
  <cp:category/>
</cp:coreProperties>
</file>