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2F898EAC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986942">
                  <w:rPr>
                    <w:rStyle w:val="Style7"/>
                  </w:rPr>
                  <w:t>Service Interruption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437EB715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DB3CC1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1544F98E" w:rsidR="00F7502F" w:rsidRPr="00EF071B" w:rsidRDefault="009A2F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UPDATE: </w:t>
            </w:r>
            <w:r w:rsidR="00EF071B" w:rsidRPr="00EF071B">
              <w:rPr>
                <w:b/>
                <w:bCs/>
                <w:color w:val="FF0000"/>
                <w:sz w:val="28"/>
                <w:szCs w:val="28"/>
              </w:rPr>
              <w:t>Switching at MED Library RESCHEDULED</w:t>
            </w:r>
          </w:p>
        </w:tc>
      </w:tr>
    </w:tbl>
    <w:p w14:paraId="51B20914" w14:textId="1F777829" w:rsidR="00885377" w:rsidRPr="00384E86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>:</w:t>
      </w:r>
      <w:r w:rsidR="00FF2D3D">
        <w:rPr>
          <w:b/>
          <w:sz w:val="24"/>
          <w:szCs w:val="24"/>
        </w:rPr>
        <w:t xml:space="preserve"> </w:t>
      </w:r>
      <w:r w:rsidR="00384E86" w:rsidRPr="00384E86">
        <w:rPr>
          <w:b/>
          <w:color w:val="FF0000"/>
          <w:sz w:val="24"/>
          <w:szCs w:val="24"/>
        </w:rPr>
        <w:t>DLAR PROJECT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446CDE54" w:rsidR="00384E86" w:rsidRPr="00384E86" w:rsidRDefault="00371951">
            <w:pPr>
              <w:rPr>
                <w:b/>
                <w:color w:val="C00000"/>
              </w:rPr>
            </w:pPr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10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863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50A01680" w:rsidR="00F7502F" w:rsidRPr="0014537E" w:rsidRDefault="00F03E7D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9/10/2026</w:t>
                </w:r>
              </w:p>
            </w:tc>
          </w:sdtContent>
        </w:sdt>
      </w:tr>
      <w:tr w:rsidR="00F7502F" w14:paraId="018FB0DA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F5EF5" w14:textId="77777777" w:rsidR="00F7502F" w:rsidRDefault="00371951">
            <w:pPr>
              <w:rPr>
                <w:b/>
                <w:color w:val="C00000"/>
              </w:rPr>
            </w:pPr>
            <w:r w:rsidRPr="00D77189">
              <w:rPr>
                <w:b/>
                <w:color w:val="C00000"/>
              </w:rPr>
              <w:t>Location</w:t>
            </w:r>
            <w:r w:rsidR="00384E86">
              <w:rPr>
                <w:b/>
                <w:color w:val="C00000"/>
              </w:rPr>
              <w:t>:</w:t>
            </w:r>
          </w:p>
          <w:p w14:paraId="5C0795FD" w14:textId="77777777" w:rsidR="00384E86" w:rsidRDefault="00384E86">
            <w:pPr>
              <w:rPr>
                <w:b/>
                <w:bCs/>
                <w:color w:val="C00000"/>
              </w:rPr>
            </w:pPr>
          </w:p>
          <w:p w14:paraId="61AE557E" w14:textId="060A811B" w:rsidR="00384E86" w:rsidRPr="00384E86" w:rsidRDefault="00384E86">
            <w:pPr>
              <w:rPr>
                <w:b/>
                <w:bCs/>
              </w:rPr>
            </w:pPr>
            <w:r w:rsidRPr="00384E86">
              <w:rPr>
                <w:b/>
                <w:bCs/>
                <w:color w:val="C00000"/>
              </w:rPr>
              <w:t>Time: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CD7D5C" w14:textId="77777777" w:rsidR="00F7502F" w:rsidRDefault="00A3403B">
            <w:r>
              <w:t>Medical Library</w:t>
            </w:r>
          </w:p>
          <w:p w14:paraId="0E8C6861" w14:textId="77777777" w:rsidR="00384E86" w:rsidRDefault="00384E86"/>
          <w:p w14:paraId="7812BAA8" w14:textId="239CBEC0" w:rsidR="00384E86" w:rsidRDefault="00384E86">
            <w:r>
              <w:t>0400 - 0600</w:t>
            </w:r>
          </w:p>
        </w:tc>
      </w:tr>
      <w:tr w:rsidR="00F7502F" w14:paraId="0EE1263C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873D9" w14:textId="7C450868" w:rsidR="00F7502F" w:rsidRDefault="005D1589">
            <w:pPr>
              <w:spacing w:after="0"/>
            </w:pPr>
            <w:r>
              <w:t xml:space="preserve">Normal Power </w:t>
            </w:r>
            <w:r w:rsidR="009A2F52">
              <w:t>will see a “blip” as sources of power are switched</w:t>
            </w:r>
          </w:p>
        </w:tc>
      </w:tr>
      <w:tr w:rsidR="00F7502F" w14:paraId="7433E9FD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673D785E" w:rsidR="00F7502F" w:rsidRDefault="003736A6">
            <w:pPr>
              <w:spacing w:after="0"/>
            </w:pPr>
            <w:r>
              <w:rPr>
                <w:color w:val="FF0000"/>
              </w:rPr>
              <w:t xml:space="preserve">Normal Power @ </w:t>
            </w:r>
            <w:r w:rsidR="00A3403B">
              <w:rPr>
                <w:color w:val="FF0000"/>
              </w:rPr>
              <w:t>Medical Library</w:t>
            </w:r>
          </w:p>
        </w:tc>
      </w:tr>
      <w:tr w:rsidR="00F7502F" w14:paraId="0BBD4624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07870F2C" w:rsidR="00F7502F" w:rsidRDefault="00A3403B">
            <w:pPr>
              <w:spacing w:after="0"/>
            </w:pPr>
            <w:r>
              <w:rPr>
                <w:color w:val="FF0000"/>
              </w:rPr>
              <w:t>Switc</w:t>
            </w:r>
            <w:r w:rsidR="005131DD">
              <w:rPr>
                <w:color w:val="FF0000"/>
              </w:rPr>
              <w:t>hing</w:t>
            </w:r>
            <w:r w:rsidR="001F7D76">
              <w:rPr>
                <w:color w:val="FF0000"/>
              </w:rPr>
              <w:t xml:space="preserve"> from</w:t>
            </w:r>
            <w:r w:rsidR="00512397">
              <w:rPr>
                <w:color w:val="FF0000"/>
              </w:rPr>
              <w:t xml:space="preserve"> f</w:t>
            </w:r>
            <w:r w:rsidR="00A02CEA">
              <w:rPr>
                <w:color w:val="FF0000"/>
              </w:rPr>
              <w:t>e</w:t>
            </w:r>
            <w:r w:rsidR="00512397">
              <w:rPr>
                <w:color w:val="FF0000"/>
              </w:rPr>
              <w:t>eder</w:t>
            </w:r>
            <w:r w:rsidR="001F7D76">
              <w:rPr>
                <w:color w:val="FF0000"/>
              </w:rPr>
              <w:t xml:space="preserve"> 7</w:t>
            </w:r>
            <w:r w:rsidR="00384E86">
              <w:rPr>
                <w:color w:val="FF0000"/>
              </w:rPr>
              <w:t>30</w:t>
            </w:r>
            <w:r w:rsidR="001F7D76">
              <w:rPr>
                <w:color w:val="FF0000"/>
              </w:rPr>
              <w:t xml:space="preserve"> </w:t>
            </w:r>
            <w:r w:rsidR="00477B49">
              <w:rPr>
                <w:color w:val="FF0000"/>
              </w:rPr>
              <w:t>to 7</w:t>
            </w:r>
            <w:r w:rsidR="00384E86">
              <w:rPr>
                <w:color w:val="FF0000"/>
              </w:rPr>
              <w:t>4</w:t>
            </w:r>
            <w:r w:rsidR="00477B49">
              <w:rPr>
                <w:color w:val="FF0000"/>
              </w:rPr>
              <w:t>0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9"/>
        <w:gridCol w:w="1358"/>
        <w:gridCol w:w="3951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6E73FD5E" w:rsidR="004D19E3" w:rsidRDefault="00313584" w:rsidP="004D19E3">
            <w:pPr>
              <w:spacing w:after="120"/>
            </w:pPr>
            <w:r>
              <w:t xml:space="preserve">Marc Dingle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5EBCD9D4" w:rsidR="004D19E3" w:rsidRDefault="001E637C" w:rsidP="004D19E3">
            <w:pPr>
              <w:spacing w:after="120"/>
            </w:pPr>
            <w:r>
              <w:t xml:space="preserve">Physical Plant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3D9BB2A2" w:rsidR="004D19E3" w:rsidRDefault="001E637C" w:rsidP="004D19E3">
            <w:pPr>
              <w:spacing w:after="120"/>
            </w:pPr>
            <w:r>
              <w:t>680 – 323 - 1819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D9B7F74" w:rsidR="004D19E3" w:rsidRDefault="00CD7E15" w:rsidP="004D19E3">
            <w:pPr>
              <w:spacing w:after="120"/>
            </w:pPr>
            <w:r>
              <w:t>dinglem@upstate.edu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A"/>
    <w:rsid w:val="00034616"/>
    <w:rsid w:val="0006063C"/>
    <w:rsid w:val="00062FAD"/>
    <w:rsid w:val="0006397E"/>
    <w:rsid w:val="0007325D"/>
    <w:rsid w:val="00083DA8"/>
    <w:rsid w:val="000E53DD"/>
    <w:rsid w:val="000F79A4"/>
    <w:rsid w:val="0014537E"/>
    <w:rsid w:val="0015074B"/>
    <w:rsid w:val="00153962"/>
    <w:rsid w:val="0015594D"/>
    <w:rsid w:val="001A4124"/>
    <w:rsid w:val="001E637C"/>
    <w:rsid w:val="001F7D76"/>
    <w:rsid w:val="00246990"/>
    <w:rsid w:val="00281FCA"/>
    <w:rsid w:val="0029639D"/>
    <w:rsid w:val="002B6736"/>
    <w:rsid w:val="00313584"/>
    <w:rsid w:val="00326F90"/>
    <w:rsid w:val="003313D1"/>
    <w:rsid w:val="00333350"/>
    <w:rsid w:val="00371951"/>
    <w:rsid w:val="003736A6"/>
    <w:rsid w:val="00384E86"/>
    <w:rsid w:val="003A3CAB"/>
    <w:rsid w:val="003C3610"/>
    <w:rsid w:val="0042261A"/>
    <w:rsid w:val="0045079A"/>
    <w:rsid w:val="00477B49"/>
    <w:rsid w:val="004A31EB"/>
    <w:rsid w:val="004B296A"/>
    <w:rsid w:val="004D19E3"/>
    <w:rsid w:val="004E7808"/>
    <w:rsid w:val="00512397"/>
    <w:rsid w:val="005131DD"/>
    <w:rsid w:val="005A3F01"/>
    <w:rsid w:val="005C621F"/>
    <w:rsid w:val="005D000B"/>
    <w:rsid w:val="005D1589"/>
    <w:rsid w:val="006176CA"/>
    <w:rsid w:val="00633D49"/>
    <w:rsid w:val="00661F5C"/>
    <w:rsid w:val="00675155"/>
    <w:rsid w:val="006807A7"/>
    <w:rsid w:val="006F6E8C"/>
    <w:rsid w:val="0072527A"/>
    <w:rsid w:val="007403A4"/>
    <w:rsid w:val="0088117E"/>
    <w:rsid w:val="00885377"/>
    <w:rsid w:val="008A65FB"/>
    <w:rsid w:val="009579F7"/>
    <w:rsid w:val="00986942"/>
    <w:rsid w:val="009A2F52"/>
    <w:rsid w:val="009B1041"/>
    <w:rsid w:val="009C1C29"/>
    <w:rsid w:val="009D12DA"/>
    <w:rsid w:val="009E4F98"/>
    <w:rsid w:val="00A02CEA"/>
    <w:rsid w:val="00A3403B"/>
    <w:rsid w:val="00A64101"/>
    <w:rsid w:val="00A6676B"/>
    <w:rsid w:val="00AA1D8D"/>
    <w:rsid w:val="00AE7627"/>
    <w:rsid w:val="00AF0743"/>
    <w:rsid w:val="00AF25E1"/>
    <w:rsid w:val="00B44D22"/>
    <w:rsid w:val="00B47730"/>
    <w:rsid w:val="00BA6945"/>
    <w:rsid w:val="00BF3224"/>
    <w:rsid w:val="00C13593"/>
    <w:rsid w:val="00C50B4D"/>
    <w:rsid w:val="00C65F92"/>
    <w:rsid w:val="00CA3BC3"/>
    <w:rsid w:val="00CB0664"/>
    <w:rsid w:val="00CD4B48"/>
    <w:rsid w:val="00CD7E15"/>
    <w:rsid w:val="00CF7E9F"/>
    <w:rsid w:val="00D1109E"/>
    <w:rsid w:val="00D53B7E"/>
    <w:rsid w:val="00D77189"/>
    <w:rsid w:val="00DB3CC1"/>
    <w:rsid w:val="00E257F0"/>
    <w:rsid w:val="00E35525"/>
    <w:rsid w:val="00E407BC"/>
    <w:rsid w:val="00EF071B"/>
    <w:rsid w:val="00F03E7D"/>
    <w:rsid w:val="00F7502F"/>
    <w:rsid w:val="00FB7EE1"/>
    <w:rsid w:val="00FC693F"/>
    <w:rsid w:val="00FF1405"/>
    <w:rsid w:val="00FF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6397E"/>
    <w:rsid w:val="0007325D"/>
    <w:rsid w:val="00081499"/>
    <w:rsid w:val="001A4124"/>
    <w:rsid w:val="00281FCA"/>
    <w:rsid w:val="0028690E"/>
    <w:rsid w:val="003C3610"/>
    <w:rsid w:val="0042261A"/>
    <w:rsid w:val="004B296A"/>
    <w:rsid w:val="004F61F7"/>
    <w:rsid w:val="005406D0"/>
    <w:rsid w:val="005D5522"/>
    <w:rsid w:val="006807A7"/>
    <w:rsid w:val="007403A4"/>
    <w:rsid w:val="00742A53"/>
    <w:rsid w:val="00745706"/>
    <w:rsid w:val="00832B1A"/>
    <w:rsid w:val="00837926"/>
    <w:rsid w:val="00920C01"/>
    <w:rsid w:val="009579F7"/>
    <w:rsid w:val="009D12DA"/>
    <w:rsid w:val="009E4F98"/>
    <w:rsid w:val="00AE5822"/>
    <w:rsid w:val="00B04090"/>
    <w:rsid w:val="00C205C3"/>
    <w:rsid w:val="00C23D80"/>
    <w:rsid w:val="00C5693F"/>
    <w:rsid w:val="00D4571E"/>
    <w:rsid w:val="00D57CE4"/>
    <w:rsid w:val="00E105DB"/>
    <w:rsid w:val="00F27206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dcterms:created xsi:type="dcterms:W3CDTF">2026-09-09T12:06:00Z</dcterms:created>
  <dcterms:modified xsi:type="dcterms:W3CDTF">2026-09-09T12:15:00Z</dcterms:modified>
  <cp:category/>
</cp:coreProperties>
</file>