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035109CB" w:rsidR="00E35525" w:rsidRDefault="00000000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DC0A82">
                  <w:rPr>
                    <w:rStyle w:val="Style7"/>
                  </w:rPr>
                  <w:t>Planned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2B716759" w:rsidR="00E35525" w:rsidRDefault="00000000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Content>
                <w:r w:rsidR="00BE07D4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08F27078" w:rsidR="00F7502F" w:rsidRDefault="00DC0A82">
            <w:r>
              <w:t xml:space="preserve">R710 Power </w:t>
            </w:r>
            <w:r w:rsidR="00D04B89">
              <w:t>Outage</w:t>
            </w:r>
            <w:r w:rsidR="00A57923">
              <w:t xml:space="preserve"> </w:t>
            </w:r>
            <w:r w:rsidR="00D04B89">
              <w:t xml:space="preserve">at </w:t>
            </w:r>
            <w:r w:rsidR="00A57923">
              <w:t xml:space="preserve">Weiskotten Hall </w:t>
            </w:r>
          </w:p>
        </w:tc>
      </w:tr>
    </w:tbl>
    <w:p w14:paraId="2B30019B" w14:textId="549BE91C" w:rsidR="00F7502F" w:rsidRPr="00D57187" w:rsidRDefault="00371951" w:rsidP="00D57187">
      <w:pPr>
        <w:spacing w:before="100" w:after="60"/>
        <w:rPr>
          <w:b/>
          <w:bCs/>
          <w:color w:val="FF0000"/>
          <w:sz w:val="24"/>
          <w:szCs w:val="24"/>
        </w:rPr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A57923">
        <w:rPr>
          <w:b/>
          <w:bCs/>
          <w:color w:val="FF0000"/>
          <w:sz w:val="24"/>
          <w:szCs w:val="24"/>
        </w:rPr>
        <w:t>DLAR Project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9-1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664D0041" w:rsidR="00F7502F" w:rsidRPr="0014537E" w:rsidRDefault="00E1063D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9/12/2026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2573BB22" w:rsidR="00F7502F" w:rsidRPr="00D1109E" w:rsidRDefault="009B757C">
            <w:r>
              <w:rPr>
                <w:color w:val="FF0000"/>
              </w:rPr>
              <w:t>0600</w:t>
            </w:r>
            <w:r w:rsidR="00E1063D">
              <w:rPr>
                <w:color w:val="FF0000"/>
              </w:rPr>
              <w:t xml:space="preserve"> – 1800 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38379CE3" w:rsidR="00F7502F" w:rsidRPr="00D57187" w:rsidRDefault="009B757C">
            <w:pPr>
              <w:rPr>
                <w:b/>
                <w:bCs/>
              </w:rPr>
            </w:pPr>
            <w:r>
              <w:rPr>
                <w:b/>
                <w:bCs/>
              </w:rPr>
              <w:t>Weiskotten Hall Sub basement</w:t>
            </w:r>
          </w:p>
        </w:tc>
      </w:tr>
      <w:tr w:rsidR="00F7502F" w14:paraId="0EE1263C" w14:textId="77777777" w:rsidTr="00D57187">
        <w:trPr>
          <w:trHeight w:val="1939"/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4F88DF" w14:textId="39F559BB" w:rsidR="00D04B89" w:rsidRPr="00D04B89" w:rsidRDefault="0085700E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NE Wing of Weiskotten</w:t>
            </w:r>
            <w:r w:rsidR="009B757C"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Hall </w:t>
            </w:r>
          </w:p>
          <w:p w14:paraId="28193F0B" w14:textId="67D43418" w:rsidR="00D00252" w:rsidRPr="00D04B89" w:rsidRDefault="00D00252" w:rsidP="00D0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HVAC Equipment and ALL Normal Power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will be off during this time. Meaning Lights, receptacles in All areas of the N+E Wing and Setnor Buildings. </w:t>
            </w:r>
            <w:r w:rsidR="00565B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Fans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fs-4 fs-5</w:t>
            </w:r>
            <w:r w:rsidR="00565B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be off causing reduced ventilation in several areas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Any equipment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not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plugged into a RED Emergency outlet. All identified equipment that needs emergency power will be transitioned in advance.  </w:t>
            </w:r>
          </w:p>
          <w:p w14:paraId="5D7D39A4" w14:textId="77777777" w:rsidR="00D00252" w:rsidRPr="00D04B89" w:rsidRDefault="00D00252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041FC166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615BA" w14:textId="77777777" w:rsidR="009E3346" w:rsidRDefault="009E3346" w:rsidP="009E3346">
            <w:pPr>
              <w:spacing w:after="0" w:line="240" w:lineRule="auto"/>
            </w:pPr>
          </w:p>
          <w:p w14:paraId="54D873D9" w14:textId="36EF21FE" w:rsidR="009E3346" w:rsidRDefault="009E3346" w:rsidP="009E3346">
            <w:pPr>
              <w:spacing w:after="0" w:line="240" w:lineRule="auto"/>
            </w:pP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05AD1D76" w:rsidR="00BD3FFE" w:rsidRPr="00D04B89" w:rsidRDefault="00D23393">
            <w:pPr>
              <w:spacing w:after="0"/>
              <w:rPr>
                <w:b/>
                <w:bCs/>
              </w:rPr>
            </w:pPr>
            <w:r w:rsidRPr="00D04B89">
              <w:rPr>
                <w:b/>
                <w:bCs/>
                <w:color w:val="FF0000"/>
              </w:rPr>
              <w:t xml:space="preserve">During this time. </w:t>
            </w:r>
            <w:r w:rsidR="005C1237" w:rsidRPr="00D04B89">
              <w:rPr>
                <w:b/>
                <w:bCs/>
                <w:color w:val="FF0000"/>
              </w:rPr>
              <w:t>R710 will be</w:t>
            </w:r>
            <w:r w:rsidR="00A14919">
              <w:rPr>
                <w:b/>
                <w:bCs/>
                <w:color w:val="FF0000"/>
              </w:rPr>
              <w:t xml:space="preserve"> de-energiz</w:t>
            </w:r>
            <w:r w:rsidR="005C1237" w:rsidRPr="00D04B89">
              <w:rPr>
                <w:b/>
                <w:bCs/>
                <w:color w:val="FF0000"/>
              </w:rPr>
              <w:t>ed.</w:t>
            </w:r>
            <w:r w:rsidR="00E1063D">
              <w:rPr>
                <w:b/>
                <w:bCs/>
                <w:color w:val="FF0000"/>
              </w:rPr>
              <w:t xml:space="preserve"> All </w:t>
            </w:r>
            <w:r w:rsidR="0078623E">
              <w:rPr>
                <w:b/>
                <w:bCs/>
                <w:color w:val="FF0000"/>
              </w:rPr>
              <w:t xml:space="preserve">essential equipment will be fed by temporary power. R710 will </w:t>
            </w:r>
            <w:r w:rsidR="00D14CF3">
              <w:rPr>
                <w:b/>
                <w:bCs/>
                <w:color w:val="FF0000"/>
              </w:rPr>
              <w:t xml:space="preserve">remain de-energized </w:t>
            </w:r>
            <w:r w:rsidR="0078623E">
              <w:rPr>
                <w:b/>
                <w:bCs/>
                <w:color w:val="FF0000"/>
              </w:rPr>
              <w:t xml:space="preserve">for the duration of the </w:t>
            </w:r>
            <w:r w:rsidR="00C86078">
              <w:rPr>
                <w:b/>
                <w:bCs/>
                <w:color w:val="FF0000"/>
              </w:rPr>
              <w:t xml:space="preserve">separate shutdowns. This will ensure the safety of </w:t>
            </w:r>
            <w:r w:rsidR="00B851B5">
              <w:rPr>
                <w:b/>
                <w:bCs/>
                <w:color w:val="FF0000"/>
              </w:rPr>
              <w:t xml:space="preserve">personnel working on the DLAR electrical upgrades. </w:t>
            </w:r>
            <w:r w:rsidR="005C1237" w:rsidRPr="00D04B89">
              <w:rPr>
                <w:b/>
                <w:bCs/>
                <w:color w:val="FF0000"/>
              </w:rPr>
              <w:t xml:space="preserve">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7AD3E772" w:rsidR="00F7502F" w:rsidRDefault="00173A56">
            <w:pPr>
              <w:spacing w:after="0"/>
            </w:pPr>
            <w:r w:rsidRPr="00565B52">
              <w:rPr>
                <w:highlight w:val="yellow"/>
              </w:rPr>
              <w:t>Th</w:t>
            </w:r>
            <w:r w:rsidR="00F60FE6" w:rsidRPr="00565B52">
              <w:rPr>
                <w:highlight w:val="yellow"/>
              </w:rPr>
              <w:t>is</w:t>
            </w:r>
            <w:r w:rsidR="00565B52" w:rsidRPr="00565B52">
              <w:rPr>
                <w:highlight w:val="yellow"/>
              </w:rPr>
              <w:t xml:space="preserve"> is a</w:t>
            </w:r>
            <w:r w:rsidRPr="00565B52">
              <w:rPr>
                <w:highlight w:val="yellow"/>
              </w:rPr>
              <w:t xml:space="preserve"> continuation of th</w:t>
            </w:r>
            <w:r w:rsidR="002635C8" w:rsidRPr="00565B52">
              <w:rPr>
                <w:highlight w:val="yellow"/>
              </w:rPr>
              <w:t>e</w:t>
            </w:r>
            <w:r w:rsidRPr="00565B52">
              <w:rPr>
                <w:highlight w:val="yellow"/>
              </w:rPr>
              <w:t xml:space="preserve"> shutdown for R710 </w:t>
            </w:r>
            <w:r w:rsidR="002635C8" w:rsidRPr="00565B52">
              <w:rPr>
                <w:highlight w:val="yellow"/>
              </w:rPr>
              <w:t>from 09/11/</w:t>
            </w:r>
            <w:r w:rsidR="00D04B89" w:rsidRPr="00565B52">
              <w:rPr>
                <w:highlight w:val="yellow"/>
              </w:rPr>
              <w:t>26.</w:t>
            </w:r>
            <w:r w:rsidR="002635C8" w:rsidRPr="00565B52">
              <w:rPr>
                <w:highlight w:val="yellow"/>
              </w:rPr>
              <w:t xml:space="preserve"> Normal Power will be restored around 1800 on 09/12/26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 w:rsidRPr="00AF579E">
        <w:rPr>
          <w:highlight w:val="yellow"/>
        </w:rP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48"/>
        <w:gridCol w:w="1358"/>
        <w:gridCol w:w="3982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5A458B74" w:rsidR="004D19E3" w:rsidRDefault="00D57187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65FC8475" w:rsidR="004D19E3" w:rsidRPr="004D19E3" w:rsidRDefault="00D57187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3264E052" w:rsidR="004D19E3" w:rsidRDefault="00D14CF3">
            <w:r>
              <w:t>Ryan Clifford</w:t>
            </w:r>
          </w:p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06E77769" w:rsidR="004D19E3" w:rsidRDefault="00D57187" w:rsidP="004D19E3">
            <w:pPr>
              <w:spacing w:after="120"/>
            </w:pPr>
            <w:r>
              <w:t>Physical Plant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09DDF2C6" w:rsidR="004D19E3" w:rsidRDefault="00D14CF3">
            <w:r>
              <w:t>Design &amp; Construction</w:t>
            </w:r>
          </w:p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4A550649" w:rsidR="004D19E3" w:rsidRDefault="00D57187" w:rsidP="004D19E3">
            <w:pPr>
              <w:spacing w:after="120"/>
            </w:pPr>
            <w:r>
              <w:t>680-323-1819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3C4CB309" w:rsidR="004D19E3" w:rsidRDefault="00DA2125">
            <w:r>
              <w:t>315-663-1856</w:t>
            </w:r>
          </w:p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lastRenderedPageBreak/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51EDF006" w:rsidR="004D19E3" w:rsidRDefault="00D57187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B32A0D1" w:rsidR="004D19E3" w:rsidRDefault="00DA2125">
            <w:r>
              <w:t>clifforR@upstate.edu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41988"/>
    <w:rsid w:val="0006063C"/>
    <w:rsid w:val="00062FAD"/>
    <w:rsid w:val="0007325D"/>
    <w:rsid w:val="000A4082"/>
    <w:rsid w:val="000B6C47"/>
    <w:rsid w:val="000D743A"/>
    <w:rsid w:val="00106728"/>
    <w:rsid w:val="0014537E"/>
    <w:rsid w:val="0015074B"/>
    <w:rsid w:val="00155E09"/>
    <w:rsid w:val="00173A56"/>
    <w:rsid w:val="00187541"/>
    <w:rsid w:val="001F102D"/>
    <w:rsid w:val="002635C8"/>
    <w:rsid w:val="00281FCA"/>
    <w:rsid w:val="0029639D"/>
    <w:rsid w:val="00310401"/>
    <w:rsid w:val="00326F90"/>
    <w:rsid w:val="00334D8D"/>
    <w:rsid w:val="00371951"/>
    <w:rsid w:val="003760DC"/>
    <w:rsid w:val="004025D3"/>
    <w:rsid w:val="004656B1"/>
    <w:rsid w:val="004A0C77"/>
    <w:rsid w:val="004B1B03"/>
    <w:rsid w:val="004D0521"/>
    <w:rsid w:val="004D19E3"/>
    <w:rsid w:val="00565B52"/>
    <w:rsid w:val="005A3F01"/>
    <w:rsid w:val="005C1237"/>
    <w:rsid w:val="005C621F"/>
    <w:rsid w:val="005D000B"/>
    <w:rsid w:val="006834DD"/>
    <w:rsid w:val="006D3A5D"/>
    <w:rsid w:val="006F4FC0"/>
    <w:rsid w:val="007258D1"/>
    <w:rsid w:val="007403A4"/>
    <w:rsid w:val="0078623E"/>
    <w:rsid w:val="007870D2"/>
    <w:rsid w:val="007C227A"/>
    <w:rsid w:val="007D10F0"/>
    <w:rsid w:val="007F7BAD"/>
    <w:rsid w:val="00802224"/>
    <w:rsid w:val="0085700E"/>
    <w:rsid w:val="008751D3"/>
    <w:rsid w:val="0088117E"/>
    <w:rsid w:val="008850B3"/>
    <w:rsid w:val="00885377"/>
    <w:rsid w:val="008F01F5"/>
    <w:rsid w:val="008F12B9"/>
    <w:rsid w:val="009951D0"/>
    <w:rsid w:val="009B1041"/>
    <w:rsid w:val="009B757C"/>
    <w:rsid w:val="009C1C29"/>
    <w:rsid w:val="009E3346"/>
    <w:rsid w:val="00A042C7"/>
    <w:rsid w:val="00A14919"/>
    <w:rsid w:val="00A158FD"/>
    <w:rsid w:val="00A57923"/>
    <w:rsid w:val="00A609EF"/>
    <w:rsid w:val="00A64101"/>
    <w:rsid w:val="00A8421D"/>
    <w:rsid w:val="00AA1D8D"/>
    <w:rsid w:val="00AF579E"/>
    <w:rsid w:val="00B21AD8"/>
    <w:rsid w:val="00B47730"/>
    <w:rsid w:val="00B851B5"/>
    <w:rsid w:val="00BA3E5E"/>
    <w:rsid w:val="00BA6945"/>
    <w:rsid w:val="00BB4756"/>
    <w:rsid w:val="00BD3FFE"/>
    <w:rsid w:val="00BE07D4"/>
    <w:rsid w:val="00C13593"/>
    <w:rsid w:val="00C548F0"/>
    <w:rsid w:val="00C60929"/>
    <w:rsid w:val="00C8406E"/>
    <w:rsid w:val="00C86078"/>
    <w:rsid w:val="00CB0664"/>
    <w:rsid w:val="00CD4B48"/>
    <w:rsid w:val="00CD5ADC"/>
    <w:rsid w:val="00CE17FF"/>
    <w:rsid w:val="00CF7E9F"/>
    <w:rsid w:val="00D00252"/>
    <w:rsid w:val="00D04B89"/>
    <w:rsid w:val="00D1109E"/>
    <w:rsid w:val="00D14CF3"/>
    <w:rsid w:val="00D23393"/>
    <w:rsid w:val="00D265A0"/>
    <w:rsid w:val="00D57187"/>
    <w:rsid w:val="00D77189"/>
    <w:rsid w:val="00DA2125"/>
    <w:rsid w:val="00DC0A82"/>
    <w:rsid w:val="00DF0CD1"/>
    <w:rsid w:val="00E1063D"/>
    <w:rsid w:val="00E257F0"/>
    <w:rsid w:val="00E35525"/>
    <w:rsid w:val="00E407BC"/>
    <w:rsid w:val="00F22006"/>
    <w:rsid w:val="00F40498"/>
    <w:rsid w:val="00F512D9"/>
    <w:rsid w:val="00F60FE6"/>
    <w:rsid w:val="00F7502F"/>
    <w:rsid w:val="00FB25C0"/>
    <w:rsid w:val="00FB7EE1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91AB9"/>
    <w:rsid w:val="00281FCA"/>
    <w:rsid w:val="0028690E"/>
    <w:rsid w:val="00310401"/>
    <w:rsid w:val="004F61F7"/>
    <w:rsid w:val="005D5522"/>
    <w:rsid w:val="006D3A5D"/>
    <w:rsid w:val="007403A4"/>
    <w:rsid w:val="00742A53"/>
    <w:rsid w:val="00745706"/>
    <w:rsid w:val="00832B1A"/>
    <w:rsid w:val="00837926"/>
    <w:rsid w:val="008751D3"/>
    <w:rsid w:val="009A531C"/>
    <w:rsid w:val="00A9703B"/>
    <w:rsid w:val="00B04090"/>
    <w:rsid w:val="00B07987"/>
    <w:rsid w:val="00BA3E5E"/>
    <w:rsid w:val="00BC7415"/>
    <w:rsid w:val="00BF5EF7"/>
    <w:rsid w:val="00C548F0"/>
    <w:rsid w:val="00C8406E"/>
    <w:rsid w:val="00D03D75"/>
    <w:rsid w:val="00D4571E"/>
    <w:rsid w:val="00DF0CD1"/>
    <w:rsid w:val="00E105DB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4</cp:revision>
  <dcterms:created xsi:type="dcterms:W3CDTF">2026-09-04T18:00:00Z</dcterms:created>
  <dcterms:modified xsi:type="dcterms:W3CDTF">2026-09-04T18:37:00Z</dcterms:modified>
  <cp:category/>
</cp:coreProperties>
</file>