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1D90" w14:textId="77777777" w:rsidR="00F7502F" w:rsidRPr="00CF7E9F" w:rsidRDefault="00371951">
      <w:pPr>
        <w:spacing w:after="0"/>
        <w:jc w:val="center"/>
        <w:rPr>
          <w:rFonts w:ascii="Times New Roman" w:hAnsi="Times New Roman" w:cs="Times New Roman"/>
          <w:color w:val="1F497D" w:themeColor="text2"/>
          <w:sz w:val="36"/>
          <w:szCs w:val="36"/>
        </w:rPr>
      </w:pPr>
      <w:r w:rsidRPr="00CF7E9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UPSTATE PHYSICAL PLANT</w:t>
      </w:r>
    </w:p>
    <w:sdt>
      <w:sdtPr>
        <w:rPr>
          <w:rStyle w:val="Style2"/>
        </w:rPr>
        <w:id w:val="-1072805163"/>
        <w:placeholder>
          <w:docPart w:val="D657BD43F0E24482B3C7D8E9861F6208"/>
        </w:placeholder>
        <w15:color w:val="F6F6F6"/>
        <w:dropDownList>
          <w:listItem w:value="Choose an item."/>
          <w:listItem w:displayText="NOTIFICATION" w:value="NOTIFICATION"/>
          <w:listItem w:displayText="CANCELLATION" w:value="CANCELLATION"/>
        </w:dropDownList>
      </w:sdtPr>
      <w:sdtContent>
        <w:p w14:paraId="0167F00A" w14:textId="1B678D14" w:rsidR="00F7502F" w:rsidRPr="00D77189" w:rsidRDefault="009B1041">
          <w:pPr>
            <w:spacing w:after="120"/>
            <w:jc w:val="center"/>
            <w:rPr>
              <w:color w:val="C00000"/>
            </w:rPr>
          </w:pPr>
          <w:r>
            <w:rPr>
              <w:rStyle w:val="Style2"/>
            </w:rPr>
            <w:t>NOTIFICATION</w:t>
          </w:r>
        </w:p>
      </w:sdtContent>
    </w:sdt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42"/>
        <w:gridCol w:w="7898"/>
      </w:tblGrid>
      <w:tr w:rsidR="00F7502F" w14:paraId="661ECF99" w14:textId="77777777" w:rsidTr="008F01F5">
        <w:trPr>
          <w:jc w:val="center"/>
        </w:trPr>
        <w:tc>
          <w:tcPr>
            <w:tcW w:w="274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05121" w14:textId="77777777" w:rsidR="00F7502F" w:rsidRDefault="00371951">
            <w:r>
              <w:rPr>
                <w:b/>
              </w:rPr>
              <w:t>Notification Type:</w:t>
            </w:r>
          </w:p>
        </w:tc>
        <w:tc>
          <w:tcPr>
            <w:tcW w:w="789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C13B" w14:textId="60C15398" w:rsidR="00E35525" w:rsidRDefault="00000000">
            <w:sdt>
              <w:sdtPr>
                <w:rPr>
                  <w:rStyle w:val="Style7"/>
                </w:rPr>
                <w:id w:val="-1446147997"/>
                <w:placeholder>
                  <w:docPart w:val="BAAFDB2D68AE44D5B6DD5BEEBEF1154D"/>
                </w:placeholder>
                <w:dropDownList>
                  <w:listItem w:value="Choose an item."/>
                  <w:listItem w:displayText="Emergency Outage" w:value="Emergency Outage"/>
                  <w:listItem w:displayText="Maintenance" w:value="Maintenance"/>
                  <w:listItem w:displayText="Planned Outage" w:value="Planned Outage"/>
                  <w:listItem w:displayText="Project Update" w:value="Project Update"/>
                  <w:listItem w:displayText="Restoration Notice" w:value="Restoration Notice"/>
                  <w:listItem w:displayText="Service Interruption" w:value="Service Interruption"/>
                </w:dropDownList>
              </w:sdtPr>
              <w:sdtEndPr>
                <w:rPr>
                  <w:rStyle w:val="DefaultParagraphFont"/>
                  <w:rFonts w:ascii="Times New Roman" w:eastAsia="Times New Roman" w:hAnsi="Times New Roman" w:cs="Times New Roman"/>
                  <w:b w:val="0"/>
                  <w:sz w:val="20"/>
                </w:rPr>
              </w:sdtEndPr>
              <w:sdtContent>
                <w:r w:rsidR="00932F47">
                  <w:rPr>
                    <w:rStyle w:val="Style7"/>
                  </w:rPr>
                  <w:t>Planned Outage</w:t>
                </w:r>
              </w:sdtContent>
            </w:sdt>
          </w:p>
          <w:p w14:paraId="6EE519E1" w14:textId="26FCBECE" w:rsidR="00F7502F" w:rsidRDefault="00E35525">
            <w:r>
              <w:t xml:space="preserve"> </w:t>
            </w:r>
            <w:sdt>
              <w:sdtPr>
                <w:id w:val="-147998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1951">
              <w:t>Other: __________________________</w:t>
            </w:r>
          </w:p>
        </w:tc>
      </w:tr>
      <w:tr w:rsidR="00F7502F" w14:paraId="76054257" w14:textId="77777777" w:rsidTr="008F01F5">
        <w:trPr>
          <w:jc w:val="center"/>
        </w:trPr>
        <w:tc>
          <w:tcPr>
            <w:tcW w:w="274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F16BE" w14:textId="77777777" w:rsidR="00F7502F" w:rsidRDefault="00371951">
            <w:r>
              <w:rPr>
                <w:b/>
              </w:rPr>
              <w:t>Utility / Service Affected:</w:t>
            </w:r>
          </w:p>
        </w:tc>
        <w:tc>
          <w:tcPr>
            <w:tcW w:w="789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01293" w14:textId="63E00C1D" w:rsidR="00E35525" w:rsidRDefault="00000000">
            <w:sdt>
              <w:sdtPr>
                <w:rPr>
                  <w:rStyle w:val="Style8"/>
                </w:rPr>
                <w:id w:val="1878893849"/>
                <w:placeholder>
                  <w:docPart w:val="E137C48A8C4846439BB7230A9B488FD9"/>
                </w:placeholder>
                <w:dropDownList>
                  <w:listItem w:value="Choose an item."/>
                  <w:listItem w:displayText="Building Automation (BAS)" w:value="Building Automation (BAS)"/>
                  <w:listItem w:displayText="Chilled Water" w:value="Chilled Water"/>
                  <w:listItem w:displayText="Domestic Hot Water" w:value="Domestic Hot Water"/>
                  <w:listItem w:displayText="Domestic Water" w:value="Domestic Water"/>
                  <w:listItem w:displayText="Electrical" w:value="Electrical"/>
                  <w:listItem w:displayText="Elevator" w:value="Elevator"/>
                  <w:listItem w:displayText="Emergency Power" w:value="Emergency Power"/>
                  <w:listItem w:displayText="Fire Alarm" w:value="Fire Alarm"/>
                  <w:listItem w:displayText="HVAC" w:value="HVAC"/>
                  <w:listItem w:displayText="Mechanical Equipment" w:value="Mechanical Equipment"/>
                  <w:listItem w:displayText="Medical Gas" w:value="Medical Gas"/>
                  <w:listItem w:displayText="Nurse Call" w:value="Nurse Call"/>
                  <w:listItem w:displayText="Plumbing" w:value="Plumbing"/>
                  <w:listItem w:displayText="Pneumatic Tube (P-Tube)" w:value="Pneumatic Tube (P-Tube)"/>
                  <w:listItem w:displayText="Steam" w:value="Steam"/>
                </w:dropDownList>
              </w:sdtPr>
              <w:sdtContent>
                <w:r w:rsidR="00932F47">
                  <w:rPr>
                    <w:rStyle w:val="Style8"/>
                  </w:rPr>
                  <w:t>Electrical</w:t>
                </w:r>
              </w:sdtContent>
            </w:sdt>
          </w:p>
          <w:p w14:paraId="28E86206" w14:textId="05587BBF" w:rsidR="00F7502F" w:rsidRDefault="00371951">
            <w:r>
              <w:t xml:space="preserve"> </w:t>
            </w:r>
            <w:sdt>
              <w:sdtPr>
                <w:id w:val="12296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5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Other: __________________________</w:t>
            </w:r>
          </w:p>
        </w:tc>
      </w:tr>
      <w:tr w:rsidR="00F7502F" w14:paraId="2E8DA55E" w14:textId="77777777" w:rsidTr="008F01F5">
        <w:trPr>
          <w:jc w:val="center"/>
        </w:trPr>
        <w:tc>
          <w:tcPr>
            <w:tcW w:w="274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EEC5B" w14:textId="77777777" w:rsidR="00F7502F" w:rsidRDefault="00371951">
            <w:r>
              <w:rPr>
                <w:b/>
              </w:rPr>
              <w:t>Subject:</w:t>
            </w:r>
          </w:p>
        </w:tc>
        <w:tc>
          <w:tcPr>
            <w:tcW w:w="789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E3681" w14:textId="47776AF7" w:rsidR="00F7502F" w:rsidRPr="008268D0" w:rsidRDefault="00932F47">
            <w:pPr>
              <w:rPr>
                <w:b/>
                <w:bCs/>
                <w:sz w:val="22"/>
              </w:rPr>
            </w:pPr>
            <w:r w:rsidRPr="00932F47">
              <w:rPr>
                <w:b/>
                <w:bCs/>
                <w:color w:val="FF0000"/>
                <w:sz w:val="22"/>
              </w:rPr>
              <w:t xml:space="preserve">DLAR Project Contract work </w:t>
            </w:r>
          </w:p>
        </w:tc>
      </w:tr>
    </w:tbl>
    <w:p w14:paraId="2B30019B" w14:textId="643C599D" w:rsidR="00F7502F" w:rsidRPr="00D57187" w:rsidRDefault="00371951" w:rsidP="00D57187">
      <w:pPr>
        <w:spacing w:before="100" w:after="60"/>
        <w:rPr>
          <w:b/>
          <w:bCs/>
          <w:color w:val="FF0000"/>
          <w:sz w:val="24"/>
          <w:szCs w:val="24"/>
        </w:rPr>
      </w:pPr>
      <w:r w:rsidRPr="00E407BC">
        <w:rPr>
          <w:b/>
          <w:sz w:val="24"/>
          <w:szCs w:val="24"/>
        </w:rPr>
        <w:t>To support</w:t>
      </w:r>
      <w:r w:rsidRPr="00885377">
        <w:rPr>
          <w:b/>
          <w:sz w:val="24"/>
          <w:szCs w:val="24"/>
        </w:rPr>
        <w:t xml:space="preserve">: </w:t>
      </w:r>
      <w:r w:rsidR="00E45E92">
        <w:rPr>
          <w:b/>
          <w:bCs/>
          <w:color w:val="FF0000"/>
          <w:sz w:val="24"/>
          <w:szCs w:val="24"/>
        </w:rPr>
        <w:t>DLAR PROJECT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77"/>
        <w:gridCol w:w="7863"/>
      </w:tblGrid>
      <w:tr w:rsidR="00F7502F" w14:paraId="759771E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A60A9" w14:textId="77777777" w:rsidR="00F7502F" w:rsidRDefault="00371951">
            <w:r w:rsidRPr="00D77189">
              <w:rPr>
                <w:b/>
                <w:color w:val="C00000"/>
              </w:rPr>
              <w:t>Date:</w:t>
            </w:r>
          </w:p>
        </w:tc>
        <w:sdt>
          <w:sdtPr>
            <w:rPr>
              <w:rStyle w:val="Style3"/>
              <w:color w:val="FF0000"/>
            </w:rPr>
            <w:id w:val="347985234"/>
            <w:placeholder>
              <w:docPart w:val="9F253F89CF33425E933EC2E462A8E878"/>
            </w:placeholder>
            <w:date w:fullDate="2026-09-19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835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  <w:tcMar>
                  <w:top w:w="80" w:type="dxa"/>
                  <w:left w:w="90" w:type="dxa"/>
                  <w:bottom w:w="80" w:type="dxa"/>
                  <w:right w:w="90" w:type="dxa"/>
                </w:tcMar>
                <w:vAlign w:val="center"/>
              </w:tcPr>
              <w:p w14:paraId="681B2CED" w14:textId="4B4F6FD4" w:rsidR="00F7502F" w:rsidRPr="0014537E" w:rsidRDefault="00642A06">
                <w:pPr>
                  <w:rPr>
                    <w:color w:val="000000" w:themeColor="text1"/>
                  </w:rPr>
                </w:pPr>
                <w:r w:rsidRPr="008268D0">
                  <w:rPr>
                    <w:rStyle w:val="Style3"/>
                    <w:color w:val="FF0000"/>
                  </w:rPr>
                  <w:t>9/</w:t>
                </w:r>
                <w:r w:rsidR="00932F47">
                  <w:rPr>
                    <w:rStyle w:val="Style3"/>
                    <w:color w:val="FF0000"/>
                  </w:rPr>
                  <w:t>1</w:t>
                </w:r>
                <w:r w:rsidRPr="008268D0">
                  <w:rPr>
                    <w:rStyle w:val="Style3"/>
                    <w:color w:val="FF0000"/>
                  </w:rPr>
                  <w:t>9/2026</w:t>
                </w:r>
              </w:p>
            </w:tc>
          </w:sdtContent>
        </w:sdt>
      </w:tr>
      <w:tr w:rsidR="00F7502F" w14:paraId="609F7DE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9F479" w14:textId="77777777" w:rsidR="00F7502F" w:rsidRDefault="00371951">
            <w:r w:rsidRPr="00D77189">
              <w:rPr>
                <w:b/>
                <w:color w:val="C00000"/>
              </w:rPr>
              <w:t>Time(s):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4B77A" w14:textId="2D5C19C1" w:rsidR="00F7502F" w:rsidRPr="004B6CA1" w:rsidRDefault="00932F47">
            <w:pPr>
              <w:rPr>
                <w:b/>
                <w:bCs/>
              </w:rPr>
            </w:pPr>
            <w:r>
              <w:rPr>
                <w:b/>
                <w:bCs/>
                <w:color w:val="FF0000"/>
              </w:rPr>
              <w:t>10</w:t>
            </w:r>
            <w:r w:rsidR="004A5E1D" w:rsidRPr="004B6CA1">
              <w:rPr>
                <w:b/>
                <w:bCs/>
                <w:color w:val="FF0000"/>
              </w:rPr>
              <w:t>00</w:t>
            </w:r>
            <w:r w:rsidR="00265354">
              <w:rPr>
                <w:b/>
                <w:bCs/>
                <w:color w:val="FF0000"/>
              </w:rPr>
              <w:t xml:space="preserve"> - 1400</w:t>
            </w:r>
          </w:p>
        </w:tc>
      </w:tr>
      <w:tr w:rsidR="00F7502F" w14:paraId="018FB0D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E557E" w14:textId="77777777" w:rsidR="00F7502F" w:rsidRDefault="00371951">
            <w:r w:rsidRPr="00D77189">
              <w:rPr>
                <w:b/>
                <w:color w:val="C00000"/>
              </w:rPr>
              <w:t>Location: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2BAA8" w14:textId="7D543654" w:rsidR="00F7502F" w:rsidRPr="00D57187" w:rsidRDefault="00932F47">
            <w:pPr>
              <w:rPr>
                <w:b/>
                <w:bCs/>
              </w:rPr>
            </w:pPr>
            <w:r w:rsidRPr="00265354">
              <w:rPr>
                <w:b/>
                <w:bCs/>
                <w:color w:val="FF0000"/>
              </w:rPr>
              <w:t>Wieskotten Hall 4t</w:t>
            </w:r>
            <w:r w:rsidR="006523C7">
              <w:rPr>
                <w:b/>
                <w:bCs/>
                <w:color w:val="FF0000"/>
              </w:rPr>
              <w:t>h</w:t>
            </w:r>
            <w:r w:rsidRPr="00265354">
              <w:rPr>
                <w:b/>
                <w:bCs/>
                <w:color w:val="FF0000"/>
              </w:rPr>
              <w:t xml:space="preserve"> floor North wing </w:t>
            </w:r>
          </w:p>
        </w:tc>
      </w:tr>
      <w:tr w:rsidR="00F7502F" w14:paraId="0EE1263C" w14:textId="77777777" w:rsidTr="00D57187">
        <w:trPr>
          <w:trHeight w:val="1939"/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804B61" w14:textId="77777777" w:rsidR="00F7502F" w:rsidRDefault="00371951">
            <w:r w:rsidRPr="00D77189">
              <w:rPr>
                <w:b/>
                <w:color w:val="C00000"/>
              </w:rPr>
              <w:t>Affected Areas / Equipment</w:t>
            </w:r>
            <w:r w:rsidRPr="00D77189">
              <w:rPr>
                <w:b/>
                <w:color w:val="C00000"/>
              </w:rPr>
              <w:br/>
              <w:t>(Room, Equipment ID, etc.):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1FC166" w14:textId="6DA43B4C" w:rsidR="009E3346" w:rsidRPr="00265354" w:rsidRDefault="00932F47" w:rsidP="009E3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6535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Normal power lights and </w:t>
            </w:r>
            <w:r w:rsidR="00265354" w:rsidRPr="0026535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receptacles</w:t>
            </w:r>
            <w:r w:rsidRPr="0026535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for the </w:t>
            </w:r>
            <w:r w:rsidR="006523C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N</w:t>
            </w:r>
            <w:r w:rsidRPr="0026535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orth wi</w:t>
            </w:r>
            <w:r w:rsidR="006523C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ng</w:t>
            </w:r>
            <w:r w:rsidRPr="0026535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4</w:t>
            </w:r>
            <w:r w:rsidRPr="0026535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vertAlign w:val="superscript"/>
              </w:rPr>
              <w:t>th</w:t>
            </w:r>
            <w:r w:rsidRPr="0026535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floor animal care</w:t>
            </w:r>
          </w:p>
          <w:p w14:paraId="2CF615BA" w14:textId="77777777" w:rsidR="009E3346" w:rsidRDefault="009E3346" w:rsidP="009E3346">
            <w:pPr>
              <w:spacing w:after="0" w:line="240" w:lineRule="auto"/>
            </w:pPr>
          </w:p>
          <w:p w14:paraId="54D873D9" w14:textId="36EF21FE" w:rsidR="009E3346" w:rsidRDefault="009E3346" w:rsidP="009E3346">
            <w:pPr>
              <w:spacing w:after="0" w:line="240" w:lineRule="auto"/>
            </w:pPr>
          </w:p>
        </w:tc>
      </w:tr>
      <w:tr w:rsidR="00F7502F" w14:paraId="7433E9FD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48138" w14:textId="77777777" w:rsidR="00F7502F" w:rsidRDefault="00371951">
            <w:r w:rsidRPr="00D77189">
              <w:rPr>
                <w:b/>
                <w:color w:val="C00000"/>
              </w:rPr>
              <w:t>Impact (What will be interrupted</w:t>
            </w:r>
            <w:r w:rsidRPr="00D77189">
              <w:rPr>
                <w:b/>
                <w:color w:val="C00000"/>
              </w:rPr>
              <w:br/>
              <w:t>and what will remain operational):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5E2EBD" w14:textId="5D1082D8" w:rsidR="00BD3FFE" w:rsidRPr="00271B30" w:rsidRDefault="00265354">
            <w:pPr>
              <w:spacing w:after="0"/>
              <w:rPr>
                <w:b/>
                <w:bCs/>
              </w:rPr>
            </w:pPr>
            <w:r>
              <w:rPr>
                <w:b/>
                <w:bCs/>
                <w:color w:val="FF0000"/>
              </w:rPr>
              <w:t>We will be shutting off Breaker #</w:t>
            </w:r>
            <w:r w:rsidR="0048303D">
              <w:rPr>
                <w:b/>
                <w:bCs/>
                <w:color w:val="FF0000"/>
              </w:rPr>
              <w:t>1</w:t>
            </w:r>
            <w:r>
              <w:rPr>
                <w:b/>
                <w:bCs/>
                <w:color w:val="FF0000"/>
              </w:rPr>
              <w:t xml:space="preserve"> on SB</w:t>
            </w:r>
            <w:r w:rsidR="00E00397">
              <w:rPr>
                <w:b/>
                <w:bCs/>
                <w:color w:val="FF0000"/>
              </w:rPr>
              <w:t>5</w:t>
            </w:r>
            <w:r>
              <w:rPr>
                <w:b/>
                <w:bCs/>
                <w:color w:val="FF0000"/>
              </w:rPr>
              <w:t xml:space="preserve">   that feeds </w:t>
            </w:r>
            <w:r w:rsidRPr="00265354">
              <w:rPr>
                <w:b/>
                <w:bCs/>
                <w:color w:val="FF0000"/>
              </w:rPr>
              <w:t>P</w:t>
            </w:r>
            <w:r>
              <w:rPr>
                <w:b/>
                <w:bCs/>
                <w:color w:val="FF0000"/>
              </w:rPr>
              <w:t>anels</w:t>
            </w:r>
            <w:r w:rsidRPr="00265354">
              <w:rPr>
                <w:b/>
                <w:bCs/>
                <w:color w:val="FF0000"/>
              </w:rPr>
              <w:t xml:space="preserve"> LP-4T/LP-4Q/LP-4N</w:t>
            </w:r>
            <w:r>
              <w:rPr>
                <w:b/>
                <w:bCs/>
                <w:color w:val="FF0000"/>
              </w:rPr>
              <w:t xml:space="preserve"> in the north wing 4</w:t>
            </w:r>
            <w:r w:rsidRPr="00265354">
              <w:rPr>
                <w:b/>
                <w:bCs/>
                <w:color w:val="FF0000"/>
                <w:vertAlign w:val="superscript"/>
              </w:rPr>
              <w:t>th</w:t>
            </w:r>
            <w:r>
              <w:rPr>
                <w:b/>
                <w:bCs/>
                <w:color w:val="FF0000"/>
              </w:rPr>
              <w:t xml:space="preserve"> floor of Animal care</w:t>
            </w:r>
            <w:r w:rsidR="00E00397">
              <w:rPr>
                <w:b/>
                <w:bCs/>
                <w:color w:val="FF0000"/>
              </w:rPr>
              <w:t>.</w:t>
            </w:r>
          </w:p>
        </w:tc>
      </w:tr>
      <w:tr w:rsidR="00F7502F" w14:paraId="0BBD4624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48D51" w14:textId="77777777" w:rsidR="00F7502F" w:rsidRDefault="00371951">
            <w:r>
              <w:rPr>
                <w:b/>
              </w:rPr>
              <w:t>Note: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E2062" w14:textId="1B72BCDE" w:rsidR="00F7502F" w:rsidRDefault="00F7502F">
            <w:pPr>
              <w:spacing w:after="0"/>
            </w:pPr>
          </w:p>
        </w:tc>
      </w:tr>
    </w:tbl>
    <w:p w14:paraId="77389456" w14:textId="77777777" w:rsidR="00F7502F" w:rsidRDefault="00371951">
      <w:pPr>
        <w:spacing w:before="120" w:after="40"/>
      </w:pPr>
      <w:r>
        <w:rPr>
          <w:b/>
          <w:sz w:val="22"/>
        </w:rPr>
        <w:t>Questions or Concerns</w:t>
      </w:r>
    </w:p>
    <w:p w14:paraId="509FAF76" w14:textId="77777777" w:rsidR="00F7502F" w:rsidRDefault="00371951">
      <w:pPr>
        <w:spacing w:after="60"/>
      </w:pPr>
      <w:r w:rsidRPr="00AF579E">
        <w:rPr>
          <w:highlight w:val="yellow"/>
        </w:rPr>
        <w:t>If you have any questions or concerns, please contact: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58"/>
        <w:gridCol w:w="3947"/>
        <w:gridCol w:w="1358"/>
        <w:gridCol w:w="3983"/>
      </w:tblGrid>
      <w:tr w:rsidR="004D19E3" w14:paraId="3C84EA4E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6" w:type="dxa"/>
              <w:left w:w="90" w:type="dxa"/>
              <w:bottom w:w="86" w:type="dxa"/>
              <w:right w:w="90" w:type="dxa"/>
            </w:tcMar>
            <w:vAlign w:val="center"/>
          </w:tcPr>
          <w:p w14:paraId="7CDC6531" w14:textId="4A4A2997" w:rsidR="004D19E3" w:rsidRPr="004D19E3" w:rsidRDefault="004D19E3" w:rsidP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2467" w14:textId="5A458B74" w:rsidR="004D19E3" w:rsidRDefault="00D57187" w:rsidP="004D19E3">
            <w:pPr>
              <w:spacing w:after="120"/>
            </w:pPr>
            <w:r>
              <w:t xml:space="preserve">Marc Dingle 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6172B" w14:textId="65FC8475" w:rsidR="004D19E3" w:rsidRPr="004D19E3" w:rsidRDefault="00D57187">
            <w:pPr>
              <w:rPr>
                <w:b/>
                <w:bCs/>
              </w:rPr>
            </w:pPr>
            <w:r>
              <w:rPr>
                <w:b/>
                <w:bCs/>
              </w:rPr>
              <w:t>Name: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316D" w14:textId="10FBA1E4" w:rsidR="004D19E3" w:rsidRDefault="00265354">
            <w:r>
              <w:t>Ryan Clifford</w:t>
            </w:r>
          </w:p>
        </w:tc>
      </w:tr>
      <w:tr w:rsidR="004D19E3" w14:paraId="511CEE8C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A911D" w14:textId="25946DEF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74F6" w14:textId="06E77769" w:rsidR="004D19E3" w:rsidRDefault="00D57187" w:rsidP="004D19E3">
            <w:pPr>
              <w:spacing w:after="120"/>
            </w:pPr>
            <w:r>
              <w:t>Physical Plant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0B38F" w14:textId="4D125B2D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23E" w14:textId="668FECB7" w:rsidR="004D19E3" w:rsidRDefault="00265354">
            <w:r>
              <w:t>Design and Construction</w:t>
            </w:r>
          </w:p>
        </w:tc>
      </w:tr>
      <w:tr w:rsidR="004D19E3" w14:paraId="52C7511B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2512A" w14:textId="2B3D2678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4B99" w14:textId="4A550649" w:rsidR="004D19E3" w:rsidRDefault="00D57187" w:rsidP="004D19E3">
            <w:pPr>
              <w:spacing w:after="120"/>
            </w:pPr>
            <w:r>
              <w:t>680-323-1819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1E6C9" w14:textId="06244F82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0526" w14:textId="1BCE1913" w:rsidR="004D19E3" w:rsidRDefault="00265354">
            <w:r>
              <w:t>315-663-1856</w:t>
            </w:r>
          </w:p>
        </w:tc>
      </w:tr>
      <w:tr w:rsidR="004D19E3" w14:paraId="5089B399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86878" w14:textId="3B8983DC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4B88" w14:textId="51EDF006" w:rsidR="004D19E3" w:rsidRDefault="00D57187" w:rsidP="004D19E3">
            <w:pPr>
              <w:spacing w:after="120"/>
            </w:pPr>
            <w:r>
              <w:t>dinglem@upstate.edu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677E3" w14:textId="2F5E07D6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6844" w14:textId="65990597" w:rsidR="004D19E3" w:rsidRDefault="00265354">
            <w:r>
              <w:t>ClifforR@upstate.edu</w:t>
            </w:r>
          </w:p>
        </w:tc>
      </w:tr>
    </w:tbl>
    <w:p w14:paraId="521D85A8" w14:textId="77777777" w:rsidR="00F7502F" w:rsidRDefault="00371951">
      <w:pPr>
        <w:spacing w:before="140"/>
        <w:jc w:val="center"/>
      </w:pPr>
      <w:r>
        <w:rPr>
          <w:i/>
          <w:sz w:val="18"/>
        </w:rPr>
        <w:t>Thank you for your cooperation and understanding while this work is being completed.</w:t>
      </w:r>
    </w:p>
    <w:sectPr w:rsidR="00F7502F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826715">
    <w:abstractNumId w:val="8"/>
  </w:num>
  <w:num w:numId="2" w16cid:durableId="1942061035">
    <w:abstractNumId w:val="6"/>
  </w:num>
  <w:num w:numId="3" w16cid:durableId="2140761885">
    <w:abstractNumId w:val="5"/>
  </w:num>
  <w:num w:numId="4" w16cid:durableId="74325841">
    <w:abstractNumId w:val="4"/>
  </w:num>
  <w:num w:numId="5" w16cid:durableId="61296454">
    <w:abstractNumId w:val="7"/>
  </w:num>
  <w:num w:numId="6" w16cid:durableId="1912810546">
    <w:abstractNumId w:val="3"/>
  </w:num>
  <w:num w:numId="7" w16cid:durableId="1205292975">
    <w:abstractNumId w:val="2"/>
  </w:num>
  <w:num w:numId="8" w16cid:durableId="2123380968">
    <w:abstractNumId w:val="1"/>
  </w:num>
  <w:num w:numId="9" w16cid:durableId="38614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00D"/>
    <w:rsid w:val="00033ADA"/>
    <w:rsid w:val="00034616"/>
    <w:rsid w:val="00041988"/>
    <w:rsid w:val="0006063C"/>
    <w:rsid w:val="00062FAD"/>
    <w:rsid w:val="0007325D"/>
    <w:rsid w:val="000A4082"/>
    <w:rsid w:val="000B55DC"/>
    <w:rsid w:val="000B6C47"/>
    <w:rsid w:val="000D743A"/>
    <w:rsid w:val="00106728"/>
    <w:rsid w:val="0010714E"/>
    <w:rsid w:val="001148EE"/>
    <w:rsid w:val="0014537E"/>
    <w:rsid w:val="0015074B"/>
    <w:rsid w:val="00155E09"/>
    <w:rsid w:val="00173A56"/>
    <w:rsid w:val="00187541"/>
    <w:rsid w:val="001F102D"/>
    <w:rsid w:val="002635C8"/>
    <w:rsid w:val="00265354"/>
    <w:rsid w:val="00271B30"/>
    <w:rsid w:val="00281FCA"/>
    <w:rsid w:val="0029639D"/>
    <w:rsid w:val="00310401"/>
    <w:rsid w:val="00326F90"/>
    <w:rsid w:val="00334D8D"/>
    <w:rsid w:val="00371951"/>
    <w:rsid w:val="003760DC"/>
    <w:rsid w:val="003E72FE"/>
    <w:rsid w:val="004025D3"/>
    <w:rsid w:val="004656B1"/>
    <w:rsid w:val="0048303D"/>
    <w:rsid w:val="004944BC"/>
    <w:rsid w:val="004A0C77"/>
    <w:rsid w:val="004A5E1D"/>
    <w:rsid w:val="004B1B03"/>
    <w:rsid w:val="004B6CA1"/>
    <w:rsid w:val="004D0521"/>
    <w:rsid w:val="004D19E3"/>
    <w:rsid w:val="00514839"/>
    <w:rsid w:val="005223FF"/>
    <w:rsid w:val="005A3F01"/>
    <w:rsid w:val="005C1237"/>
    <w:rsid w:val="005C621F"/>
    <w:rsid w:val="005D000B"/>
    <w:rsid w:val="00642A06"/>
    <w:rsid w:val="006442FE"/>
    <w:rsid w:val="006523C7"/>
    <w:rsid w:val="006834DD"/>
    <w:rsid w:val="006D3A5D"/>
    <w:rsid w:val="006F4FC0"/>
    <w:rsid w:val="00701E76"/>
    <w:rsid w:val="007258D1"/>
    <w:rsid w:val="007403A4"/>
    <w:rsid w:val="00780C0C"/>
    <w:rsid w:val="0078623E"/>
    <w:rsid w:val="007870D2"/>
    <w:rsid w:val="007C227A"/>
    <w:rsid w:val="007C6F17"/>
    <w:rsid w:val="007D10F0"/>
    <w:rsid w:val="007F7BAD"/>
    <w:rsid w:val="00802224"/>
    <w:rsid w:val="008268D0"/>
    <w:rsid w:val="0085700E"/>
    <w:rsid w:val="008708E0"/>
    <w:rsid w:val="008751D3"/>
    <w:rsid w:val="0088117E"/>
    <w:rsid w:val="008850B3"/>
    <w:rsid w:val="00885377"/>
    <w:rsid w:val="008F01F5"/>
    <w:rsid w:val="008F12B9"/>
    <w:rsid w:val="00932F47"/>
    <w:rsid w:val="009951D0"/>
    <w:rsid w:val="009B1041"/>
    <w:rsid w:val="009B757C"/>
    <w:rsid w:val="009C1C29"/>
    <w:rsid w:val="009E3346"/>
    <w:rsid w:val="00A042C7"/>
    <w:rsid w:val="00A14919"/>
    <w:rsid w:val="00A158FD"/>
    <w:rsid w:val="00A57923"/>
    <w:rsid w:val="00A609EF"/>
    <w:rsid w:val="00A64101"/>
    <w:rsid w:val="00A8421D"/>
    <w:rsid w:val="00A86791"/>
    <w:rsid w:val="00AA1D8D"/>
    <w:rsid w:val="00AF579E"/>
    <w:rsid w:val="00B21AD8"/>
    <w:rsid w:val="00B47730"/>
    <w:rsid w:val="00B851B5"/>
    <w:rsid w:val="00BA3E5E"/>
    <w:rsid w:val="00BA6945"/>
    <w:rsid w:val="00BB4756"/>
    <w:rsid w:val="00BD3FFE"/>
    <w:rsid w:val="00BE07D4"/>
    <w:rsid w:val="00C13593"/>
    <w:rsid w:val="00C548F0"/>
    <w:rsid w:val="00C60929"/>
    <w:rsid w:val="00C8406E"/>
    <w:rsid w:val="00C86078"/>
    <w:rsid w:val="00CB0664"/>
    <w:rsid w:val="00CD4B48"/>
    <w:rsid w:val="00CD5ADC"/>
    <w:rsid w:val="00CE17FF"/>
    <w:rsid w:val="00CF7E9F"/>
    <w:rsid w:val="00D00252"/>
    <w:rsid w:val="00D04B89"/>
    <w:rsid w:val="00D1109E"/>
    <w:rsid w:val="00D14CF3"/>
    <w:rsid w:val="00D23393"/>
    <w:rsid w:val="00D57187"/>
    <w:rsid w:val="00D77189"/>
    <w:rsid w:val="00DA2125"/>
    <w:rsid w:val="00DC0A82"/>
    <w:rsid w:val="00DF76C1"/>
    <w:rsid w:val="00E00397"/>
    <w:rsid w:val="00E1063D"/>
    <w:rsid w:val="00E257F0"/>
    <w:rsid w:val="00E35525"/>
    <w:rsid w:val="00E407BC"/>
    <w:rsid w:val="00E45E92"/>
    <w:rsid w:val="00E63500"/>
    <w:rsid w:val="00E77ABE"/>
    <w:rsid w:val="00EC7970"/>
    <w:rsid w:val="00F22006"/>
    <w:rsid w:val="00F40498"/>
    <w:rsid w:val="00F60FE6"/>
    <w:rsid w:val="00F7502F"/>
    <w:rsid w:val="00FB25C0"/>
    <w:rsid w:val="00FB7EE1"/>
    <w:rsid w:val="00FC693F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D1BCE3-F054-4091-A453-32D2B58E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033ADA"/>
    <w:rPr>
      <w:color w:val="666666"/>
    </w:rPr>
  </w:style>
  <w:style w:type="character" w:customStyle="1" w:styleId="Style1">
    <w:name w:val="Style1"/>
    <w:basedOn w:val="DefaultParagraphFont"/>
    <w:uiPriority w:val="1"/>
    <w:rsid w:val="00E257F0"/>
    <w:rPr>
      <w:rFonts w:ascii="Times New Roman" w:hAnsi="Times New Roman"/>
      <w:b/>
      <w:u w:val="single"/>
    </w:rPr>
  </w:style>
  <w:style w:type="character" w:customStyle="1" w:styleId="Style2">
    <w:name w:val="Style2"/>
    <w:basedOn w:val="DefaultParagraphFont"/>
    <w:uiPriority w:val="1"/>
    <w:rsid w:val="005D000B"/>
    <w:rPr>
      <w:rFonts w:ascii="Times New Roman" w:hAnsi="Times New Roman"/>
      <w:b/>
      <w:color w:val="C00000"/>
      <w:sz w:val="28"/>
      <w:u w:val="single"/>
    </w:rPr>
  </w:style>
  <w:style w:type="character" w:customStyle="1" w:styleId="Style3">
    <w:name w:val="Style3"/>
    <w:basedOn w:val="DefaultParagraphFont"/>
    <w:uiPriority w:val="1"/>
    <w:rsid w:val="00D1109E"/>
    <w:rPr>
      <w:b/>
      <w:color w:val="C00000"/>
      <w:sz w:val="24"/>
    </w:rPr>
  </w:style>
  <w:style w:type="character" w:customStyle="1" w:styleId="Style4">
    <w:name w:val="Style4"/>
    <w:basedOn w:val="DefaultParagraphFont"/>
    <w:uiPriority w:val="1"/>
    <w:rsid w:val="00062FAD"/>
    <w:rPr>
      <w:b/>
      <w:sz w:val="28"/>
    </w:rPr>
  </w:style>
  <w:style w:type="character" w:customStyle="1" w:styleId="Style5">
    <w:name w:val="Style5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6">
    <w:name w:val="Style6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7">
    <w:name w:val="Style7"/>
    <w:basedOn w:val="DefaultParagraphFont"/>
    <w:uiPriority w:val="1"/>
    <w:rsid w:val="00062FAD"/>
    <w:rPr>
      <w:rFonts w:ascii="Arial" w:hAnsi="Arial"/>
      <w:b/>
      <w:sz w:val="28"/>
    </w:rPr>
  </w:style>
  <w:style w:type="character" w:customStyle="1" w:styleId="Style8">
    <w:name w:val="Style8"/>
    <w:basedOn w:val="DefaultParagraphFont"/>
    <w:uiPriority w:val="1"/>
    <w:rsid w:val="00062FAD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AFDB2D68AE44D5B6DD5BEEBEF11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43F21-1EF3-45D3-BF9E-C26F82CA6ADC}"/>
      </w:docPartPr>
      <w:docPartBody>
        <w:p w:rsidR="00E105DB" w:rsidRDefault="00832B1A" w:rsidP="00832B1A">
          <w:pPr>
            <w:pStyle w:val="BAAFDB2D68AE44D5B6DD5BEEBEF1154D5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E137C48A8C4846439BB7230A9B488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A1FA1-6C9C-4702-8BCC-832D4DFE96E2}"/>
      </w:docPartPr>
      <w:docPartBody>
        <w:p w:rsidR="00E105DB" w:rsidRDefault="00832B1A" w:rsidP="00832B1A">
          <w:pPr>
            <w:pStyle w:val="E137C48A8C4846439BB7230A9B488FD94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9F253F89CF33425E933EC2E462A8E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16782-D102-4A04-86C9-9EAB2741C934}"/>
      </w:docPartPr>
      <w:docPartBody>
        <w:p w:rsidR="00832B1A" w:rsidRDefault="00832B1A" w:rsidP="00832B1A">
          <w:pPr>
            <w:pStyle w:val="9F253F89CF33425E933EC2E462A8E8784"/>
          </w:pPr>
          <w:r w:rsidRPr="0014537E">
            <w:rPr>
              <w:rStyle w:val="PlaceholderText"/>
              <w:color w:val="000000" w:themeColor="text1"/>
            </w:rPr>
            <w:t>Click or tap to enter a date.</w:t>
          </w:r>
        </w:p>
      </w:docPartBody>
    </w:docPart>
    <w:docPart>
      <w:docPartPr>
        <w:name w:val="D657BD43F0E24482B3C7D8E9861F6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6B329-5DF1-4239-B894-96FEA87BBF53}"/>
      </w:docPartPr>
      <w:docPartBody>
        <w:p w:rsidR="00837926" w:rsidRDefault="00832B1A" w:rsidP="00832B1A">
          <w:pPr>
            <w:pStyle w:val="D657BD43F0E24482B3C7D8E9861F6208"/>
          </w:pPr>
          <w:r w:rsidRPr="00A4480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F7"/>
    <w:rsid w:val="0001600D"/>
    <w:rsid w:val="0007325D"/>
    <w:rsid w:val="00091AB9"/>
    <w:rsid w:val="001F0436"/>
    <w:rsid w:val="00281FCA"/>
    <w:rsid w:val="0028690E"/>
    <w:rsid w:val="00292CC0"/>
    <w:rsid w:val="00310401"/>
    <w:rsid w:val="004944BC"/>
    <w:rsid w:val="004F61F7"/>
    <w:rsid w:val="00520A43"/>
    <w:rsid w:val="005467B8"/>
    <w:rsid w:val="005D5522"/>
    <w:rsid w:val="006D3A5D"/>
    <w:rsid w:val="007403A4"/>
    <w:rsid w:val="00742A53"/>
    <w:rsid w:val="00745706"/>
    <w:rsid w:val="007C6F17"/>
    <w:rsid w:val="00832B1A"/>
    <w:rsid w:val="00837926"/>
    <w:rsid w:val="008751D3"/>
    <w:rsid w:val="009C6253"/>
    <w:rsid w:val="00A86791"/>
    <w:rsid w:val="00B04090"/>
    <w:rsid w:val="00B07987"/>
    <w:rsid w:val="00B60BCA"/>
    <w:rsid w:val="00BA3E5E"/>
    <w:rsid w:val="00BC7415"/>
    <w:rsid w:val="00BF5EF7"/>
    <w:rsid w:val="00C548F0"/>
    <w:rsid w:val="00C8406E"/>
    <w:rsid w:val="00D03D75"/>
    <w:rsid w:val="00D4571E"/>
    <w:rsid w:val="00E105DB"/>
    <w:rsid w:val="00E63500"/>
    <w:rsid w:val="00FB7EE1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2B1A"/>
    <w:rPr>
      <w:color w:val="666666"/>
    </w:rPr>
  </w:style>
  <w:style w:type="paragraph" w:customStyle="1" w:styleId="D657BD43F0E24482B3C7D8E9861F6208">
    <w:name w:val="D657BD43F0E24482B3C7D8E9861F6208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E137C48A8C4846439BB7230A9B488FD94">
    <w:name w:val="E137C48A8C4846439BB7230A9B488FD9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BAAFDB2D68AE44D5B6DD5BEEBEF1154D5">
    <w:name w:val="BAAFDB2D68AE44D5B6DD5BEEBEF1154D5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9F253F89CF33425E933EC2E462A8E8784">
    <w:name w:val="9F253F89CF33425E933EC2E462A8E878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cf50a66-5e26-41dd-89f8-83cf73ffee98}" enabled="0" method="" siteId="{5cf50a66-5e26-41dd-89f8-83cf73ffee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Lawrence N. Blanchard</cp:lastModifiedBy>
  <cp:revision>3</cp:revision>
  <dcterms:created xsi:type="dcterms:W3CDTF">2026-09-14T13:05:00Z</dcterms:created>
  <dcterms:modified xsi:type="dcterms:W3CDTF">2026-09-14T14:30:00Z</dcterms:modified>
  <cp:category/>
</cp:coreProperties>
</file>