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2B920B6E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633BC3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0BED71A4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633BC3">
                  <w:rPr>
                    <w:rStyle w:val="Style8"/>
                  </w:rPr>
                  <w:t>Domestic Water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3B0C2EA2" w:rsidR="00F7502F" w:rsidRDefault="00DD2C8B">
            <w:r>
              <w:t>Domestic water shutdown</w:t>
            </w:r>
          </w:p>
        </w:tc>
      </w:tr>
    </w:tbl>
    <w:p w14:paraId="51B20914" w14:textId="151A8A92" w:rsidR="00885377" w:rsidRPr="00885377" w:rsidRDefault="00371951">
      <w:pPr>
        <w:spacing w:before="100" w:after="60"/>
        <w:rPr>
          <w:b/>
          <w:sz w:val="24"/>
          <w:szCs w:val="24"/>
        </w:rPr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>:</w:t>
      </w:r>
      <w:r w:rsidR="00945923">
        <w:rPr>
          <w:b/>
          <w:sz w:val="24"/>
          <w:szCs w:val="24"/>
        </w:rPr>
        <w:t xml:space="preserve"> City water </w:t>
      </w:r>
      <w:r w:rsidR="00657153">
        <w:rPr>
          <w:b/>
          <w:sz w:val="24"/>
          <w:szCs w:val="24"/>
        </w:rPr>
        <w:t>main leak</w:t>
      </w:r>
      <w:r w:rsidR="00FC3F8F">
        <w:rPr>
          <w:b/>
          <w:sz w:val="24"/>
          <w:szCs w:val="24"/>
        </w:rPr>
        <w:t xml:space="preserve"> </w:t>
      </w:r>
      <w:r w:rsidR="00657153">
        <w:rPr>
          <w:b/>
          <w:sz w:val="24"/>
          <w:szCs w:val="24"/>
        </w:rPr>
        <w:t xml:space="preserve"> repairs on Irving Ave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0"/>
        <w:gridCol w:w="7880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15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7B06E3E6" w:rsidR="00F7502F" w:rsidRPr="0014537E" w:rsidRDefault="00FC3F8F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9/15/2026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36D5F739" w:rsidR="00F7502F" w:rsidRPr="00D1109E" w:rsidRDefault="00FC3F8F">
            <w:r>
              <w:t>1900 until completed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9337E9E" w:rsidR="00F7502F" w:rsidRDefault="00FC3F8F">
            <w:r>
              <w:t>Irving Ave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AEF6C" w14:textId="77777777" w:rsidR="00F7502F" w:rsidRDefault="00F7502F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7CD4B4" w14:textId="0C6F2D81" w:rsidR="009E3346" w:rsidRDefault="005E08DE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WH/WHA</w:t>
            </w:r>
            <w:r w:rsidR="007D07F1">
              <w:rPr>
                <w:rFonts w:ascii="Times New Roman" w:eastAsia="Times New Roman" w:hAnsi="Times New Roman" w:cs="Times New Roman"/>
                <w:sz w:val="24"/>
                <w:szCs w:val="24"/>
              </w:rPr>
              <w:t>( should not impact Med library, Sim center, Silverman,NAB,Setnor)</w:t>
            </w:r>
          </w:p>
          <w:p w14:paraId="443F60BA" w14:textId="77777777" w:rsidR="009E3346" w:rsidRDefault="009E3346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5E2EBD" w14:textId="2C40FC65" w:rsidR="00F7502F" w:rsidRDefault="005E08DE">
            <w:pPr>
              <w:spacing w:after="0"/>
            </w:pPr>
            <w:r>
              <w:t>WH/WHA will be without domestic water while damaged line is repaired.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392E5315" w:rsidR="00F7502F" w:rsidRDefault="005E08DE">
            <w:pPr>
              <w:spacing w:after="0"/>
            </w:pPr>
            <w:r>
              <w:t>Public Safety will be performing rounds while sprinkler system is impacted. Sheet will be located at entrance</w:t>
            </w:r>
            <w:r w:rsidR="003F3EBC">
              <w:t xml:space="preserve"> doors to WH/WHA fr</w:t>
            </w:r>
            <w:r w:rsidR="00EA40BC">
              <w:t>o</w:t>
            </w:r>
            <w:r w:rsidR="003F3EBC">
              <w:t>m UH bridge</w:t>
            </w:r>
            <w:r w:rsidR="00EA40BC">
              <w:t xml:space="preserve"> side</w:t>
            </w:r>
            <w:r w:rsidR="003F3EBC">
              <w:t>.</w:t>
            </w: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80"/>
        <w:gridCol w:w="1358"/>
        <w:gridCol w:w="3950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35E954FC" w:rsidR="004D19E3" w:rsidRDefault="0095602D" w:rsidP="004D19E3">
            <w:pPr>
              <w:spacing w:after="120"/>
            </w:pPr>
            <w:r>
              <w:t>Larry Blanchard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4D1F2AD" w:rsidR="004D19E3" w:rsidRDefault="0095602D" w:rsidP="004D19E3">
            <w:pPr>
              <w:spacing w:after="120"/>
            </w:pPr>
            <w:r>
              <w:t>Physical Plant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6BDFF02A" w:rsidR="004D19E3" w:rsidRDefault="0095602D" w:rsidP="004D19E3">
            <w:pPr>
              <w:spacing w:after="120"/>
            </w:pPr>
            <w:r>
              <w:t>315-640-9053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4147BF78" w:rsidR="004D19E3" w:rsidRDefault="0095602D" w:rsidP="004D19E3">
            <w:pPr>
              <w:spacing w:after="120"/>
            </w:pPr>
            <w:r>
              <w:t>blanchal@upstate.edu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ADA"/>
    <w:rsid w:val="00034616"/>
    <w:rsid w:val="0006063C"/>
    <w:rsid w:val="00062FAD"/>
    <w:rsid w:val="0007325D"/>
    <w:rsid w:val="000B6C47"/>
    <w:rsid w:val="00106728"/>
    <w:rsid w:val="0014537E"/>
    <w:rsid w:val="0015074B"/>
    <w:rsid w:val="00187541"/>
    <w:rsid w:val="00281FCA"/>
    <w:rsid w:val="0029639D"/>
    <w:rsid w:val="00326F90"/>
    <w:rsid w:val="00334D8D"/>
    <w:rsid w:val="00371951"/>
    <w:rsid w:val="003F3EBC"/>
    <w:rsid w:val="004D19E3"/>
    <w:rsid w:val="005A3F01"/>
    <w:rsid w:val="005C621F"/>
    <w:rsid w:val="005D000B"/>
    <w:rsid w:val="005E08DE"/>
    <w:rsid w:val="00633BC3"/>
    <w:rsid w:val="00657153"/>
    <w:rsid w:val="006834DD"/>
    <w:rsid w:val="007403A4"/>
    <w:rsid w:val="007D07F1"/>
    <w:rsid w:val="007D10F0"/>
    <w:rsid w:val="00806A8D"/>
    <w:rsid w:val="008751D3"/>
    <w:rsid w:val="0088117E"/>
    <w:rsid w:val="008850B3"/>
    <w:rsid w:val="00885377"/>
    <w:rsid w:val="00945923"/>
    <w:rsid w:val="0095602D"/>
    <w:rsid w:val="009B1041"/>
    <w:rsid w:val="009C1C29"/>
    <w:rsid w:val="009E3346"/>
    <w:rsid w:val="00A042C7"/>
    <w:rsid w:val="00A64101"/>
    <w:rsid w:val="00AA1D8D"/>
    <w:rsid w:val="00B47730"/>
    <w:rsid w:val="00BA3E5E"/>
    <w:rsid w:val="00BA6945"/>
    <w:rsid w:val="00C13593"/>
    <w:rsid w:val="00CB0664"/>
    <w:rsid w:val="00CD4B48"/>
    <w:rsid w:val="00CF7E9F"/>
    <w:rsid w:val="00D1109E"/>
    <w:rsid w:val="00D412B9"/>
    <w:rsid w:val="00D77189"/>
    <w:rsid w:val="00DD2C8B"/>
    <w:rsid w:val="00E257F0"/>
    <w:rsid w:val="00E35525"/>
    <w:rsid w:val="00E407BC"/>
    <w:rsid w:val="00EA40BC"/>
    <w:rsid w:val="00EE694B"/>
    <w:rsid w:val="00F7502F"/>
    <w:rsid w:val="00FB25C0"/>
    <w:rsid w:val="00FB7EE1"/>
    <w:rsid w:val="00FC3F8F"/>
    <w:rsid w:val="00FC693F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281FCA"/>
    <w:rsid w:val="0028690E"/>
    <w:rsid w:val="004F61F7"/>
    <w:rsid w:val="005D5522"/>
    <w:rsid w:val="007403A4"/>
    <w:rsid w:val="00742A53"/>
    <w:rsid w:val="00745706"/>
    <w:rsid w:val="00806A8D"/>
    <w:rsid w:val="00832B1A"/>
    <w:rsid w:val="00837926"/>
    <w:rsid w:val="008751D3"/>
    <w:rsid w:val="00B04090"/>
    <w:rsid w:val="00BA3E5E"/>
    <w:rsid w:val="00C90AE9"/>
    <w:rsid w:val="00D03D75"/>
    <w:rsid w:val="00D412B9"/>
    <w:rsid w:val="00D4571E"/>
    <w:rsid w:val="00E105DB"/>
    <w:rsid w:val="00EE694B"/>
    <w:rsid w:val="00F65541"/>
    <w:rsid w:val="00F82A89"/>
    <w:rsid w:val="00FB7EE1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4</cp:revision>
  <dcterms:created xsi:type="dcterms:W3CDTF">2026-09-15T17:49:00Z</dcterms:created>
  <dcterms:modified xsi:type="dcterms:W3CDTF">2026-09-15T17:53:00Z</dcterms:modified>
  <cp:category/>
</cp:coreProperties>
</file>