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EndPr>
        <w:rPr>
          <w:rStyle w:val="Style2"/>
        </w:rPr>
      </w:sdtEnd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0BB54375" w:rsidR="00E35525" w:rsidRDefault="007340FC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7B0910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7340FC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EndPr>
                <w:rPr>
                  <w:rStyle w:val="Style8"/>
                </w:rPr>
              </w:sdtEnd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013BA6CB" w:rsidR="00F7502F" w:rsidRDefault="00D138D6">
            <w:r>
              <w:t>To support the WHA electrical upgrades</w:t>
            </w:r>
            <w:r w:rsidR="00371951">
              <w:t>]</w:t>
            </w:r>
          </w:p>
        </w:tc>
      </w:tr>
    </w:tbl>
    <w:p w14:paraId="2B30019B" w14:textId="01081D79" w:rsidR="00F7502F" w:rsidRDefault="00371951" w:rsidP="00A81E7F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3"/>
        <w:gridCol w:w="7867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18T00:00:00Z"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Style3"/>
            </w:rPr>
          </w:sdtEnd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415A3E1E" w:rsidR="00F7502F" w:rsidRPr="0014537E" w:rsidRDefault="00A01410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9/1</w:t>
                </w:r>
                <w:r w:rsidR="007D768F">
                  <w:rPr>
                    <w:rStyle w:val="Style3"/>
                  </w:rPr>
                  <w:t>8</w:t>
                </w:r>
                <w:r>
                  <w:rPr>
                    <w:rStyle w:val="Style3"/>
                  </w:rPr>
                  <w:t>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EE568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 xml:space="preserve">to </w:t>
            </w:r>
            <w:r w:rsidR="00C62B0D">
              <w:t>0830 for</w:t>
            </w:r>
            <w:r w:rsidR="00092845">
              <w:t xml:space="preserve"> 9</w:t>
            </w:r>
            <w:r w:rsidR="00092845" w:rsidRPr="00092845">
              <w:rPr>
                <w:vertAlign w:val="superscript"/>
              </w:rPr>
              <w:t>th</w:t>
            </w:r>
            <w:r w:rsidR="00092845">
              <w:t xml:space="preserve"> fl</w:t>
            </w:r>
            <w:r>
              <w:t>oor</w:t>
            </w:r>
            <w:r w:rsidR="00092845">
              <w:t xml:space="preserve"> </w:t>
            </w:r>
            <w:r w:rsidR="001018CE">
              <w:t>Kitchen,</w:t>
            </w:r>
            <w:r w:rsidR="00F60A88">
              <w:t xml:space="preserve"> </w:t>
            </w:r>
            <w:r w:rsidR="001018CE">
              <w:t>0630</w:t>
            </w:r>
            <w:r w:rsidR="004F42D5">
              <w:t xml:space="preserve"> to </w:t>
            </w:r>
            <w:r w:rsidR="00FF50B5">
              <w:t>1430 for fl</w:t>
            </w:r>
            <w:r w:rsidR="004F42D5">
              <w:t>oor</w:t>
            </w:r>
            <w:r w:rsidR="00FF50B5">
              <w:t>’s 6,7,8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2FCF505" w:rsidR="00F7502F" w:rsidRDefault="00C75598">
            <w:r>
              <w:t>WHA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F17B9F" w14:textId="270680B8" w:rsidR="004E5553" w:rsidRPr="00A81E7F" w:rsidRDefault="00F24A7B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The 9</w:t>
            </w: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vertAlign w:val="superscript"/>
              </w:rPr>
              <w:t>th</w:t>
            </w: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floor kitchen will see a loss of normal power to </w:t>
            </w:r>
            <w:r w:rsidR="00716C6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select</w:t>
            </w: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933CDB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kitchen equipment for 2 hrs.</w:t>
            </w:r>
            <w:r w:rsidR="0057269A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933CDB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716C6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This is being coordinated with the staff.</w:t>
            </w:r>
          </w:p>
          <w:p w14:paraId="0E8008BE" w14:textId="3D1B1491" w:rsidR="00933CDB" w:rsidRPr="00A81E7F" w:rsidRDefault="00343007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Floors 6,7,8 will see a loss of normal power to the </w:t>
            </w:r>
            <w:r w:rsidR="00D953CE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building </w:t>
            </w: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lighting for 8 </w:t>
            </w:r>
            <w:r w:rsidR="000900D0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h</w:t>
            </w:r>
            <w:r w:rsidR="00C4008A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ou</w:t>
            </w:r>
            <w:r w:rsidR="000900D0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r</w:t>
            </w:r>
            <w:r w:rsidR="00716C6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s</w:t>
            </w:r>
          </w:p>
          <w:p w14:paraId="54D873D9" w14:textId="0A8FF8D3" w:rsidR="009E3346" w:rsidRPr="00A81E7F" w:rsidRDefault="002F5522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This will allow contractor access to</w:t>
            </w:r>
            <w:r w:rsidR="00716C6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replace</w:t>
            </w: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0900D0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raceways</w:t>
            </w:r>
            <w:r w:rsidR="00716C6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.</w:t>
            </w: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37D668" w14:textId="138A9FFB" w:rsidR="00BE16E2" w:rsidRDefault="00262362">
            <w:pPr>
              <w:spacing w:after="0"/>
            </w:pPr>
            <w:r>
              <w:t xml:space="preserve">There will be no loss of </w:t>
            </w:r>
            <w:r w:rsidR="00054C3E">
              <w:t xml:space="preserve">normal </w:t>
            </w:r>
            <w:r>
              <w:t xml:space="preserve">power </w:t>
            </w:r>
            <w:r w:rsidR="00054C3E">
              <w:t>(outlets)</w:t>
            </w:r>
            <w:r w:rsidR="003A5905">
              <w:t xml:space="preserve">.  </w:t>
            </w:r>
            <w:r w:rsidR="003A5905" w:rsidRPr="00544631">
              <w:rPr>
                <w:color w:val="EE0000"/>
              </w:rPr>
              <w:t>There will be emergency lighting</w:t>
            </w:r>
            <w:r w:rsidR="00491818">
              <w:t>.</w:t>
            </w:r>
          </w:p>
          <w:p w14:paraId="6C5E2EBD" w14:textId="5EEBB4F9" w:rsidR="00491818" w:rsidRDefault="00491818">
            <w:pPr>
              <w:spacing w:after="0"/>
            </w:pPr>
            <w:r w:rsidRPr="005F3EAB">
              <w:rPr>
                <w:color w:val="EE0000"/>
              </w:rPr>
              <w:t>There will be no loss o</w:t>
            </w:r>
            <w:r w:rsidR="005F3EAB" w:rsidRPr="005F3EAB">
              <w:rPr>
                <w:color w:val="EE0000"/>
              </w:rPr>
              <w:t>f Emergency Power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147FBFDF" w:rsidR="00F7502F" w:rsidRPr="00A81E7F" w:rsidRDefault="00716C6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Please c</w:t>
            </w:r>
            <w:r w:rsidR="00100210" w:rsidRPr="00A81E7F">
              <w:rPr>
                <w:b/>
                <w:bCs/>
                <w:color w:val="FF0000"/>
                <w:sz w:val="24"/>
                <w:szCs w:val="24"/>
              </w:rPr>
              <w:t>heck your equipment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as a precaution</w:t>
            </w:r>
            <w:r w:rsidR="000145BB" w:rsidRPr="00A81E7F">
              <w:rPr>
                <w:b/>
                <w:bCs/>
                <w:color w:val="FF0000"/>
                <w:sz w:val="24"/>
                <w:szCs w:val="24"/>
              </w:rPr>
              <w:t>.</w:t>
            </w: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5BB"/>
    <w:rsid w:val="00033ADA"/>
    <w:rsid w:val="00034616"/>
    <w:rsid w:val="00054C3E"/>
    <w:rsid w:val="0006063C"/>
    <w:rsid w:val="00062FAD"/>
    <w:rsid w:val="0007325D"/>
    <w:rsid w:val="000900D0"/>
    <w:rsid w:val="000915A1"/>
    <w:rsid w:val="00092845"/>
    <w:rsid w:val="000B6C47"/>
    <w:rsid w:val="000E18F6"/>
    <w:rsid w:val="000E2D8C"/>
    <w:rsid w:val="00100210"/>
    <w:rsid w:val="001018CE"/>
    <w:rsid w:val="00106728"/>
    <w:rsid w:val="0014537E"/>
    <w:rsid w:val="0015074B"/>
    <w:rsid w:val="00187541"/>
    <w:rsid w:val="001C0D5C"/>
    <w:rsid w:val="00243BE2"/>
    <w:rsid w:val="00244BEC"/>
    <w:rsid w:val="00262362"/>
    <w:rsid w:val="00281FCA"/>
    <w:rsid w:val="0029639D"/>
    <w:rsid w:val="002D57CB"/>
    <w:rsid w:val="002F07BA"/>
    <w:rsid w:val="002F5522"/>
    <w:rsid w:val="00326F90"/>
    <w:rsid w:val="00334D8D"/>
    <w:rsid w:val="00343007"/>
    <w:rsid w:val="003708EF"/>
    <w:rsid w:val="00371951"/>
    <w:rsid w:val="003A24A9"/>
    <w:rsid w:val="003A5905"/>
    <w:rsid w:val="003B2F2C"/>
    <w:rsid w:val="003E7C3A"/>
    <w:rsid w:val="00491818"/>
    <w:rsid w:val="004C55FC"/>
    <w:rsid w:val="004D19E3"/>
    <w:rsid w:val="004E5553"/>
    <w:rsid w:val="004F42D5"/>
    <w:rsid w:val="004F7A71"/>
    <w:rsid w:val="00530077"/>
    <w:rsid w:val="00544631"/>
    <w:rsid w:val="0057269A"/>
    <w:rsid w:val="005A3F01"/>
    <w:rsid w:val="005B7FD9"/>
    <w:rsid w:val="005C621F"/>
    <w:rsid w:val="005D000B"/>
    <w:rsid w:val="005F3EAB"/>
    <w:rsid w:val="00627064"/>
    <w:rsid w:val="00637ACF"/>
    <w:rsid w:val="00682FCA"/>
    <w:rsid w:val="006834DD"/>
    <w:rsid w:val="006B0B05"/>
    <w:rsid w:val="00716C64"/>
    <w:rsid w:val="007403A4"/>
    <w:rsid w:val="007B0910"/>
    <w:rsid w:val="007D10F0"/>
    <w:rsid w:val="007D768F"/>
    <w:rsid w:val="008751D3"/>
    <w:rsid w:val="0088117E"/>
    <w:rsid w:val="008850B3"/>
    <w:rsid w:val="00885377"/>
    <w:rsid w:val="00933CDB"/>
    <w:rsid w:val="009B1041"/>
    <w:rsid w:val="009B6A86"/>
    <w:rsid w:val="009C1C29"/>
    <w:rsid w:val="009E3346"/>
    <w:rsid w:val="00A01410"/>
    <w:rsid w:val="00A042C7"/>
    <w:rsid w:val="00A23A8B"/>
    <w:rsid w:val="00A33286"/>
    <w:rsid w:val="00A604DD"/>
    <w:rsid w:val="00A64101"/>
    <w:rsid w:val="00A651DC"/>
    <w:rsid w:val="00A81E7F"/>
    <w:rsid w:val="00AA1D8D"/>
    <w:rsid w:val="00B47730"/>
    <w:rsid w:val="00B813F9"/>
    <w:rsid w:val="00BA3E5E"/>
    <w:rsid w:val="00BA6945"/>
    <w:rsid w:val="00BE16E2"/>
    <w:rsid w:val="00BF2153"/>
    <w:rsid w:val="00BF2976"/>
    <w:rsid w:val="00BF7B1A"/>
    <w:rsid w:val="00C129D2"/>
    <w:rsid w:val="00C13593"/>
    <w:rsid w:val="00C4008A"/>
    <w:rsid w:val="00C50463"/>
    <w:rsid w:val="00C62B0D"/>
    <w:rsid w:val="00C732F2"/>
    <w:rsid w:val="00C75598"/>
    <w:rsid w:val="00CB0664"/>
    <w:rsid w:val="00CD4B48"/>
    <w:rsid w:val="00CE3CD6"/>
    <w:rsid w:val="00CF7E9F"/>
    <w:rsid w:val="00D1109E"/>
    <w:rsid w:val="00D12825"/>
    <w:rsid w:val="00D138D6"/>
    <w:rsid w:val="00D221C1"/>
    <w:rsid w:val="00D77189"/>
    <w:rsid w:val="00D953CE"/>
    <w:rsid w:val="00DC06EA"/>
    <w:rsid w:val="00DE0D29"/>
    <w:rsid w:val="00E257F0"/>
    <w:rsid w:val="00E35525"/>
    <w:rsid w:val="00E407BC"/>
    <w:rsid w:val="00E47958"/>
    <w:rsid w:val="00E77A14"/>
    <w:rsid w:val="00E93192"/>
    <w:rsid w:val="00EC6641"/>
    <w:rsid w:val="00F14A8B"/>
    <w:rsid w:val="00F24A7B"/>
    <w:rsid w:val="00F309FA"/>
    <w:rsid w:val="00F60A88"/>
    <w:rsid w:val="00F7502F"/>
    <w:rsid w:val="00FB003D"/>
    <w:rsid w:val="00FB25C0"/>
    <w:rsid w:val="00FB7EE1"/>
    <w:rsid w:val="00FC693F"/>
    <w:rsid w:val="00FE11ED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117458"/>
    <w:rsid w:val="00281FCA"/>
    <w:rsid w:val="0028690E"/>
    <w:rsid w:val="003311A6"/>
    <w:rsid w:val="004F61F7"/>
    <w:rsid w:val="005D5522"/>
    <w:rsid w:val="006B0B05"/>
    <w:rsid w:val="007403A4"/>
    <w:rsid w:val="00742A53"/>
    <w:rsid w:val="00745706"/>
    <w:rsid w:val="00832B1A"/>
    <w:rsid w:val="00837926"/>
    <w:rsid w:val="008751D3"/>
    <w:rsid w:val="009D2559"/>
    <w:rsid w:val="00A604DD"/>
    <w:rsid w:val="00B04090"/>
    <w:rsid w:val="00BA3E5E"/>
    <w:rsid w:val="00CA0885"/>
    <w:rsid w:val="00D03D75"/>
    <w:rsid w:val="00D13EFC"/>
    <w:rsid w:val="00D4571E"/>
    <w:rsid w:val="00D87546"/>
    <w:rsid w:val="00DE0D29"/>
    <w:rsid w:val="00E105DB"/>
    <w:rsid w:val="00E47958"/>
    <w:rsid w:val="00FB7EE1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Jason Tarantino</cp:lastModifiedBy>
  <cp:revision>2</cp:revision>
  <cp:lastPrinted>2026-09-01T15:50:00Z</cp:lastPrinted>
  <dcterms:created xsi:type="dcterms:W3CDTF">2026-09-15T16:57:00Z</dcterms:created>
  <dcterms:modified xsi:type="dcterms:W3CDTF">2026-09-15T16:57:00Z</dcterms:modified>
  <cp:category/>
</cp:coreProperties>
</file>