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p w14:paraId="0167F00A" w14:textId="77777777" w:rsidR="00F7502F" w:rsidRPr="00D77189" w:rsidRDefault="00371951">
      <w:pPr>
        <w:spacing w:after="120"/>
        <w:jc w:val="center"/>
        <w:rPr>
          <w:color w:val="C00000"/>
        </w:rPr>
      </w:pPr>
      <w:r w:rsidRPr="00D77189">
        <w:rPr>
          <w:b/>
          <w:color w:val="C00000"/>
          <w:sz w:val="26"/>
        </w:rPr>
        <w:t>NOTIFICATION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0E9255B0" w:rsidR="00E35525" w:rsidRDefault="00000000"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Planned Outage" w:value="Planned Outage"/>
                  <w:listItem w:displayText="Emergency Outage" w:value="Emergency Outage"/>
                  <w:listItem w:displayText="Maintenance" w:value="Maintenance"/>
                  <w:listItem w:displayText="Service Interruption" w:value="Service Interruption"/>
                  <w:listItem w:displayText="Restoration Notice" w:value="Restoration Notice"/>
                  <w:listItem w:displayText="Project Update" w:value="Project Update"/>
                </w:dropDownList>
              </w:sdtPr>
              <w:sdtContent>
                <w:r w:rsidR="00F74FB6">
                  <w:rPr>
                    <w:rFonts w:ascii="Times New Roman" w:eastAsia="Times New Roman" w:hAnsi="Times New Roman" w:cs="Times New Roman"/>
                    <w:b/>
                    <w:sz w:val="28"/>
                  </w:rPr>
                  <w:t>Planned Outage</w:t>
                </w:r>
              </w:sdtContent>
            </w:sdt>
          </w:p>
          <w:p w14:paraId="6EE519E1" w14:textId="6538BFA4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2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2AC06CEE" w:rsidR="00E35525" w:rsidRDefault="00000000">
            <w:sdt>
              <w:sdtPr>
                <w:rPr>
                  <w:rFonts w:ascii="Times New Roman" w:eastAsia="Times New Roman" w:hAnsi="Times New Roman" w:cs="Times New Roman"/>
                  <w:b/>
                  <w:sz w:val="32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Electrical" w:value="Electrical"/>
                  <w:listItem w:displayText="Emergency Power" w:value="Emergency Power"/>
                  <w:listItem w:displayText="HVAC" w:value="HVAC"/>
                  <w:listItem w:displayText="Plumbing" w:value="Plumbing"/>
                  <w:listItem w:displayText="Pneumatic Tube (P-Tube)" w:value="Pneumatic Tube (P-Tube)"/>
                  <w:listItem w:displayText="Fire Alarm" w:value="Fire Alarm"/>
                  <w:listItem w:displayText="Nurse Call" w:value="Nurse Call"/>
                  <w:listItem w:displayText="Elevator" w:value="Elevator"/>
                  <w:listItem w:displayText="Domestic Water" w:value="Domestic Water"/>
                  <w:listItem w:displayText="Domestic Hot Water" w:value="Domestic Hot Water"/>
                  <w:listItem w:displayText="Steam" w:value="Steam"/>
                  <w:listItem w:displayText="Chilled Water" w:value="Chilled Water"/>
                  <w:listItem w:displayText="Medical Gas" w:value="Medical Gas"/>
                  <w:listItem w:displayText="Mechanical Equipment" w:value="Mechanical Equipment"/>
                  <w:listItem w:displayText="Building Automation (BAS)" w:value="Building Automation (BAS)"/>
                </w:dropDownList>
              </w:sdtPr>
              <w:sdtContent>
                <w:r w:rsidR="00F74FB6">
                  <w:rPr>
                    <w:rFonts w:ascii="Times New Roman" w:eastAsia="Times New Roman" w:hAnsi="Times New Roman" w:cs="Times New Roman"/>
                    <w:b/>
                    <w:sz w:val="32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3D29CF77" w:rsidR="00F7502F" w:rsidRDefault="00F74FB6">
            <w:r>
              <w:t>Switchboard 4 and 5 Power Outage at Weiskotten Hall</w:t>
            </w:r>
          </w:p>
        </w:tc>
      </w:tr>
    </w:tbl>
    <w:p w14:paraId="0B0DCAF6" w14:textId="2DCC416C" w:rsidR="00F7502F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03BD3">
        <w:rPr>
          <w:sz w:val="24"/>
          <w:szCs w:val="24"/>
        </w:rPr>
        <w:t>DLAR PROJECT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color w:val="000000" w:themeColor="text1"/>
            </w:rPr>
            <w:id w:val="347985234"/>
            <w:placeholder>
              <w:docPart w:val="DefaultPlaceholder_-1854013437"/>
            </w:placeholder>
            <w:date w:fullDate="2026-10-03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2DDE8D7F" w:rsidR="00F7502F" w:rsidRPr="0014537E" w:rsidRDefault="00F74FB6">
                <w:pPr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10/3/2026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5E240C06" w:rsidR="00F7502F" w:rsidRDefault="00F74FB6">
            <w:r>
              <w:t>0900 - 2100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5FF5143" w:rsidR="00F7502F" w:rsidRDefault="00F74FB6">
            <w:r>
              <w:t>Weiskotten Hall Basement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873D9" w14:textId="474654D8" w:rsidR="00F7502F" w:rsidRDefault="00F74FB6">
            <w:pPr>
              <w:spacing w:after="0"/>
            </w:pPr>
            <w:r w:rsidRPr="00F74FB6">
              <w:t>This will affect the entire crossover and northwest wing of Weiskotten Hall</w:t>
            </w:r>
            <w:r w:rsidR="00EA626E">
              <w:t xml:space="preserve"> for all floors</w:t>
            </w:r>
            <w:r w:rsidRPr="00F74FB6">
              <w:t>.</w:t>
            </w: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5C79344E" w:rsidR="00F7502F" w:rsidRDefault="001B3959">
            <w:pPr>
              <w:spacing w:after="0"/>
            </w:pPr>
            <w:r w:rsidRPr="001B3959">
              <w:t>This will impact all normal-power lighting, receptacles, and equipment plugged into them.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12C0E8" w14:textId="440DC94B" w:rsidR="00516CA0" w:rsidRDefault="00516CA0">
            <w:pPr>
              <w:spacing w:after="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This shutdown has been coordinated with occupants to minimize the impact as much as possible</w:t>
            </w:r>
          </w:p>
          <w:p w14:paraId="71CE2062" w14:textId="200DA229" w:rsidR="00F7502F" w:rsidRPr="00503BD3" w:rsidRDefault="00503BD3">
            <w:pPr>
              <w:spacing w:after="0"/>
              <w:rPr>
                <w:b/>
                <w:bCs/>
              </w:rPr>
            </w:pPr>
            <w:r w:rsidRPr="00503BD3">
              <w:rPr>
                <w:b/>
                <w:bCs/>
                <w:color w:val="FF0000"/>
              </w:rPr>
              <w:t>Special Equipment in rooms 2163 and 101 will be powered down on 10/02/26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0"/>
        <w:gridCol w:w="5320"/>
      </w:tblGrid>
      <w:tr w:rsidR="00F7502F" w14:paraId="3C84EA4E" w14:textId="77777777">
        <w:trPr>
          <w:jc w:val="center"/>
        </w:trPr>
        <w:tc>
          <w:tcPr>
            <w:tcW w:w="532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B2467" w14:textId="74512C0D" w:rsidR="00F7502F" w:rsidRDefault="00371951">
            <w:r>
              <w:t xml:space="preserve">Name: </w:t>
            </w:r>
            <w:r w:rsidR="001B3959" w:rsidRPr="001B3959">
              <w:t>Marc Dingle</w:t>
            </w:r>
            <w:r>
              <w:br/>
              <w:t xml:space="preserve">Department: </w:t>
            </w:r>
            <w:r w:rsidR="001B3959" w:rsidRPr="001B3959">
              <w:t>Physical Plant</w:t>
            </w:r>
            <w:r>
              <w:br/>
              <w:t xml:space="preserve">Phone: </w:t>
            </w:r>
            <w:r w:rsidR="001B3959" w:rsidRPr="001B3959">
              <w:t>680-323-1819</w:t>
            </w:r>
            <w:r>
              <w:br/>
              <w:t xml:space="preserve">Email: </w:t>
            </w:r>
            <w:r w:rsidR="001B3959">
              <w:t>DingleM@upstate.edu</w:t>
            </w:r>
          </w:p>
        </w:tc>
        <w:tc>
          <w:tcPr>
            <w:tcW w:w="532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0316D" w14:textId="30D541CD" w:rsidR="00F7502F" w:rsidRDefault="00371951">
            <w:r>
              <w:t xml:space="preserve">Name: </w:t>
            </w:r>
            <w:r w:rsidR="001B3959">
              <w:t>Ryan Clifford</w:t>
            </w:r>
            <w:r>
              <w:br/>
              <w:t xml:space="preserve">Department: </w:t>
            </w:r>
            <w:r w:rsidR="001B3959" w:rsidRPr="001B3959">
              <w:t>Design &amp; Construction</w:t>
            </w:r>
            <w:r>
              <w:br/>
              <w:t xml:space="preserve">Phone: </w:t>
            </w:r>
            <w:r w:rsidR="001B3959" w:rsidRPr="001B3959">
              <w:t>315-663-1856</w:t>
            </w:r>
            <w:r>
              <w:br/>
              <w:t xml:space="preserve">Email: </w:t>
            </w:r>
            <w:r w:rsidR="001B3959">
              <w:t>ClifforR@upstate.edu</w:t>
            </w:r>
          </w:p>
        </w:tc>
      </w:tr>
      <w:tr w:rsidR="001B3959" w14:paraId="4210A6F7" w14:textId="77777777">
        <w:trPr>
          <w:jc w:val="center"/>
        </w:trPr>
        <w:tc>
          <w:tcPr>
            <w:tcW w:w="532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E0B73" w14:textId="77777777" w:rsidR="001B3959" w:rsidRDefault="001B3959"/>
        </w:tc>
        <w:tc>
          <w:tcPr>
            <w:tcW w:w="532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9ED47" w14:textId="77777777" w:rsidR="001B3959" w:rsidRDefault="001B3959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A"/>
    <w:rsid w:val="00034616"/>
    <w:rsid w:val="0006063C"/>
    <w:rsid w:val="0014537E"/>
    <w:rsid w:val="0015074B"/>
    <w:rsid w:val="001B3959"/>
    <w:rsid w:val="00281FCA"/>
    <w:rsid w:val="0029639D"/>
    <w:rsid w:val="00297555"/>
    <w:rsid w:val="00326F90"/>
    <w:rsid w:val="00371951"/>
    <w:rsid w:val="00503BD3"/>
    <w:rsid w:val="00516CA0"/>
    <w:rsid w:val="00664746"/>
    <w:rsid w:val="00716B6C"/>
    <w:rsid w:val="00885377"/>
    <w:rsid w:val="008E77FE"/>
    <w:rsid w:val="009C1C29"/>
    <w:rsid w:val="00A64101"/>
    <w:rsid w:val="00AA1D8D"/>
    <w:rsid w:val="00B007D9"/>
    <w:rsid w:val="00B47730"/>
    <w:rsid w:val="00BA6945"/>
    <w:rsid w:val="00C13593"/>
    <w:rsid w:val="00CB0664"/>
    <w:rsid w:val="00CD4B48"/>
    <w:rsid w:val="00CF7E9F"/>
    <w:rsid w:val="00D3223D"/>
    <w:rsid w:val="00D77189"/>
    <w:rsid w:val="00E35525"/>
    <w:rsid w:val="00E407BC"/>
    <w:rsid w:val="00EA626E"/>
    <w:rsid w:val="00F74FB6"/>
    <w:rsid w:val="00F7502F"/>
    <w:rsid w:val="00FC693F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1B39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162A4-98AC-4E6B-BE55-D1361A2FE353}"/>
      </w:docPartPr>
      <w:docPartBody>
        <w:p w:rsidR="00B04090" w:rsidRDefault="004F61F7">
          <w:r w:rsidRPr="009D4CDF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745706" w:rsidP="00745706">
          <w:pPr>
            <w:pStyle w:val="BAAFDB2D68AE44D5B6DD5BEEBEF1154D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745706" w:rsidP="00745706">
          <w:pPr>
            <w:pStyle w:val="E137C48A8C4846439BB7230A9B488FD9"/>
          </w:pPr>
          <w:r w:rsidRPr="005F21F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49CF"/>
    <w:rsid w:val="00236767"/>
    <w:rsid w:val="00281FCA"/>
    <w:rsid w:val="00297555"/>
    <w:rsid w:val="004C6BE4"/>
    <w:rsid w:val="004F61F7"/>
    <w:rsid w:val="00664746"/>
    <w:rsid w:val="00716B6C"/>
    <w:rsid w:val="00745706"/>
    <w:rsid w:val="008E77FE"/>
    <w:rsid w:val="00A47F97"/>
    <w:rsid w:val="00B007D9"/>
    <w:rsid w:val="00B04090"/>
    <w:rsid w:val="00E105DB"/>
    <w:rsid w:val="00F23994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5706"/>
    <w:rPr>
      <w:color w:val="666666"/>
    </w:rPr>
  </w:style>
  <w:style w:type="paragraph" w:customStyle="1" w:styleId="BAAFDB2D68AE44D5B6DD5BEEBEF1154D">
    <w:name w:val="BAAFDB2D68AE44D5B6DD5BEEBEF1154D"/>
    <w:rsid w:val="00745706"/>
  </w:style>
  <w:style w:type="paragraph" w:customStyle="1" w:styleId="E137C48A8C4846439BB7230A9B488FD9">
    <w:name w:val="E137C48A8C4846439BB7230A9B488FD9"/>
    <w:rsid w:val="007457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4</cp:revision>
  <dcterms:created xsi:type="dcterms:W3CDTF">2026-09-22T14:26:00Z</dcterms:created>
  <dcterms:modified xsi:type="dcterms:W3CDTF">2026-09-22T15:20:00Z</dcterms:modified>
  <cp:category/>
</cp:coreProperties>
</file>