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3C5261FA" w:rsidR="00F7502F" w:rsidRPr="00D77189" w:rsidRDefault="00C35906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CANCELLATION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455484">
            <w:sdt>
              <w:sdtPr>
                <w:rPr>
                  <w:rStyle w:val="Style7"/>
                  <w:color w:val="FF0000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 w:rsidRPr="00305EF0">
                  <w:rPr>
                    <w:rStyle w:val="Style7"/>
                    <w:color w:val="FF0000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455484">
            <w:sdt>
              <w:sdtPr>
                <w:rPr>
                  <w:rStyle w:val="Style8"/>
                  <w:color w:val="FF0000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7B0910" w:rsidRPr="00305EF0">
                  <w:rPr>
                    <w:rStyle w:val="Style8"/>
                    <w:color w:val="FF0000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 w:rsidTr="00C35906">
        <w:trPr>
          <w:trHeight w:val="580"/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3144DBC7" w:rsidR="00F7502F" w:rsidRDefault="00D138D6">
            <w:r>
              <w:t>To support the WHA electrical upgrades</w:t>
            </w:r>
            <w:r w:rsidR="00C35906">
              <w:t xml:space="preserve"> </w:t>
            </w:r>
            <w:r w:rsidR="00C35906" w:rsidRPr="00C35906">
              <w:rPr>
                <w:b/>
                <w:bCs/>
                <w:color w:val="FF0000"/>
                <w:u w:val="single"/>
              </w:rPr>
              <w:t>Cancellation Notice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29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60113CF4" w:rsidR="00F7502F" w:rsidRPr="0014537E" w:rsidRDefault="00C35906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9/29/2026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EBA6DD9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A024AA">
              <w:t>3,4,5 will see a loss of normal power to the building lights for 8</w:t>
            </w:r>
            <w:r w:rsidR="00E6006A">
              <w:t xml:space="preserve"> hours.</w:t>
            </w:r>
          </w:p>
          <w:p w14:paraId="346CF727" w14:textId="5071A757" w:rsidR="00E6006A" w:rsidRDefault="00E6006A" w:rsidP="009E3346">
            <w:pPr>
              <w:spacing w:after="0" w:line="240" w:lineRule="auto"/>
            </w:pPr>
            <w:r>
              <w:t>This will allow the contractor</w:t>
            </w:r>
            <w:r w:rsidR="000F1600">
              <w:t xml:space="preserve"> access to raceways to remove old feeders and install </w:t>
            </w:r>
            <w:proofErr w:type="gramStart"/>
            <w:r w:rsidR="000F1600">
              <w:t>new</w:t>
            </w:r>
            <w:proofErr w:type="gramEnd"/>
            <w:r w:rsidR="000F1600">
              <w:t>.</w:t>
            </w: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AC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797A"/>
    <w:rsid w:val="001C0D5C"/>
    <w:rsid w:val="001D5E5D"/>
    <w:rsid w:val="001F2161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05EF0"/>
    <w:rsid w:val="00325F83"/>
    <w:rsid w:val="00326F90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40C7D"/>
    <w:rsid w:val="00444B2F"/>
    <w:rsid w:val="00444D19"/>
    <w:rsid w:val="004704BA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7269A"/>
    <w:rsid w:val="005A3F01"/>
    <w:rsid w:val="005B7FD9"/>
    <w:rsid w:val="005C621F"/>
    <w:rsid w:val="005D000B"/>
    <w:rsid w:val="005F04FF"/>
    <w:rsid w:val="005F0A02"/>
    <w:rsid w:val="005F3EAB"/>
    <w:rsid w:val="00610717"/>
    <w:rsid w:val="00610993"/>
    <w:rsid w:val="00627064"/>
    <w:rsid w:val="00637ACF"/>
    <w:rsid w:val="00657D4E"/>
    <w:rsid w:val="00682FCA"/>
    <w:rsid w:val="006834DD"/>
    <w:rsid w:val="007403A4"/>
    <w:rsid w:val="00777195"/>
    <w:rsid w:val="007B0910"/>
    <w:rsid w:val="007C398B"/>
    <w:rsid w:val="007D10F0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64CE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35906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E3CD6"/>
    <w:rsid w:val="00CF7E9F"/>
    <w:rsid w:val="00D1109E"/>
    <w:rsid w:val="00D12825"/>
    <w:rsid w:val="00D138D6"/>
    <w:rsid w:val="00D1533D"/>
    <w:rsid w:val="00D221C1"/>
    <w:rsid w:val="00D30868"/>
    <w:rsid w:val="00D77189"/>
    <w:rsid w:val="00D953CE"/>
    <w:rsid w:val="00DB6890"/>
    <w:rsid w:val="00DC06EA"/>
    <w:rsid w:val="00DE067F"/>
    <w:rsid w:val="00E257F0"/>
    <w:rsid w:val="00E2694F"/>
    <w:rsid w:val="00E35525"/>
    <w:rsid w:val="00E407BC"/>
    <w:rsid w:val="00E6006A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36DE9"/>
    <w:rsid w:val="00F4088C"/>
    <w:rsid w:val="00F41144"/>
    <w:rsid w:val="00F60A88"/>
    <w:rsid w:val="00F65901"/>
    <w:rsid w:val="00F730A7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028AC"/>
    <w:rsid w:val="0007325D"/>
    <w:rsid w:val="00091AB9"/>
    <w:rsid w:val="000E18F6"/>
    <w:rsid w:val="00281FCA"/>
    <w:rsid w:val="0028690E"/>
    <w:rsid w:val="00346063"/>
    <w:rsid w:val="004B0B7B"/>
    <w:rsid w:val="004F2971"/>
    <w:rsid w:val="004F61F7"/>
    <w:rsid w:val="005D5522"/>
    <w:rsid w:val="005E7B6F"/>
    <w:rsid w:val="007403A4"/>
    <w:rsid w:val="00742A53"/>
    <w:rsid w:val="00745706"/>
    <w:rsid w:val="00832B1A"/>
    <w:rsid w:val="00837926"/>
    <w:rsid w:val="008751D3"/>
    <w:rsid w:val="009C1B90"/>
    <w:rsid w:val="009D2559"/>
    <w:rsid w:val="00A604DD"/>
    <w:rsid w:val="00AE0F1B"/>
    <w:rsid w:val="00B04090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36DE9"/>
    <w:rsid w:val="00F4632E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Tarantino</cp:lastModifiedBy>
  <cp:revision>2</cp:revision>
  <cp:lastPrinted>2026-09-01T15:50:00Z</cp:lastPrinted>
  <dcterms:created xsi:type="dcterms:W3CDTF">2026-09-25T15:05:00Z</dcterms:created>
  <dcterms:modified xsi:type="dcterms:W3CDTF">2026-09-25T15:05:00Z</dcterms:modified>
  <cp:category/>
</cp:coreProperties>
</file>