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11D90" w14:textId="77777777" w:rsidR="00F7502F" w:rsidRPr="00CF7E9F" w:rsidRDefault="00371951">
      <w:pPr>
        <w:spacing w:after="0"/>
        <w:jc w:val="center"/>
        <w:rPr>
          <w:rFonts w:ascii="Times New Roman" w:hAnsi="Times New Roman" w:cs="Times New Roman"/>
          <w:color w:val="1F497D" w:themeColor="text2"/>
          <w:sz w:val="36"/>
          <w:szCs w:val="36"/>
        </w:rPr>
      </w:pPr>
      <w:r w:rsidRPr="00CF7E9F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UPSTATE PHYSICAL PLANT</w:t>
      </w:r>
    </w:p>
    <w:sdt>
      <w:sdtPr>
        <w:rPr>
          <w:rStyle w:val="Style2"/>
        </w:rPr>
        <w:id w:val="-1072805163"/>
        <w:placeholder>
          <w:docPart w:val="D657BD43F0E24482B3C7D8E9861F6208"/>
        </w:placeholder>
        <w15:color w:val="F6F6F6"/>
        <w:dropDownList>
          <w:listItem w:value="Choose an item."/>
          <w:listItem w:displayText="NOTIFICATION" w:value="NOTIFICATION"/>
          <w:listItem w:displayText="CANCELLATION" w:value="CANCELLATION"/>
        </w:dropDownList>
      </w:sdtPr>
      <w:sdtEndPr>
        <w:rPr>
          <w:rStyle w:val="Style2"/>
        </w:rPr>
      </w:sdtEndPr>
      <w:sdtContent>
        <w:p w14:paraId="0167F00A" w14:textId="1B678D14" w:rsidR="00F7502F" w:rsidRPr="00D77189" w:rsidRDefault="009B1041">
          <w:pPr>
            <w:spacing w:after="120"/>
            <w:jc w:val="center"/>
            <w:rPr>
              <w:color w:val="C00000"/>
            </w:rPr>
          </w:pPr>
          <w:r>
            <w:rPr>
              <w:rStyle w:val="Style2"/>
            </w:rPr>
            <w:t>NOTIFICATION</w:t>
          </w:r>
        </w:p>
      </w:sdtContent>
    </w:sdt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42"/>
        <w:gridCol w:w="7898"/>
      </w:tblGrid>
      <w:tr w:rsidR="00F7502F" w14:paraId="661ECF9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705121" w14:textId="77777777" w:rsidR="00F7502F" w:rsidRDefault="00371951">
            <w:r>
              <w:rPr>
                <w:b/>
              </w:rPr>
              <w:t>Notification Type: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FC13B" w14:textId="49DDCB83" w:rsidR="00E35525" w:rsidRDefault="00DA5847">
            <w:sdt>
              <w:sdtPr>
                <w:rPr>
                  <w:rStyle w:val="Style7"/>
                  <w:color w:val="FF0000"/>
                </w:rPr>
                <w:id w:val="-1446147997"/>
                <w:placeholder>
                  <w:docPart w:val="BAAFDB2D68AE44D5B6DD5BEEBEF1154D"/>
                </w:placeholder>
                <w:dropDownList>
                  <w:listItem w:value="Choose an item."/>
                  <w:listItem w:displayText="Emergency Outage" w:value="Emergency Outage"/>
                  <w:listItem w:displayText="Maintenance" w:value="Maintenance"/>
                  <w:listItem w:displayText="Planned Outage" w:value="Planned Outage"/>
                  <w:listItem w:displayText="Project Update" w:value="Project Update"/>
                  <w:listItem w:displayText="Restoration Notice" w:value="Restoration Notice"/>
                  <w:listItem w:displayText="Service Interruption" w:value="Service Interruption"/>
                </w:dropDownList>
              </w:sdtPr>
              <w:sdtEndPr>
                <w:rPr>
                  <w:rStyle w:val="DefaultParagraphFont"/>
                  <w:rFonts w:ascii="Times New Roman" w:eastAsia="Times New Roman" w:hAnsi="Times New Roman" w:cs="Times New Roman"/>
                  <w:b w:val="0"/>
                  <w:sz w:val="20"/>
                </w:rPr>
              </w:sdtEndPr>
              <w:sdtContent>
                <w:r w:rsidR="00A35A70" w:rsidRPr="00305EF0">
                  <w:rPr>
                    <w:rStyle w:val="Style7"/>
                    <w:color w:val="FF0000"/>
                  </w:rPr>
                  <w:t>Planned Outage</w:t>
                </w:r>
              </w:sdtContent>
            </w:sdt>
          </w:p>
          <w:p w14:paraId="6EE519E1" w14:textId="26FCBECE" w:rsidR="00F7502F" w:rsidRDefault="00E35525">
            <w:r>
              <w:t xml:space="preserve"> </w:t>
            </w:r>
            <w:sdt>
              <w:sdtPr>
                <w:id w:val="-147998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1951">
              <w:t>Other: __________________________</w:t>
            </w:r>
          </w:p>
        </w:tc>
      </w:tr>
      <w:tr w:rsidR="00F7502F" w14:paraId="76054257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F16BE" w14:textId="77777777" w:rsidR="00F7502F" w:rsidRDefault="00371951">
            <w:r>
              <w:rPr>
                <w:b/>
              </w:rPr>
              <w:t>Utility / Service Affected: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901293" w14:textId="71EC6209" w:rsidR="00E35525" w:rsidRDefault="00DA5847">
            <w:sdt>
              <w:sdtPr>
                <w:rPr>
                  <w:rStyle w:val="Style8"/>
                  <w:color w:val="FF0000"/>
                </w:rPr>
                <w:id w:val="1878893849"/>
                <w:placeholder>
                  <w:docPart w:val="E137C48A8C4846439BB7230A9B488FD9"/>
                </w:placeholder>
                <w:dropDownList>
                  <w:listItem w:value="Choose an item."/>
                  <w:listItem w:displayText="Building Automation (BAS)" w:value="Building Automation (BAS)"/>
                  <w:listItem w:displayText="Chilled Water" w:value="Chilled Water"/>
                  <w:listItem w:displayText="Domestic Hot Water" w:value="Domestic Hot Water"/>
                  <w:listItem w:displayText="Domestic Water" w:value="Domestic Water"/>
                  <w:listItem w:displayText="Electrical" w:value="Electrical"/>
                  <w:listItem w:displayText="Elevator" w:value="Elevator"/>
                  <w:listItem w:displayText="Emergency Power" w:value="Emergency Power"/>
                  <w:listItem w:displayText="Fire Alarm" w:value="Fire Alarm"/>
                  <w:listItem w:displayText="HVAC" w:value="HVAC"/>
                  <w:listItem w:displayText="Mechanical Equipment" w:value="Mechanical Equipment"/>
                  <w:listItem w:displayText="Medical Gas" w:value="Medical Gas"/>
                  <w:listItem w:displayText="Nurse Call" w:value="Nurse Call"/>
                  <w:listItem w:displayText="Plumbing" w:value="Plumbing"/>
                  <w:listItem w:displayText="Pneumatic Tube (P-Tube)" w:value="Pneumatic Tube (P-Tube)"/>
                  <w:listItem w:displayText="Steam" w:value="Steam"/>
                </w:dropDownList>
              </w:sdtPr>
              <w:sdtEndPr>
                <w:rPr>
                  <w:rStyle w:val="Style8"/>
                </w:rPr>
              </w:sdtEndPr>
              <w:sdtContent>
                <w:r w:rsidR="007B0910" w:rsidRPr="00305EF0">
                  <w:rPr>
                    <w:rStyle w:val="Style8"/>
                    <w:color w:val="FF0000"/>
                  </w:rPr>
                  <w:t>Electrical</w:t>
                </w:r>
              </w:sdtContent>
            </w:sdt>
          </w:p>
          <w:p w14:paraId="28E86206" w14:textId="05587BBF" w:rsidR="00F7502F" w:rsidRDefault="00371951">
            <w:r>
              <w:t xml:space="preserve"> </w:t>
            </w:r>
            <w:sdt>
              <w:sdtPr>
                <w:id w:val="122968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5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Other: __________________________</w:t>
            </w:r>
          </w:p>
        </w:tc>
      </w:tr>
      <w:tr w:rsidR="00F7502F" w14:paraId="2E8DA55E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CEEC5B" w14:textId="77777777" w:rsidR="00F7502F" w:rsidRDefault="00371951">
            <w:r>
              <w:rPr>
                <w:b/>
              </w:rPr>
              <w:t>Subject: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4E3681" w14:textId="013BA6CB" w:rsidR="00F7502F" w:rsidRDefault="00D138D6">
            <w:r>
              <w:t>To support the WHA electrical upgrades</w:t>
            </w:r>
            <w:r w:rsidR="00371951">
              <w:t>]</w:t>
            </w:r>
          </w:p>
        </w:tc>
      </w:tr>
    </w:tbl>
    <w:p w14:paraId="51B20914" w14:textId="1FD1C5AE" w:rsidR="00885377" w:rsidRPr="00530077" w:rsidRDefault="00371951">
      <w:pPr>
        <w:spacing w:before="100" w:after="60"/>
      </w:pPr>
      <w:r w:rsidRPr="00E407BC">
        <w:rPr>
          <w:b/>
          <w:sz w:val="24"/>
          <w:szCs w:val="24"/>
        </w:rPr>
        <w:t>To support</w:t>
      </w:r>
      <w:r w:rsidRPr="00885377">
        <w:rPr>
          <w:b/>
          <w:sz w:val="24"/>
          <w:szCs w:val="24"/>
        </w:rPr>
        <w:t xml:space="preserve">: </w:t>
      </w:r>
      <w:r w:rsidR="00530077">
        <w:rPr>
          <w:sz w:val="24"/>
          <w:szCs w:val="24"/>
        </w:rPr>
        <w:t>Contractor</w:t>
      </w:r>
      <w:r w:rsidR="00D221C1">
        <w:rPr>
          <w:sz w:val="24"/>
          <w:szCs w:val="24"/>
        </w:rPr>
        <w:t xml:space="preserve"> is changing </w:t>
      </w:r>
      <w:r w:rsidR="00627064">
        <w:rPr>
          <w:sz w:val="24"/>
          <w:szCs w:val="24"/>
        </w:rPr>
        <w:t xml:space="preserve">feeder wires to building </w:t>
      </w:r>
      <w:r w:rsidR="00C62B0D">
        <w:rPr>
          <w:sz w:val="24"/>
          <w:szCs w:val="24"/>
        </w:rPr>
        <w:t xml:space="preserve">normal </w:t>
      </w:r>
      <w:r w:rsidR="00627064">
        <w:rPr>
          <w:sz w:val="24"/>
          <w:szCs w:val="24"/>
        </w:rPr>
        <w:t>lighting panels</w:t>
      </w:r>
      <w:r w:rsidR="00CE3CD6">
        <w:rPr>
          <w:sz w:val="24"/>
          <w:szCs w:val="24"/>
        </w:rPr>
        <w:t>.</w:t>
      </w:r>
    </w:p>
    <w:p w14:paraId="2B30019B" w14:textId="77777777" w:rsidR="00F7502F" w:rsidRDefault="00371951">
      <w:pPr>
        <w:spacing w:after="60"/>
      </w:pPr>
      <w:r>
        <w:rPr>
          <w:b/>
        </w:rPr>
        <w:t>Please review the details below: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77"/>
        <w:gridCol w:w="7863"/>
      </w:tblGrid>
      <w:tr w:rsidR="00F7502F" w14:paraId="759771E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BA60A9" w14:textId="77777777" w:rsidR="00F7502F" w:rsidRDefault="00371951">
            <w:r w:rsidRPr="00D77189">
              <w:rPr>
                <w:b/>
                <w:color w:val="C00000"/>
              </w:rPr>
              <w:t>Date:</w:t>
            </w:r>
          </w:p>
        </w:tc>
        <w:sdt>
          <w:sdtPr>
            <w:rPr>
              <w:rStyle w:val="Style3"/>
            </w:rPr>
            <w:id w:val="347985234"/>
            <w:placeholder>
              <w:docPart w:val="9F253F89CF33425E933EC2E462A8E878"/>
            </w:placeholder>
            <w:date w:fullDate="2026-09-30T00:00:00Z"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Style3"/>
            </w:rPr>
          </w:sdtEndPr>
          <w:sdtContent>
            <w:tc>
              <w:tcPr>
                <w:tcW w:w="8352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  <w:tcMar>
                  <w:top w:w="80" w:type="dxa"/>
                  <w:left w:w="90" w:type="dxa"/>
                  <w:bottom w:w="80" w:type="dxa"/>
                  <w:right w:w="90" w:type="dxa"/>
                </w:tcMar>
                <w:vAlign w:val="center"/>
              </w:tcPr>
              <w:p w14:paraId="681B2CED" w14:textId="2ADD1ADA" w:rsidR="00F7502F" w:rsidRPr="0014537E" w:rsidRDefault="00305EF0">
                <w:pPr>
                  <w:rPr>
                    <w:color w:val="000000" w:themeColor="text1"/>
                  </w:rPr>
                </w:pPr>
                <w:r>
                  <w:rPr>
                    <w:rStyle w:val="Style3"/>
                  </w:rPr>
                  <w:t>9/30/2026</w:t>
                </w:r>
              </w:p>
            </w:tc>
          </w:sdtContent>
        </w:sdt>
      </w:tr>
      <w:tr w:rsidR="00F7502F" w14:paraId="609F7DE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F9F479" w14:textId="77777777" w:rsidR="00F7502F" w:rsidRDefault="00371951">
            <w:r w:rsidRPr="00D77189">
              <w:rPr>
                <w:b/>
                <w:color w:val="C00000"/>
              </w:rPr>
              <w:t>Time(s):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24B77A" w14:textId="0AE82E81" w:rsidR="00F7502F" w:rsidRPr="00D1109E" w:rsidRDefault="003E7C3A">
            <w:r>
              <w:t>06</w:t>
            </w:r>
            <w:r w:rsidR="00BF7B1A">
              <w:t>30</w:t>
            </w:r>
            <w:r w:rsidR="00BF2976">
              <w:t xml:space="preserve"> </w:t>
            </w:r>
            <w:r w:rsidR="00BF7B1A">
              <w:t>to</w:t>
            </w:r>
            <w:r w:rsidR="00F65901">
              <w:t xml:space="preserve"> </w:t>
            </w:r>
            <w:r w:rsidR="00440C7D">
              <w:t>1</w:t>
            </w:r>
            <w:r w:rsidR="00A974DD">
              <w:t>430</w:t>
            </w:r>
          </w:p>
        </w:tc>
      </w:tr>
      <w:tr w:rsidR="00F7502F" w14:paraId="018FB0D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E557E" w14:textId="77777777" w:rsidR="00F7502F" w:rsidRDefault="00371951">
            <w:r w:rsidRPr="00D77189">
              <w:rPr>
                <w:b/>
                <w:color w:val="C00000"/>
              </w:rPr>
              <w:t>Location: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12BAA8" w14:textId="22FCF505" w:rsidR="00F7502F" w:rsidRDefault="00C75598">
            <w:r>
              <w:t>WHA</w:t>
            </w:r>
          </w:p>
        </w:tc>
      </w:tr>
      <w:tr w:rsidR="00F7502F" w14:paraId="0EE1263C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804B61" w14:textId="77777777" w:rsidR="00F7502F" w:rsidRDefault="00371951">
            <w:r w:rsidRPr="00D77189">
              <w:rPr>
                <w:b/>
                <w:color w:val="C00000"/>
              </w:rPr>
              <w:t>Affected Areas / Equipment</w:t>
            </w:r>
            <w:r w:rsidRPr="00D77189">
              <w:rPr>
                <w:b/>
                <w:color w:val="C00000"/>
              </w:rPr>
              <w:br/>
              <w:t>(Room, Equipment ID, etc.):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F615BA" w14:textId="7EBA6DD9" w:rsidR="009E3346" w:rsidRDefault="00444D19" w:rsidP="009E3346">
            <w:pPr>
              <w:spacing w:after="0" w:line="240" w:lineRule="auto"/>
            </w:pPr>
            <w:r>
              <w:t xml:space="preserve">Floors </w:t>
            </w:r>
            <w:r w:rsidR="00A024AA">
              <w:t>3,4,5 will see a loss of normal power to the building lights for 8</w:t>
            </w:r>
            <w:r w:rsidR="00E6006A">
              <w:t xml:space="preserve"> hours.</w:t>
            </w:r>
          </w:p>
          <w:p w14:paraId="346CF727" w14:textId="5071A757" w:rsidR="00E6006A" w:rsidRDefault="00E6006A" w:rsidP="009E3346">
            <w:pPr>
              <w:spacing w:after="0" w:line="240" w:lineRule="auto"/>
            </w:pPr>
            <w:r>
              <w:t>This will allow the contractor</w:t>
            </w:r>
            <w:r w:rsidR="000F1600">
              <w:t xml:space="preserve"> access to raceways to remove old feeders and install </w:t>
            </w:r>
            <w:proofErr w:type="gramStart"/>
            <w:r w:rsidR="000F1600">
              <w:t>new</w:t>
            </w:r>
            <w:proofErr w:type="gramEnd"/>
            <w:r w:rsidR="000F1600">
              <w:t>.</w:t>
            </w:r>
          </w:p>
          <w:p w14:paraId="78D42C75" w14:textId="77777777" w:rsidR="00E6006A" w:rsidRDefault="00E6006A" w:rsidP="009E3346">
            <w:pPr>
              <w:spacing w:after="0" w:line="240" w:lineRule="auto"/>
            </w:pPr>
          </w:p>
          <w:p w14:paraId="54D873D9" w14:textId="36EF21FE" w:rsidR="009E3346" w:rsidRDefault="009E3346" w:rsidP="009E3346">
            <w:pPr>
              <w:spacing w:after="0" w:line="240" w:lineRule="auto"/>
            </w:pPr>
          </w:p>
        </w:tc>
      </w:tr>
      <w:tr w:rsidR="00F7502F" w14:paraId="7433E9FD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48138" w14:textId="77777777" w:rsidR="00F7502F" w:rsidRDefault="00371951">
            <w:r w:rsidRPr="00D77189">
              <w:rPr>
                <w:b/>
                <w:color w:val="C00000"/>
              </w:rPr>
              <w:t>Impact (What will be interrupted</w:t>
            </w:r>
            <w:r w:rsidRPr="00D77189">
              <w:rPr>
                <w:b/>
                <w:color w:val="C00000"/>
              </w:rPr>
              <w:br/>
              <w:t>and what will remain operational):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388BEB" w14:textId="77777777" w:rsidR="00491818" w:rsidRDefault="009354D6">
            <w:pPr>
              <w:spacing w:after="0"/>
            </w:pPr>
            <w:r>
              <w:t>Lighting will be reduced</w:t>
            </w:r>
            <w:r w:rsidR="003E38B8">
              <w:t>.</w:t>
            </w:r>
          </w:p>
          <w:p w14:paraId="414BE686" w14:textId="77777777" w:rsidR="003E38B8" w:rsidRPr="007C398B" w:rsidRDefault="003E38B8">
            <w:pPr>
              <w:spacing w:after="0"/>
              <w:rPr>
                <w:color w:val="EE0000"/>
              </w:rPr>
            </w:pPr>
            <w:r>
              <w:t>There will be no loss of normal power (outlets)</w:t>
            </w:r>
            <w:r w:rsidR="001F2161">
              <w:t xml:space="preserve">. </w:t>
            </w:r>
            <w:r w:rsidR="001F2161" w:rsidRPr="007C398B">
              <w:rPr>
                <w:color w:val="EE0000"/>
              </w:rPr>
              <w:t>There will be emergency lighting.</w:t>
            </w:r>
          </w:p>
          <w:p w14:paraId="6C5E2EBD" w14:textId="623EB1F7" w:rsidR="001F2161" w:rsidRPr="009D1021" w:rsidRDefault="009D1021">
            <w:pPr>
              <w:spacing w:after="0"/>
              <w:rPr>
                <w:color w:val="EE0000"/>
              </w:rPr>
            </w:pPr>
            <w:r w:rsidRPr="007C398B">
              <w:rPr>
                <w:color w:val="EE0000"/>
              </w:rPr>
              <w:t>Th</w:t>
            </w:r>
            <w:r w:rsidR="007C398B" w:rsidRPr="007C398B">
              <w:rPr>
                <w:color w:val="EE0000"/>
              </w:rPr>
              <w:t>ere</w:t>
            </w:r>
            <w:r w:rsidRPr="007C398B">
              <w:rPr>
                <w:color w:val="EE0000"/>
              </w:rPr>
              <w:t xml:space="preserve"> will be no loss of Emergency power.</w:t>
            </w:r>
          </w:p>
        </w:tc>
      </w:tr>
      <w:tr w:rsidR="00F7502F" w14:paraId="0BBD4624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48D51" w14:textId="77777777" w:rsidR="00F7502F" w:rsidRDefault="00371951">
            <w:r>
              <w:rPr>
                <w:b/>
              </w:rPr>
              <w:t>Note: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CE2062" w14:textId="4D095DC6" w:rsidR="00F7502F" w:rsidRPr="000F4FE6" w:rsidRDefault="00F7502F">
            <w:pPr>
              <w:spacing w:after="0"/>
              <w:rPr>
                <w:b/>
                <w:bCs/>
              </w:rPr>
            </w:pPr>
          </w:p>
        </w:tc>
      </w:tr>
    </w:tbl>
    <w:p w14:paraId="77389456" w14:textId="77777777" w:rsidR="00F7502F" w:rsidRDefault="00371951">
      <w:pPr>
        <w:spacing w:before="120" w:after="40"/>
      </w:pPr>
      <w:r>
        <w:rPr>
          <w:b/>
          <w:sz w:val="22"/>
        </w:rPr>
        <w:t>Questions or Concerns</w:t>
      </w:r>
    </w:p>
    <w:p w14:paraId="509FAF76" w14:textId="77777777" w:rsidR="00F7502F" w:rsidRDefault="00371951">
      <w:pPr>
        <w:spacing w:after="60"/>
      </w:pPr>
      <w:r>
        <w:t>If you have any questions or concerns, please contact: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58"/>
        <w:gridCol w:w="3973"/>
        <w:gridCol w:w="1358"/>
        <w:gridCol w:w="3957"/>
      </w:tblGrid>
      <w:tr w:rsidR="004D19E3" w14:paraId="3C84EA4E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6" w:type="dxa"/>
              <w:left w:w="90" w:type="dxa"/>
              <w:bottom w:w="86" w:type="dxa"/>
              <w:right w:w="90" w:type="dxa"/>
            </w:tcMar>
            <w:vAlign w:val="center"/>
          </w:tcPr>
          <w:p w14:paraId="7CDC6531" w14:textId="4A4A2997" w:rsidR="004D19E3" w:rsidRPr="004D19E3" w:rsidRDefault="004D19E3" w:rsidP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2467" w14:textId="1171E205" w:rsidR="004D19E3" w:rsidRDefault="00A651DC" w:rsidP="004D19E3">
            <w:pPr>
              <w:spacing w:after="120"/>
            </w:pPr>
            <w:r>
              <w:t>John Ders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6172B" w14:textId="366DCC57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316D" w14:textId="1F83DA9A" w:rsidR="004D19E3" w:rsidRDefault="004D19E3"/>
        </w:tc>
      </w:tr>
      <w:tr w:rsidR="004D19E3" w14:paraId="511CEE8C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0A911D" w14:textId="25946DEF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74F6" w14:textId="333C6A9F" w:rsidR="004D19E3" w:rsidRDefault="00F309FA" w:rsidP="004D19E3">
            <w:pPr>
              <w:spacing w:after="120"/>
            </w:pPr>
            <w:r>
              <w:t>De</w:t>
            </w:r>
            <w:r w:rsidR="00A651DC">
              <w:t>sign &amp; Construction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00B38F" w14:textId="4D125B2D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023E" w14:textId="760C6161" w:rsidR="004D19E3" w:rsidRDefault="004D19E3"/>
        </w:tc>
      </w:tr>
      <w:tr w:rsidR="004D19E3" w14:paraId="52C7511B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82512A" w14:textId="2B3D2678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4B99" w14:textId="42A6AD77" w:rsidR="004D19E3" w:rsidRDefault="00F309FA" w:rsidP="004D19E3">
            <w:pPr>
              <w:spacing w:after="120"/>
            </w:pPr>
            <w:r>
              <w:t>315-243-5974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01E6C9" w14:textId="06244F82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0526" w14:textId="4E8F000E" w:rsidR="004D19E3" w:rsidRDefault="004D19E3"/>
        </w:tc>
      </w:tr>
      <w:tr w:rsidR="004D19E3" w14:paraId="5089B399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B86878" w14:textId="3B8983DC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4B88" w14:textId="2074B296" w:rsidR="004D19E3" w:rsidRDefault="00F309FA" w:rsidP="004D19E3">
            <w:pPr>
              <w:spacing w:after="120"/>
            </w:pPr>
            <w:r>
              <w:t>dersj@upstate.edu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677E3" w14:textId="2F5E07D6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6844" w14:textId="19F66391" w:rsidR="004D19E3" w:rsidRDefault="004D19E3"/>
        </w:tc>
      </w:tr>
    </w:tbl>
    <w:p w14:paraId="521D85A8" w14:textId="77777777" w:rsidR="00F7502F" w:rsidRDefault="00371951">
      <w:pPr>
        <w:spacing w:before="140"/>
        <w:jc w:val="center"/>
      </w:pPr>
      <w:r>
        <w:rPr>
          <w:i/>
          <w:sz w:val="18"/>
        </w:rPr>
        <w:t>Thank you for your cooperation and understanding while this work is being completed.</w:t>
      </w:r>
    </w:p>
    <w:sectPr w:rsidR="00F7502F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826715">
    <w:abstractNumId w:val="8"/>
  </w:num>
  <w:num w:numId="2" w16cid:durableId="1942061035">
    <w:abstractNumId w:val="6"/>
  </w:num>
  <w:num w:numId="3" w16cid:durableId="2140761885">
    <w:abstractNumId w:val="5"/>
  </w:num>
  <w:num w:numId="4" w16cid:durableId="74325841">
    <w:abstractNumId w:val="4"/>
  </w:num>
  <w:num w:numId="5" w16cid:durableId="61296454">
    <w:abstractNumId w:val="7"/>
  </w:num>
  <w:num w:numId="6" w16cid:durableId="1912810546">
    <w:abstractNumId w:val="3"/>
  </w:num>
  <w:num w:numId="7" w16cid:durableId="1205292975">
    <w:abstractNumId w:val="2"/>
  </w:num>
  <w:num w:numId="8" w16cid:durableId="2123380968">
    <w:abstractNumId w:val="1"/>
  </w:num>
  <w:num w:numId="9" w16cid:durableId="38614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5BB"/>
    <w:rsid w:val="00033ADA"/>
    <w:rsid w:val="00034616"/>
    <w:rsid w:val="00054C3E"/>
    <w:rsid w:val="0006063C"/>
    <w:rsid w:val="00062FAD"/>
    <w:rsid w:val="0007325D"/>
    <w:rsid w:val="000900D0"/>
    <w:rsid w:val="000915A1"/>
    <w:rsid w:val="00092845"/>
    <w:rsid w:val="000A673E"/>
    <w:rsid w:val="000B6C47"/>
    <w:rsid w:val="000C2BFA"/>
    <w:rsid w:val="000E18F6"/>
    <w:rsid w:val="000E2D8C"/>
    <w:rsid w:val="000F003A"/>
    <w:rsid w:val="000F1600"/>
    <w:rsid w:val="000F4FE6"/>
    <w:rsid w:val="00100210"/>
    <w:rsid w:val="001018CE"/>
    <w:rsid w:val="00106728"/>
    <w:rsid w:val="0014537E"/>
    <w:rsid w:val="0015074B"/>
    <w:rsid w:val="00156724"/>
    <w:rsid w:val="00181A03"/>
    <w:rsid w:val="00187541"/>
    <w:rsid w:val="001A3706"/>
    <w:rsid w:val="001B797A"/>
    <w:rsid w:val="001C0D5C"/>
    <w:rsid w:val="001D5E5D"/>
    <w:rsid w:val="001F2161"/>
    <w:rsid w:val="00243BE2"/>
    <w:rsid w:val="00244BEC"/>
    <w:rsid w:val="00260AF2"/>
    <w:rsid w:val="00262362"/>
    <w:rsid w:val="00281FCA"/>
    <w:rsid w:val="0029639D"/>
    <w:rsid w:val="002D57CB"/>
    <w:rsid w:val="002F07BA"/>
    <w:rsid w:val="002F5522"/>
    <w:rsid w:val="00305EF0"/>
    <w:rsid w:val="00325F83"/>
    <w:rsid w:val="00326F90"/>
    <w:rsid w:val="00334D8D"/>
    <w:rsid w:val="00343007"/>
    <w:rsid w:val="00346063"/>
    <w:rsid w:val="003506E5"/>
    <w:rsid w:val="00352515"/>
    <w:rsid w:val="003613B0"/>
    <w:rsid w:val="003708EF"/>
    <w:rsid w:val="00371951"/>
    <w:rsid w:val="0039073D"/>
    <w:rsid w:val="003A24A9"/>
    <w:rsid w:val="003A5905"/>
    <w:rsid w:val="003B2F2C"/>
    <w:rsid w:val="003E38B8"/>
    <w:rsid w:val="003E7C3A"/>
    <w:rsid w:val="00440C7D"/>
    <w:rsid w:val="00444B2F"/>
    <w:rsid w:val="00444D19"/>
    <w:rsid w:val="004704BA"/>
    <w:rsid w:val="00491818"/>
    <w:rsid w:val="004C55FC"/>
    <w:rsid w:val="004D19E3"/>
    <w:rsid w:val="004E5553"/>
    <w:rsid w:val="004F42D5"/>
    <w:rsid w:val="004F5EA8"/>
    <w:rsid w:val="004F7A71"/>
    <w:rsid w:val="00530077"/>
    <w:rsid w:val="00544631"/>
    <w:rsid w:val="0057269A"/>
    <w:rsid w:val="005A3F01"/>
    <w:rsid w:val="005B7FD9"/>
    <w:rsid w:val="005C621F"/>
    <w:rsid w:val="005D000B"/>
    <w:rsid w:val="005F04FF"/>
    <w:rsid w:val="005F0A02"/>
    <w:rsid w:val="005F3EAB"/>
    <w:rsid w:val="00610717"/>
    <w:rsid w:val="00610993"/>
    <w:rsid w:val="00627064"/>
    <w:rsid w:val="00637ACF"/>
    <w:rsid w:val="00657D4E"/>
    <w:rsid w:val="00682FCA"/>
    <w:rsid w:val="006834DD"/>
    <w:rsid w:val="007403A4"/>
    <w:rsid w:val="00777195"/>
    <w:rsid w:val="007B0910"/>
    <w:rsid w:val="007C398B"/>
    <w:rsid w:val="007D10F0"/>
    <w:rsid w:val="008751D3"/>
    <w:rsid w:val="0088117E"/>
    <w:rsid w:val="008850B3"/>
    <w:rsid w:val="00885377"/>
    <w:rsid w:val="00895630"/>
    <w:rsid w:val="00927203"/>
    <w:rsid w:val="00933CDB"/>
    <w:rsid w:val="009354D6"/>
    <w:rsid w:val="00937497"/>
    <w:rsid w:val="00987EDA"/>
    <w:rsid w:val="009B1041"/>
    <w:rsid w:val="009B6A86"/>
    <w:rsid w:val="009C1B90"/>
    <w:rsid w:val="009C1C29"/>
    <w:rsid w:val="009D1021"/>
    <w:rsid w:val="009E31C0"/>
    <w:rsid w:val="009E3346"/>
    <w:rsid w:val="00A01410"/>
    <w:rsid w:val="00A024AA"/>
    <w:rsid w:val="00A042C7"/>
    <w:rsid w:val="00A17E02"/>
    <w:rsid w:val="00A23A8B"/>
    <w:rsid w:val="00A33286"/>
    <w:rsid w:val="00A35A70"/>
    <w:rsid w:val="00A604DD"/>
    <w:rsid w:val="00A64101"/>
    <w:rsid w:val="00A651DC"/>
    <w:rsid w:val="00A974DD"/>
    <w:rsid w:val="00AA1D8D"/>
    <w:rsid w:val="00AE0F1B"/>
    <w:rsid w:val="00B13C4D"/>
    <w:rsid w:val="00B47730"/>
    <w:rsid w:val="00B564CE"/>
    <w:rsid w:val="00B813F9"/>
    <w:rsid w:val="00BA3E5E"/>
    <w:rsid w:val="00BA6945"/>
    <w:rsid w:val="00BE16E2"/>
    <w:rsid w:val="00BF2153"/>
    <w:rsid w:val="00BF2976"/>
    <w:rsid w:val="00BF7B1A"/>
    <w:rsid w:val="00C129D2"/>
    <w:rsid w:val="00C13593"/>
    <w:rsid w:val="00C34A2D"/>
    <w:rsid w:val="00C4008A"/>
    <w:rsid w:val="00C50463"/>
    <w:rsid w:val="00C62B0D"/>
    <w:rsid w:val="00C732F2"/>
    <w:rsid w:val="00C75598"/>
    <w:rsid w:val="00C864D7"/>
    <w:rsid w:val="00CA53B1"/>
    <w:rsid w:val="00CB0664"/>
    <w:rsid w:val="00CC2D03"/>
    <w:rsid w:val="00CD4B48"/>
    <w:rsid w:val="00CE3CD6"/>
    <w:rsid w:val="00CF7E9F"/>
    <w:rsid w:val="00D1109E"/>
    <w:rsid w:val="00D12825"/>
    <w:rsid w:val="00D138D6"/>
    <w:rsid w:val="00D1533D"/>
    <w:rsid w:val="00D221C1"/>
    <w:rsid w:val="00D30868"/>
    <w:rsid w:val="00D77189"/>
    <w:rsid w:val="00D953CE"/>
    <w:rsid w:val="00DB6890"/>
    <w:rsid w:val="00DC06EA"/>
    <w:rsid w:val="00DE067F"/>
    <w:rsid w:val="00E257F0"/>
    <w:rsid w:val="00E2694F"/>
    <w:rsid w:val="00E35525"/>
    <w:rsid w:val="00E407BC"/>
    <w:rsid w:val="00E6006A"/>
    <w:rsid w:val="00E77A14"/>
    <w:rsid w:val="00E93192"/>
    <w:rsid w:val="00EA062F"/>
    <w:rsid w:val="00EC6641"/>
    <w:rsid w:val="00F10DC0"/>
    <w:rsid w:val="00F10FC2"/>
    <w:rsid w:val="00F14A8B"/>
    <w:rsid w:val="00F24A7B"/>
    <w:rsid w:val="00F309FA"/>
    <w:rsid w:val="00F36DE9"/>
    <w:rsid w:val="00F4088C"/>
    <w:rsid w:val="00F41144"/>
    <w:rsid w:val="00F60A88"/>
    <w:rsid w:val="00F65901"/>
    <w:rsid w:val="00F730A7"/>
    <w:rsid w:val="00F7502F"/>
    <w:rsid w:val="00FB003D"/>
    <w:rsid w:val="00FB25C0"/>
    <w:rsid w:val="00FB7EE1"/>
    <w:rsid w:val="00FC693F"/>
    <w:rsid w:val="00FE11ED"/>
    <w:rsid w:val="00FF1405"/>
    <w:rsid w:val="00FF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FD1BCE3-F054-4091-A453-32D2B58E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033ADA"/>
    <w:rPr>
      <w:color w:val="666666"/>
    </w:rPr>
  </w:style>
  <w:style w:type="character" w:customStyle="1" w:styleId="Style1">
    <w:name w:val="Style1"/>
    <w:basedOn w:val="DefaultParagraphFont"/>
    <w:uiPriority w:val="1"/>
    <w:rsid w:val="00E257F0"/>
    <w:rPr>
      <w:rFonts w:ascii="Times New Roman" w:hAnsi="Times New Roman"/>
      <w:b/>
      <w:u w:val="single"/>
    </w:rPr>
  </w:style>
  <w:style w:type="character" w:customStyle="1" w:styleId="Style2">
    <w:name w:val="Style2"/>
    <w:basedOn w:val="DefaultParagraphFont"/>
    <w:uiPriority w:val="1"/>
    <w:rsid w:val="005D000B"/>
    <w:rPr>
      <w:rFonts w:ascii="Times New Roman" w:hAnsi="Times New Roman"/>
      <w:b/>
      <w:color w:val="C00000"/>
      <w:sz w:val="28"/>
      <w:u w:val="single"/>
    </w:rPr>
  </w:style>
  <w:style w:type="character" w:customStyle="1" w:styleId="Style3">
    <w:name w:val="Style3"/>
    <w:basedOn w:val="DefaultParagraphFont"/>
    <w:uiPriority w:val="1"/>
    <w:rsid w:val="00D1109E"/>
    <w:rPr>
      <w:b/>
      <w:color w:val="C00000"/>
      <w:sz w:val="24"/>
    </w:rPr>
  </w:style>
  <w:style w:type="character" w:customStyle="1" w:styleId="Style4">
    <w:name w:val="Style4"/>
    <w:basedOn w:val="DefaultParagraphFont"/>
    <w:uiPriority w:val="1"/>
    <w:rsid w:val="00062FAD"/>
    <w:rPr>
      <w:b/>
      <w:sz w:val="28"/>
    </w:rPr>
  </w:style>
  <w:style w:type="character" w:customStyle="1" w:styleId="Style5">
    <w:name w:val="Style5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6">
    <w:name w:val="Style6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7">
    <w:name w:val="Style7"/>
    <w:basedOn w:val="DefaultParagraphFont"/>
    <w:uiPriority w:val="1"/>
    <w:rsid w:val="00062FAD"/>
    <w:rPr>
      <w:rFonts w:ascii="Arial" w:hAnsi="Arial"/>
      <w:b/>
      <w:sz w:val="28"/>
    </w:rPr>
  </w:style>
  <w:style w:type="character" w:customStyle="1" w:styleId="Style8">
    <w:name w:val="Style8"/>
    <w:basedOn w:val="DefaultParagraphFont"/>
    <w:uiPriority w:val="1"/>
    <w:rsid w:val="00062FAD"/>
    <w:rPr>
      <w:rFonts w:ascii="Arial" w:hAnsi="Arial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AFDB2D68AE44D5B6DD5BEEBEF11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43F21-1EF3-45D3-BF9E-C26F82CA6ADC}"/>
      </w:docPartPr>
      <w:docPartBody>
        <w:p w:rsidR="00E105DB" w:rsidRDefault="00832B1A" w:rsidP="00832B1A">
          <w:pPr>
            <w:pStyle w:val="BAAFDB2D68AE44D5B6DD5BEEBEF1154D5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E137C48A8C4846439BB7230A9B488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A1FA1-6C9C-4702-8BCC-832D4DFE96E2}"/>
      </w:docPartPr>
      <w:docPartBody>
        <w:p w:rsidR="00E105DB" w:rsidRDefault="00832B1A" w:rsidP="00832B1A">
          <w:pPr>
            <w:pStyle w:val="E137C48A8C4846439BB7230A9B488FD94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9F253F89CF33425E933EC2E462A8E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16782-D102-4A04-86C9-9EAB2741C934}"/>
      </w:docPartPr>
      <w:docPartBody>
        <w:p w:rsidR="00832B1A" w:rsidRDefault="00832B1A" w:rsidP="00832B1A">
          <w:pPr>
            <w:pStyle w:val="9F253F89CF33425E933EC2E462A8E8784"/>
          </w:pPr>
          <w:r w:rsidRPr="0014537E">
            <w:rPr>
              <w:rStyle w:val="PlaceholderText"/>
              <w:color w:val="000000" w:themeColor="text1"/>
            </w:rPr>
            <w:t>Click or tap to enter a date.</w:t>
          </w:r>
        </w:p>
      </w:docPartBody>
    </w:docPart>
    <w:docPart>
      <w:docPartPr>
        <w:name w:val="D657BD43F0E24482B3C7D8E9861F6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6B329-5DF1-4239-B894-96FEA87BBF53}"/>
      </w:docPartPr>
      <w:docPartBody>
        <w:p w:rsidR="00837926" w:rsidRDefault="00832B1A" w:rsidP="00832B1A">
          <w:pPr>
            <w:pStyle w:val="D657BD43F0E24482B3C7D8E9861F6208"/>
          </w:pPr>
          <w:r w:rsidRPr="00A4480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F7"/>
    <w:rsid w:val="0007325D"/>
    <w:rsid w:val="00091AB9"/>
    <w:rsid w:val="000E18F6"/>
    <w:rsid w:val="00281FCA"/>
    <w:rsid w:val="0028690E"/>
    <w:rsid w:val="00346063"/>
    <w:rsid w:val="004B0B7B"/>
    <w:rsid w:val="004F2971"/>
    <w:rsid w:val="004F61F7"/>
    <w:rsid w:val="005D5522"/>
    <w:rsid w:val="007403A4"/>
    <w:rsid w:val="00742A53"/>
    <w:rsid w:val="00745706"/>
    <w:rsid w:val="00832B1A"/>
    <w:rsid w:val="00837926"/>
    <w:rsid w:val="008751D3"/>
    <w:rsid w:val="009C1B90"/>
    <w:rsid w:val="009D2559"/>
    <w:rsid w:val="00A604DD"/>
    <w:rsid w:val="00AD4E03"/>
    <w:rsid w:val="00AE0F1B"/>
    <w:rsid w:val="00B04090"/>
    <w:rsid w:val="00BA3E5E"/>
    <w:rsid w:val="00C23CBF"/>
    <w:rsid w:val="00C61749"/>
    <w:rsid w:val="00C864D7"/>
    <w:rsid w:val="00CA0885"/>
    <w:rsid w:val="00D03D75"/>
    <w:rsid w:val="00D13EFC"/>
    <w:rsid w:val="00D30868"/>
    <w:rsid w:val="00D4571E"/>
    <w:rsid w:val="00DE067F"/>
    <w:rsid w:val="00E105DB"/>
    <w:rsid w:val="00E92727"/>
    <w:rsid w:val="00F36DE9"/>
    <w:rsid w:val="00FB7EE1"/>
    <w:rsid w:val="00FE0F2B"/>
    <w:rsid w:val="00FE11ED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2B1A"/>
    <w:rPr>
      <w:color w:val="666666"/>
    </w:rPr>
  </w:style>
  <w:style w:type="paragraph" w:customStyle="1" w:styleId="D657BD43F0E24482B3C7D8E9861F6208">
    <w:name w:val="D657BD43F0E24482B3C7D8E9861F6208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E137C48A8C4846439BB7230A9B488FD94">
    <w:name w:val="E137C48A8C4846439BB7230A9B488FD9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BAAFDB2D68AE44D5B6DD5BEEBEF1154D5">
    <w:name w:val="BAAFDB2D68AE44D5B6DD5BEEBEF1154D5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9F253F89CF33425E933EC2E462A8E8784">
    <w:name w:val="9F253F89CF33425E933EC2E462A8E878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Jason Tarantino</cp:lastModifiedBy>
  <cp:revision>2</cp:revision>
  <cp:lastPrinted>2026-09-01T15:50:00Z</cp:lastPrinted>
  <dcterms:created xsi:type="dcterms:W3CDTF">2026-09-25T11:15:00Z</dcterms:created>
  <dcterms:modified xsi:type="dcterms:W3CDTF">2026-09-25T11:15:00Z</dcterms:modified>
  <cp:category/>
</cp:coreProperties>
</file>