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0BB54375" w:rsidR="00E35525" w:rsidRDefault="00000000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7B0910">
                  <w:rPr>
                    <w:rStyle w:val="Style7"/>
                  </w:rPr>
                  <w:t>Planned Outage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71EC6209" w:rsidR="00E35525" w:rsidRDefault="00000000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Content>
                <w:r w:rsidR="007B0910">
                  <w:rPr>
                    <w:rStyle w:val="Style8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6B7735FF" w:rsidR="00F7502F" w:rsidRDefault="00163B83">
            <w:r>
              <w:t>Loss of normal power outlets t</w:t>
            </w:r>
            <w:r w:rsidR="00D138D6">
              <w:t>o support the WHA electrical upgrades</w:t>
            </w:r>
          </w:p>
        </w:tc>
      </w:tr>
    </w:tbl>
    <w:p w14:paraId="51B20914" w14:textId="1FD1C5AE" w:rsidR="00885377" w:rsidRPr="00530077" w:rsidRDefault="00371951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530077">
        <w:rPr>
          <w:sz w:val="24"/>
          <w:szCs w:val="24"/>
        </w:rPr>
        <w:t>Contractor</w:t>
      </w:r>
      <w:r w:rsidR="00D221C1">
        <w:rPr>
          <w:sz w:val="24"/>
          <w:szCs w:val="24"/>
        </w:rPr>
        <w:t xml:space="preserve"> is changing </w:t>
      </w:r>
      <w:r w:rsidR="00627064">
        <w:rPr>
          <w:sz w:val="24"/>
          <w:szCs w:val="24"/>
        </w:rPr>
        <w:t xml:space="preserve">feeder wires to building </w:t>
      </w:r>
      <w:r w:rsidR="00C62B0D">
        <w:rPr>
          <w:sz w:val="24"/>
          <w:szCs w:val="24"/>
        </w:rPr>
        <w:t xml:space="preserve">normal </w:t>
      </w:r>
      <w:r w:rsidR="00627064">
        <w:rPr>
          <w:sz w:val="24"/>
          <w:szCs w:val="24"/>
        </w:rPr>
        <w:t>lighting panels</w:t>
      </w:r>
      <w:r w:rsidR="00CE3CD6">
        <w:rPr>
          <w:sz w:val="24"/>
          <w:szCs w:val="24"/>
        </w:rPr>
        <w:t>.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6"/>
        <w:gridCol w:w="7864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10-12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6C83706F" w:rsidR="00F7502F" w:rsidRPr="0014537E" w:rsidRDefault="00937497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10</w:t>
                </w:r>
                <w:r w:rsidR="00A01410">
                  <w:rPr>
                    <w:rStyle w:val="Style3"/>
                  </w:rPr>
                  <w:t>/1</w:t>
                </w:r>
                <w:r>
                  <w:rPr>
                    <w:rStyle w:val="Style3"/>
                  </w:rPr>
                  <w:t>2</w:t>
                </w:r>
                <w:r w:rsidR="00A01410">
                  <w:rPr>
                    <w:rStyle w:val="Style3"/>
                  </w:rPr>
                  <w:t>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441AE04E" w:rsidR="00F7502F" w:rsidRPr="00D1109E" w:rsidRDefault="003E7C3A">
            <w:r>
              <w:t>06</w:t>
            </w:r>
            <w:r w:rsidR="00BF7B1A">
              <w:t>30</w:t>
            </w:r>
            <w:r w:rsidR="00BF2976">
              <w:t xml:space="preserve"> </w:t>
            </w:r>
            <w:r w:rsidR="00BF7B1A">
              <w:t>to</w:t>
            </w:r>
            <w:r w:rsidR="00F65901">
              <w:t xml:space="preserve"> </w:t>
            </w:r>
            <w:r w:rsidR="00657D4E">
              <w:t>093</w:t>
            </w:r>
            <w:r w:rsidR="00EA062F">
              <w:t>0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22FCF505" w:rsidR="00F7502F" w:rsidRDefault="00C75598">
            <w:r>
              <w:t>WHA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1FC166" w14:textId="3E0BF307" w:rsidR="009E3346" w:rsidRDefault="00F41144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ormal power will be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shutdown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in all of WHA</w:t>
            </w:r>
            <w:r w:rsidR="005F0A02">
              <w:rPr>
                <w:rFonts w:ascii="Times New Roman" w:eastAsia="Times New Roman" w:hAnsi="Times New Roman" w:cs="Times New Roman"/>
                <w:szCs w:val="24"/>
              </w:rPr>
              <w:t xml:space="preserve"> on 10/12/2026 so that the contractor can </w:t>
            </w:r>
            <w:r w:rsidR="00895630">
              <w:rPr>
                <w:rFonts w:ascii="Times New Roman" w:eastAsia="Times New Roman" w:hAnsi="Times New Roman" w:cs="Times New Roman"/>
                <w:szCs w:val="24"/>
              </w:rPr>
              <w:t>remove the temp</w:t>
            </w:r>
            <w:r w:rsidR="00163B83">
              <w:rPr>
                <w:rFonts w:ascii="Times New Roman" w:eastAsia="Times New Roman" w:hAnsi="Times New Roman" w:cs="Times New Roman"/>
                <w:szCs w:val="24"/>
              </w:rPr>
              <w:t>orary</w:t>
            </w:r>
            <w:r w:rsidR="00895630">
              <w:rPr>
                <w:rFonts w:ascii="Times New Roman" w:eastAsia="Times New Roman" w:hAnsi="Times New Roman" w:cs="Times New Roman"/>
                <w:szCs w:val="24"/>
              </w:rPr>
              <w:t xml:space="preserve"> feed to the new 120/208</w:t>
            </w:r>
            <w:r w:rsidR="001A3706">
              <w:rPr>
                <w:rFonts w:ascii="Times New Roman" w:eastAsia="Times New Roman" w:hAnsi="Times New Roman" w:cs="Times New Roman"/>
                <w:szCs w:val="24"/>
              </w:rPr>
              <w:t xml:space="preserve"> V</w:t>
            </w:r>
            <w:r w:rsidR="00895630">
              <w:rPr>
                <w:rFonts w:ascii="Times New Roman" w:eastAsia="Times New Roman" w:hAnsi="Times New Roman" w:cs="Times New Roman"/>
                <w:szCs w:val="24"/>
              </w:rPr>
              <w:t xml:space="preserve"> swit</w:t>
            </w:r>
            <w:r w:rsidR="001A3706">
              <w:rPr>
                <w:rFonts w:ascii="Times New Roman" w:eastAsia="Times New Roman" w:hAnsi="Times New Roman" w:cs="Times New Roman"/>
                <w:szCs w:val="24"/>
              </w:rPr>
              <w:t>ch gear</w:t>
            </w:r>
            <w:r w:rsidR="00DB6890">
              <w:rPr>
                <w:rFonts w:ascii="Times New Roman" w:eastAsia="Times New Roman" w:hAnsi="Times New Roman" w:cs="Times New Roman"/>
                <w:szCs w:val="24"/>
              </w:rPr>
              <w:t xml:space="preserve"> and install</w:t>
            </w:r>
            <w:r w:rsidR="00F4088C">
              <w:rPr>
                <w:rFonts w:ascii="Times New Roman" w:eastAsia="Times New Roman" w:hAnsi="Times New Roman" w:cs="Times New Roman"/>
                <w:szCs w:val="24"/>
              </w:rPr>
              <w:t xml:space="preserve"> the permeant feed.</w:t>
            </w:r>
          </w:p>
          <w:p w14:paraId="2CF615BA" w14:textId="77777777" w:rsidR="009E3346" w:rsidRDefault="009E3346" w:rsidP="009E3346">
            <w:pPr>
              <w:spacing w:after="0" w:line="240" w:lineRule="auto"/>
            </w:pP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37D668" w14:textId="657A2284" w:rsidR="00BE16E2" w:rsidRDefault="00BE16E2">
            <w:pPr>
              <w:spacing w:after="0"/>
            </w:pPr>
          </w:p>
          <w:p w14:paraId="1D0B23EC" w14:textId="77777777" w:rsidR="00491818" w:rsidRDefault="00491818">
            <w:pPr>
              <w:spacing w:after="0"/>
              <w:rPr>
                <w:color w:val="EE0000"/>
              </w:rPr>
            </w:pPr>
            <w:r w:rsidRPr="005F3EAB">
              <w:rPr>
                <w:color w:val="EE0000"/>
              </w:rPr>
              <w:t>There will be no loss o</w:t>
            </w:r>
            <w:r w:rsidR="005F3EAB" w:rsidRPr="005F3EAB">
              <w:rPr>
                <w:color w:val="EE0000"/>
              </w:rPr>
              <w:t>f Emergency Power</w:t>
            </w:r>
            <w:r w:rsidR="00163B83">
              <w:rPr>
                <w:color w:val="EE0000"/>
              </w:rPr>
              <w:t xml:space="preserve"> outlets</w:t>
            </w:r>
          </w:p>
          <w:p w14:paraId="6C5E2EBD" w14:textId="035E7477" w:rsidR="00163B83" w:rsidRDefault="00163B83">
            <w:pPr>
              <w:spacing w:after="0"/>
            </w:pPr>
            <w:r w:rsidRPr="00163B83">
              <w:rPr>
                <w:color w:val="FF0000"/>
              </w:rPr>
              <w:t>Lighting will not be affected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7A9A6B2B" w:rsidR="00F7502F" w:rsidRDefault="00F7502F">
            <w:pPr>
              <w:spacing w:after="0"/>
            </w:pP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73"/>
        <w:gridCol w:w="1358"/>
        <w:gridCol w:w="3957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1171E205" w:rsidR="004D19E3" w:rsidRDefault="00A651DC" w:rsidP="004D19E3">
            <w:pPr>
              <w:spacing w:after="120"/>
            </w:pPr>
            <w:r>
              <w:t>John Ders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333C6A9F" w:rsidR="004D19E3" w:rsidRDefault="00F309FA" w:rsidP="004D19E3">
            <w:pPr>
              <w:spacing w:after="120"/>
            </w:pPr>
            <w:r>
              <w:t>De</w:t>
            </w:r>
            <w:r w:rsidR="00A651DC">
              <w:t>sign &amp; Construction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42A6AD77" w:rsidR="004D19E3" w:rsidRDefault="00F309FA" w:rsidP="004D19E3">
            <w:pPr>
              <w:spacing w:after="120"/>
            </w:pPr>
            <w:r>
              <w:t>315-243-5974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2074B296" w:rsidR="004D19E3" w:rsidRDefault="00F309FA" w:rsidP="004D19E3">
            <w:pPr>
              <w:spacing w:after="120"/>
            </w:pPr>
            <w:r>
              <w:t>dersj@upstate.edu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5BB"/>
    <w:rsid w:val="00033ADA"/>
    <w:rsid w:val="00034616"/>
    <w:rsid w:val="00054C3E"/>
    <w:rsid w:val="0006063C"/>
    <w:rsid w:val="00062FAD"/>
    <w:rsid w:val="0007325D"/>
    <w:rsid w:val="000900D0"/>
    <w:rsid w:val="000915A1"/>
    <w:rsid w:val="00092845"/>
    <w:rsid w:val="000A673E"/>
    <w:rsid w:val="000B6C47"/>
    <w:rsid w:val="000C2BFA"/>
    <w:rsid w:val="000E18F6"/>
    <w:rsid w:val="000E2D8C"/>
    <w:rsid w:val="00100210"/>
    <w:rsid w:val="001018CE"/>
    <w:rsid w:val="00106728"/>
    <w:rsid w:val="0014537E"/>
    <w:rsid w:val="0015074B"/>
    <w:rsid w:val="00163B83"/>
    <w:rsid w:val="00187541"/>
    <w:rsid w:val="001A3706"/>
    <w:rsid w:val="001C0D5C"/>
    <w:rsid w:val="00243BE2"/>
    <w:rsid w:val="00244BEC"/>
    <w:rsid w:val="00260AF2"/>
    <w:rsid w:val="00262362"/>
    <w:rsid w:val="00281FCA"/>
    <w:rsid w:val="0029639D"/>
    <w:rsid w:val="002D57CB"/>
    <w:rsid w:val="002F07BA"/>
    <w:rsid w:val="002F5522"/>
    <w:rsid w:val="00326F90"/>
    <w:rsid w:val="00334D8D"/>
    <w:rsid w:val="00343007"/>
    <w:rsid w:val="003708EF"/>
    <w:rsid w:val="00371951"/>
    <w:rsid w:val="0039073D"/>
    <w:rsid w:val="003A24A9"/>
    <w:rsid w:val="003A5905"/>
    <w:rsid w:val="003B2F2C"/>
    <w:rsid w:val="003E7C3A"/>
    <w:rsid w:val="00491818"/>
    <w:rsid w:val="004C55FC"/>
    <w:rsid w:val="004D19E3"/>
    <w:rsid w:val="004E5553"/>
    <w:rsid w:val="004F42D5"/>
    <w:rsid w:val="004F7A71"/>
    <w:rsid w:val="00530077"/>
    <w:rsid w:val="00544631"/>
    <w:rsid w:val="0057269A"/>
    <w:rsid w:val="005A3F01"/>
    <w:rsid w:val="005B7FD9"/>
    <w:rsid w:val="005C621F"/>
    <w:rsid w:val="005D000B"/>
    <w:rsid w:val="005F0A02"/>
    <w:rsid w:val="005F3EAB"/>
    <w:rsid w:val="00627064"/>
    <w:rsid w:val="00637ACF"/>
    <w:rsid w:val="00657D4E"/>
    <w:rsid w:val="00682FCA"/>
    <w:rsid w:val="006834DD"/>
    <w:rsid w:val="007403A4"/>
    <w:rsid w:val="007B0910"/>
    <w:rsid w:val="007D10F0"/>
    <w:rsid w:val="008751D3"/>
    <w:rsid w:val="0088117E"/>
    <w:rsid w:val="008850B3"/>
    <w:rsid w:val="00885377"/>
    <w:rsid w:val="00895630"/>
    <w:rsid w:val="00933CDB"/>
    <w:rsid w:val="00937497"/>
    <w:rsid w:val="009B1041"/>
    <w:rsid w:val="009B6A86"/>
    <w:rsid w:val="009C1B90"/>
    <w:rsid w:val="009C1C29"/>
    <w:rsid w:val="009E3346"/>
    <w:rsid w:val="00A01410"/>
    <w:rsid w:val="00A042C7"/>
    <w:rsid w:val="00A23A8B"/>
    <w:rsid w:val="00A33286"/>
    <w:rsid w:val="00A604DD"/>
    <w:rsid w:val="00A64101"/>
    <w:rsid w:val="00A651DC"/>
    <w:rsid w:val="00AA1D8D"/>
    <w:rsid w:val="00AE0F1B"/>
    <w:rsid w:val="00B13C4D"/>
    <w:rsid w:val="00B47730"/>
    <w:rsid w:val="00B813F9"/>
    <w:rsid w:val="00BA3E5E"/>
    <w:rsid w:val="00BA6945"/>
    <w:rsid w:val="00BE16E2"/>
    <w:rsid w:val="00BF2153"/>
    <w:rsid w:val="00BF2976"/>
    <w:rsid w:val="00BF7B1A"/>
    <w:rsid w:val="00C129D2"/>
    <w:rsid w:val="00C13593"/>
    <w:rsid w:val="00C4008A"/>
    <w:rsid w:val="00C50463"/>
    <w:rsid w:val="00C56324"/>
    <w:rsid w:val="00C62B0D"/>
    <w:rsid w:val="00C732F2"/>
    <w:rsid w:val="00C75598"/>
    <w:rsid w:val="00CA53B1"/>
    <w:rsid w:val="00CB0664"/>
    <w:rsid w:val="00CC2D03"/>
    <w:rsid w:val="00CD4B48"/>
    <w:rsid w:val="00CE3CD6"/>
    <w:rsid w:val="00CF7E9F"/>
    <w:rsid w:val="00D1109E"/>
    <w:rsid w:val="00D12825"/>
    <w:rsid w:val="00D138D6"/>
    <w:rsid w:val="00D221C1"/>
    <w:rsid w:val="00D77189"/>
    <w:rsid w:val="00D953CE"/>
    <w:rsid w:val="00DB6890"/>
    <w:rsid w:val="00DC06EA"/>
    <w:rsid w:val="00E257F0"/>
    <w:rsid w:val="00E35525"/>
    <w:rsid w:val="00E407BC"/>
    <w:rsid w:val="00E77A14"/>
    <w:rsid w:val="00E93192"/>
    <w:rsid w:val="00EA062F"/>
    <w:rsid w:val="00EC6641"/>
    <w:rsid w:val="00F14A8B"/>
    <w:rsid w:val="00F24A7B"/>
    <w:rsid w:val="00F309FA"/>
    <w:rsid w:val="00F4088C"/>
    <w:rsid w:val="00F41144"/>
    <w:rsid w:val="00F60A88"/>
    <w:rsid w:val="00F65901"/>
    <w:rsid w:val="00F7502F"/>
    <w:rsid w:val="00FB003D"/>
    <w:rsid w:val="00FB25C0"/>
    <w:rsid w:val="00FB7EE1"/>
    <w:rsid w:val="00FC693F"/>
    <w:rsid w:val="00FE11ED"/>
    <w:rsid w:val="00FF1405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91AB9"/>
    <w:rsid w:val="000E18F6"/>
    <w:rsid w:val="00281FCA"/>
    <w:rsid w:val="0028690E"/>
    <w:rsid w:val="004F61F7"/>
    <w:rsid w:val="005726AF"/>
    <w:rsid w:val="005D5522"/>
    <w:rsid w:val="007403A4"/>
    <w:rsid w:val="00742A53"/>
    <w:rsid w:val="00745706"/>
    <w:rsid w:val="00832B1A"/>
    <w:rsid w:val="00837926"/>
    <w:rsid w:val="008751D3"/>
    <w:rsid w:val="009C1B90"/>
    <w:rsid w:val="009D2559"/>
    <w:rsid w:val="00A604DD"/>
    <w:rsid w:val="00AE0F1B"/>
    <w:rsid w:val="00B04090"/>
    <w:rsid w:val="00BA3E5E"/>
    <w:rsid w:val="00C56324"/>
    <w:rsid w:val="00C61749"/>
    <w:rsid w:val="00CA0885"/>
    <w:rsid w:val="00D03D75"/>
    <w:rsid w:val="00D13EFC"/>
    <w:rsid w:val="00D4571E"/>
    <w:rsid w:val="00E105DB"/>
    <w:rsid w:val="00E92727"/>
    <w:rsid w:val="00FB7EE1"/>
    <w:rsid w:val="00FE11ED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116</cp:revision>
  <cp:lastPrinted>2026-09-01T15:50:00Z</cp:lastPrinted>
  <dcterms:created xsi:type="dcterms:W3CDTF">2026-08-11T18:56:00Z</dcterms:created>
  <dcterms:modified xsi:type="dcterms:W3CDTF">2026-09-28T14:28:00Z</dcterms:modified>
  <cp:category/>
</cp:coreProperties>
</file>