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2550EE4B" w:rsidR="00F7502F" w:rsidRDefault="00466AEB">
            <w:r>
              <w:t xml:space="preserve">Reduced normal lighting to </w:t>
            </w:r>
            <w:r w:rsidR="00D138D6">
              <w:t>support the WHA electrical upgrades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06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5EFA407D" w:rsidR="00F7502F" w:rsidRPr="0014537E" w:rsidRDefault="001B131B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10/</w:t>
                </w:r>
                <w:r w:rsidR="00CF7EFE">
                  <w:rPr>
                    <w:rStyle w:val="Style3"/>
                  </w:rPr>
                  <w:t>6</w:t>
                </w:r>
                <w:r w:rsidR="00A01410"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EAA240A" w:rsidR="00F7502F" w:rsidRDefault="00B9328D">
            <w:r>
              <w:t xml:space="preserve">WHA 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7EBA6DD9" w:rsidR="009E3346" w:rsidRDefault="00444D19" w:rsidP="009E3346">
            <w:pPr>
              <w:spacing w:after="0" w:line="240" w:lineRule="auto"/>
            </w:pPr>
            <w:r>
              <w:t xml:space="preserve">Floors </w:t>
            </w:r>
            <w:r w:rsidR="00A024AA">
              <w:t>3,4,5 will see a loss of normal power to the building lights for 8</w:t>
            </w:r>
            <w:r w:rsidR="00E6006A">
              <w:t xml:space="preserve"> hours.</w:t>
            </w:r>
          </w:p>
          <w:p w14:paraId="5F82F173" w14:textId="70038A36" w:rsidR="00333E03" w:rsidRDefault="00E6006A" w:rsidP="009E3346">
            <w:pPr>
              <w:spacing w:after="0" w:line="240" w:lineRule="auto"/>
            </w:pPr>
            <w:r>
              <w:t xml:space="preserve">This will allow the </w:t>
            </w:r>
            <w:r w:rsidR="00545F0D">
              <w:t>contractor</w:t>
            </w:r>
            <w:r w:rsidR="00002681">
              <w:t xml:space="preserve"> to</w:t>
            </w:r>
            <w:r w:rsidR="004400A8">
              <w:t xml:space="preserve"> remove the temp panels outside electric room</w:t>
            </w:r>
            <w:r w:rsidR="00FB7366">
              <w:t>s</w:t>
            </w:r>
            <w:r w:rsidR="00301E06">
              <w:t xml:space="preserve"> back into the rooms on new feeders and equipment.</w:t>
            </w:r>
          </w:p>
          <w:p w14:paraId="1376268F" w14:textId="77777777" w:rsidR="00672EC4" w:rsidRDefault="00672EC4" w:rsidP="009E3346">
            <w:pPr>
              <w:spacing w:after="0" w:line="240" w:lineRule="auto"/>
            </w:pPr>
          </w:p>
          <w:p w14:paraId="346CF727" w14:textId="11ED3D6F" w:rsidR="00E6006A" w:rsidRDefault="00E6006A" w:rsidP="009E3346">
            <w:pPr>
              <w:spacing w:after="0" w:line="240" w:lineRule="auto"/>
            </w:pPr>
          </w:p>
          <w:p w14:paraId="78D42C75" w14:textId="77777777" w:rsidR="00E6006A" w:rsidRDefault="00E6006A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681"/>
    <w:rsid w:val="000145BB"/>
    <w:rsid w:val="00033ADA"/>
    <w:rsid w:val="00034616"/>
    <w:rsid w:val="00054C3E"/>
    <w:rsid w:val="0006063C"/>
    <w:rsid w:val="00062FAD"/>
    <w:rsid w:val="00071BFD"/>
    <w:rsid w:val="0007325D"/>
    <w:rsid w:val="000900D0"/>
    <w:rsid w:val="000915A1"/>
    <w:rsid w:val="00092845"/>
    <w:rsid w:val="000A673E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A3706"/>
    <w:rsid w:val="001B131B"/>
    <w:rsid w:val="001B797A"/>
    <w:rsid w:val="001C0D5C"/>
    <w:rsid w:val="001D5E5D"/>
    <w:rsid w:val="001F2161"/>
    <w:rsid w:val="00200919"/>
    <w:rsid w:val="00243BE2"/>
    <w:rsid w:val="00244BEC"/>
    <w:rsid w:val="00260AF2"/>
    <w:rsid w:val="00262362"/>
    <w:rsid w:val="00281FCA"/>
    <w:rsid w:val="0029639D"/>
    <w:rsid w:val="002D57CB"/>
    <w:rsid w:val="002F07BA"/>
    <w:rsid w:val="002F5522"/>
    <w:rsid w:val="00301E06"/>
    <w:rsid w:val="00325F83"/>
    <w:rsid w:val="00326F90"/>
    <w:rsid w:val="00333E03"/>
    <w:rsid w:val="00334D8D"/>
    <w:rsid w:val="00343007"/>
    <w:rsid w:val="00346063"/>
    <w:rsid w:val="003506E5"/>
    <w:rsid w:val="00352515"/>
    <w:rsid w:val="003613B0"/>
    <w:rsid w:val="003708EF"/>
    <w:rsid w:val="00371951"/>
    <w:rsid w:val="0039073D"/>
    <w:rsid w:val="003A24A9"/>
    <w:rsid w:val="003A5905"/>
    <w:rsid w:val="003B2F2C"/>
    <w:rsid w:val="003E38B8"/>
    <w:rsid w:val="003E7C3A"/>
    <w:rsid w:val="004111EF"/>
    <w:rsid w:val="004170D1"/>
    <w:rsid w:val="004400A8"/>
    <w:rsid w:val="00440C7D"/>
    <w:rsid w:val="00444B2F"/>
    <w:rsid w:val="00444D19"/>
    <w:rsid w:val="0046577A"/>
    <w:rsid w:val="00466AEB"/>
    <w:rsid w:val="004704BA"/>
    <w:rsid w:val="00490C5D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45F0D"/>
    <w:rsid w:val="0057269A"/>
    <w:rsid w:val="005A3F01"/>
    <w:rsid w:val="005B7FD9"/>
    <w:rsid w:val="005C621F"/>
    <w:rsid w:val="005D000B"/>
    <w:rsid w:val="005F04FF"/>
    <w:rsid w:val="005F0A02"/>
    <w:rsid w:val="005F3EAB"/>
    <w:rsid w:val="00610717"/>
    <w:rsid w:val="00610993"/>
    <w:rsid w:val="00627064"/>
    <w:rsid w:val="00636314"/>
    <w:rsid w:val="00637ACF"/>
    <w:rsid w:val="0065586A"/>
    <w:rsid w:val="00657D4E"/>
    <w:rsid w:val="00672EC4"/>
    <w:rsid w:val="00682FCA"/>
    <w:rsid w:val="0068348D"/>
    <w:rsid w:val="006834DD"/>
    <w:rsid w:val="006B71F2"/>
    <w:rsid w:val="007403A4"/>
    <w:rsid w:val="00777195"/>
    <w:rsid w:val="007B0910"/>
    <w:rsid w:val="007C398B"/>
    <w:rsid w:val="007C6888"/>
    <w:rsid w:val="007D10F0"/>
    <w:rsid w:val="008751D3"/>
    <w:rsid w:val="0088117E"/>
    <w:rsid w:val="008850B3"/>
    <w:rsid w:val="00885377"/>
    <w:rsid w:val="00895630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604DD"/>
    <w:rsid w:val="00A64101"/>
    <w:rsid w:val="00A651DC"/>
    <w:rsid w:val="00A974DD"/>
    <w:rsid w:val="00AA1D8D"/>
    <w:rsid w:val="00AE0F1B"/>
    <w:rsid w:val="00B13C4D"/>
    <w:rsid w:val="00B47730"/>
    <w:rsid w:val="00B537E0"/>
    <w:rsid w:val="00B564CE"/>
    <w:rsid w:val="00B813F9"/>
    <w:rsid w:val="00B9328D"/>
    <w:rsid w:val="00BA3E5E"/>
    <w:rsid w:val="00BA6945"/>
    <w:rsid w:val="00BE16E2"/>
    <w:rsid w:val="00BF2153"/>
    <w:rsid w:val="00BF2976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A53B1"/>
    <w:rsid w:val="00CB0664"/>
    <w:rsid w:val="00CC2D03"/>
    <w:rsid w:val="00CD4B48"/>
    <w:rsid w:val="00CD67E5"/>
    <w:rsid w:val="00CE3CD6"/>
    <w:rsid w:val="00CF7E9F"/>
    <w:rsid w:val="00CF7EFE"/>
    <w:rsid w:val="00D1109E"/>
    <w:rsid w:val="00D12825"/>
    <w:rsid w:val="00D138D6"/>
    <w:rsid w:val="00D1533D"/>
    <w:rsid w:val="00D221C1"/>
    <w:rsid w:val="00D30868"/>
    <w:rsid w:val="00D43C00"/>
    <w:rsid w:val="00D77189"/>
    <w:rsid w:val="00D953CE"/>
    <w:rsid w:val="00DB6890"/>
    <w:rsid w:val="00DC06EA"/>
    <w:rsid w:val="00DD6423"/>
    <w:rsid w:val="00DE067F"/>
    <w:rsid w:val="00E257F0"/>
    <w:rsid w:val="00E2694F"/>
    <w:rsid w:val="00E35525"/>
    <w:rsid w:val="00E407BC"/>
    <w:rsid w:val="00E6006A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4088C"/>
    <w:rsid w:val="00F41144"/>
    <w:rsid w:val="00F60A88"/>
    <w:rsid w:val="00F65901"/>
    <w:rsid w:val="00F730A7"/>
    <w:rsid w:val="00F7502F"/>
    <w:rsid w:val="00FB003D"/>
    <w:rsid w:val="00FB25C0"/>
    <w:rsid w:val="00FB7366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200919"/>
    <w:rsid w:val="00281FCA"/>
    <w:rsid w:val="0028690E"/>
    <w:rsid w:val="00346063"/>
    <w:rsid w:val="0043024F"/>
    <w:rsid w:val="0046577A"/>
    <w:rsid w:val="00490C5D"/>
    <w:rsid w:val="004B0B7B"/>
    <w:rsid w:val="004F2971"/>
    <w:rsid w:val="004F61F7"/>
    <w:rsid w:val="005D5522"/>
    <w:rsid w:val="0065586A"/>
    <w:rsid w:val="007403A4"/>
    <w:rsid w:val="00742A53"/>
    <w:rsid w:val="00745706"/>
    <w:rsid w:val="00777B06"/>
    <w:rsid w:val="00832B1A"/>
    <w:rsid w:val="00837926"/>
    <w:rsid w:val="008751D3"/>
    <w:rsid w:val="009C1B90"/>
    <w:rsid w:val="009D2559"/>
    <w:rsid w:val="00A604DD"/>
    <w:rsid w:val="00AE0F1B"/>
    <w:rsid w:val="00B04090"/>
    <w:rsid w:val="00B21D34"/>
    <w:rsid w:val="00B50F7C"/>
    <w:rsid w:val="00BA3E5E"/>
    <w:rsid w:val="00C23CBF"/>
    <w:rsid w:val="00C61749"/>
    <w:rsid w:val="00C864D7"/>
    <w:rsid w:val="00CA0885"/>
    <w:rsid w:val="00D03D75"/>
    <w:rsid w:val="00D13EFC"/>
    <w:rsid w:val="00D30868"/>
    <w:rsid w:val="00D4571E"/>
    <w:rsid w:val="00DE067F"/>
    <w:rsid w:val="00E105DB"/>
    <w:rsid w:val="00E92727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cp:lastPrinted>2026-09-28T15:36:00Z</cp:lastPrinted>
  <dcterms:created xsi:type="dcterms:W3CDTF">2026-10-05T12:56:00Z</dcterms:created>
  <dcterms:modified xsi:type="dcterms:W3CDTF">2026-10-05T13:41:00Z</dcterms:modified>
  <cp:category/>
</cp:coreProperties>
</file>