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13DA77F0" w:rsidR="00F7502F" w:rsidRDefault="00091BC0">
            <w:r>
              <w:t>Reduced normal Lighting t</w:t>
            </w:r>
            <w:r w:rsidR="00D138D6">
              <w:t>o support the WHA electrical upgrades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4"/>
        <w:gridCol w:w="7866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07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121F4932" w:rsidR="00F7502F" w:rsidRPr="0014537E" w:rsidRDefault="0029559F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10/7/2026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AA240A" w:rsidR="00F7502F" w:rsidRDefault="00B9328D">
            <w:r>
              <w:t xml:space="preserve">WHA 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41C9E24E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E613D4">
              <w:t>basement</w:t>
            </w:r>
            <w:r w:rsidR="00A024AA">
              <w:t>,</w:t>
            </w:r>
            <w:r w:rsidR="00E613D4">
              <w:t>1</w:t>
            </w:r>
            <w:r w:rsidR="00E7232C">
              <w:t xml:space="preserve">and </w:t>
            </w:r>
            <w:r w:rsidR="00E613D4">
              <w:t>2</w:t>
            </w:r>
            <w:r w:rsidR="00A024AA">
              <w:t xml:space="preserve"> will see a loss of normal power to the building lights for 8</w:t>
            </w:r>
            <w:r w:rsidR="00E6006A">
              <w:t xml:space="preserve"> hours.</w:t>
            </w:r>
          </w:p>
          <w:p w14:paraId="5F82F173" w14:textId="1062E34D" w:rsidR="00333E03" w:rsidRDefault="00E6006A" w:rsidP="009E3346">
            <w:pPr>
              <w:spacing w:after="0" w:line="240" w:lineRule="auto"/>
            </w:pPr>
            <w:r>
              <w:t xml:space="preserve">This will allow the </w:t>
            </w:r>
            <w:r w:rsidR="00545F0D">
              <w:t>contractor</w:t>
            </w:r>
            <w:r w:rsidR="00002681">
              <w:t xml:space="preserve"> t</w:t>
            </w:r>
            <w:r w:rsidR="00E613D4">
              <w:t>ime</w:t>
            </w:r>
            <w:r w:rsidR="00F769DC">
              <w:t xml:space="preserve"> </w:t>
            </w:r>
            <w:r w:rsidR="00E7232C">
              <w:t>to remove</w:t>
            </w:r>
            <w:r w:rsidR="004400A8">
              <w:t xml:space="preserve"> the </w:t>
            </w:r>
            <w:r w:rsidR="00F769DC">
              <w:t>lighting</w:t>
            </w:r>
            <w:r w:rsidR="004400A8">
              <w:t xml:space="preserve"> panels </w:t>
            </w:r>
            <w:r w:rsidR="00F769DC">
              <w:t xml:space="preserve">to </w:t>
            </w:r>
            <w:r w:rsidR="004400A8">
              <w:t xml:space="preserve">outside </w:t>
            </w:r>
            <w:r w:rsidR="00253FAE">
              <w:t xml:space="preserve">the </w:t>
            </w:r>
            <w:r w:rsidR="004400A8">
              <w:t>electric</w:t>
            </w:r>
            <w:r w:rsidR="00FA07DF">
              <w:t xml:space="preserve"> </w:t>
            </w:r>
            <w:r w:rsidR="004400A8">
              <w:t xml:space="preserve"> room</w:t>
            </w:r>
            <w:r w:rsidR="00FB7366">
              <w:t>s</w:t>
            </w:r>
            <w:r w:rsidR="00301E06">
              <w:t xml:space="preserve"> </w:t>
            </w:r>
            <w:r w:rsidR="00F769DC">
              <w:t xml:space="preserve">while they remove </w:t>
            </w:r>
            <w:r w:rsidR="00FE3AD3">
              <w:t xml:space="preserve">the old </w:t>
            </w:r>
            <w:r w:rsidR="00301E06">
              <w:t xml:space="preserve"> feeders and equipment.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11ED3D6F" w:rsidR="00E6006A" w:rsidRDefault="00E6006A" w:rsidP="009E3346">
            <w:pPr>
              <w:spacing w:after="0" w:line="240" w:lineRule="auto"/>
            </w:pP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lastRenderedPageBreak/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81"/>
    <w:rsid w:val="000145BB"/>
    <w:rsid w:val="00033ADA"/>
    <w:rsid w:val="00034616"/>
    <w:rsid w:val="00054C3E"/>
    <w:rsid w:val="0006063C"/>
    <w:rsid w:val="00062FAD"/>
    <w:rsid w:val="00071BFD"/>
    <w:rsid w:val="0007325D"/>
    <w:rsid w:val="000900D0"/>
    <w:rsid w:val="000915A1"/>
    <w:rsid w:val="00091BC0"/>
    <w:rsid w:val="00092845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131B"/>
    <w:rsid w:val="001B797A"/>
    <w:rsid w:val="001C0D5C"/>
    <w:rsid w:val="001D5E5D"/>
    <w:rsid w:val="001F2161"/>
    <w:rsid w:val="00200919"/>
    <w:rsid w:val="00243BE2"/>
    <w:rsid w:val="00244BEC"/>
    <w:rsid w:val="00253FAE"/>
    <w:rsid w:val="00260AF2"/>
    <w:rsid w:val="00262362"/>
    <w:rsid w:val="00281FCA"/>
    <w:rsid w:val="0029559F"/>
    <w:rsid w:val="0029639D"/>
    <w:rsid w:val="002D57CB"/>
    <w:rsid w:val="002F07BA"/>
    <w:rsid w:val="002F5522"/>
    <w:rsid w:val="00301E06"/>
    <w:rsid w:val="00325F83"/>
    <w:rsid w:val="00326F90"/>
    <w:rsid w:val="00333E03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111EF"/>
    <w:rsid w:val="004170D1"/>
    <w:rsid w:val="004400A8"/>
    <w:rsid w:val="00440C7D"/>
    <w:rsid w:val="00444B2F"/>
    <w:rsid w:val="00444D19"/>
    <w:rsid w:val="0046577A"/>
    <w:rsid w:val="004704BA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45F0D"/>
    <w:rsid w:val="00557B96"/>
    <w:rsid w:val="0057269A"/>
    <w:rsid w:val="00595055"/>
    <w:rsid w:val="005A3F01"/>
    <w:rsid w:val="005B7FD9"/>
    <w:rsid w:val="005C621F"/>
    <w:rsid w:val="005D000B"/>
    <w:rsid w:val="005F04FF"/>
    <w:rsid w:val="005F0A02"/>
    <w:rsid w:val="005F3EAB"/>
    <w:rsid w:val="005F7740"/>
    <w:rsid w:val="00610717"/>
    <w:rsid w:val="00610993"/>
    <w:rsid w:val="006231BD"/>
    <w:rsid w:val="00627064"/>
    <w:rsid w:val="00636314"/>
    <w:rsid w:val="00637ACF"/>
    <w:rsid w:val="00657D4E"/>
    <w:rsid w:val="00672EC4"/>
    <w:rsid w:val="00682FCA"/>
    <w:rsid w:val="0068348D"/>
    <w:rsid w:val="006834DD"/>
    <w:rsid w:val="006B71F2"/>
    <w:rsid w:val="007403A4"/>
    <w:rsid w:val="00777195"/>
    <w:rsid w:val="007B0910"/>
    <w:rsid w:val="007C398B"/>
    <w:rsid w:val="007C6888"/>
    <w:rsid w:val="007D10F0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D67E5"/>
    <w:rsid w:val="00CE3CD6"/>
    <w:rsid w:val="00CF7E9F"/>
    <w:rsid w:val="00D1109E"/>
    <w:rsid w:val="00D12825"/>
    <w:rsid w:val="00D138D6"/>
    <w:rsid w:val="00D1533D"/>
    <w:rsid w:val="00D221C1"/>
    <w:rsid w:val="00D30868"/>
    <w:rsid w:val="00D32D46"/>
    <w:rsid w:val="00D43C00"/>
    <w:rsid w:val="00D77189"/>
    <w:rsid w:val="00D953CE"/>
    <w:rsid w:val="00DB6890"/>
    <w:rsid w:val="00DC06EA"/>
    <w:rsid w:val="00DD6423"/>
    <w:rsid w:val="00DE067F"/>
    <w:rsid w:val="00E257F0"/>
    <w:rsid w:val="00E2694F"/>
    <w:rsid w:val="00E35525"/>
    <w:rsid w:val="00E407BC"/>
    <w:rsid w:val="00E6006A"/>
    <w:rsid w:val="00E613D4"/>
    <w:rsid w:val="00E7232C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769DC"/>
    <w:rsid w:val="00FA07DF"/>
    <w:rsid w:val="00FB003D"/>
    <w:rsid w:val="00FB25C0"/>
    <w:rsid w:val="00FB7366"/>
    <w:rsid w:val="00FB7EE1"/>
    <w:rsid w:val="00FC693F"/>
    <w:rsid w:val="00FE11ED"/>
    <w:rsid w:val="00FE3AD3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3453F"/>
    <w:rsid w:val="001865F9"/>
    <w:rsid w:val="00200919"/>
    <w:rsid w:val="00280D85"/>
    <w:rsid w:val="00281FCA"/>
    <w:rsid w:val="0028690E"/>
    <w:rsid w:val="00346063"/>
    <w:rsid w:val="0043024F"/>
    <w:rsid w:val="0046577A"/>
    <w:rsid w:val="004B0B7B"/>
    <w:rsid w:val="004F2971"/>
    <w:rsid w:val="004F61F7"/>
    <w:rsid w:val="00557B96"/>
    <w:rsid w:val="005D5522"/>
    <w:rsid w:val="005F7740"/>
    <w:rsid w:val="006231BD"/>
    <w:rsid w:val="007403A4"/>
    <w:rsid w:val="00742A53"/>
    <w:rsid w:val="00745706"/>
    <w:rsid w:val="00832B1A"/>
    <w:rsid w:val="00837926"/>
    <w:rsid w:val="008751D3"/>
    <w:rsid w:val="009C1B90"/>
    <w:rsid w:val="009D2559"/>
    <w:rsid w:val="009F70C2"/>
    <w:rsid w:val="00A604DD"/>
    <w:rsid w:val="00AE0F1B"/>
    <w:rsid w:val="00B04090"/>
    <w:rsid w:val="00B21D34"/>
    <w:rsid w:val="00BA3E5E"/>
    <w:rsid w:val="00C23CBF"/>
    <w:rsid w:val="00C61749"/>
    <w:rsid w:val="00C864D7"/>
    <w:rsid w:val="00CA0885"/>
    <w:rsid w:val="00D03D75"/>
    <w:rsid w:val="00D13EFC"/>
    <w:rsid w:val="00D30868"/>
    <w:rsid w:val="00D32D46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cp:lastPrinted>2026-09-28T15:36:00Z</cp:lastPrinted>
  <dcterms:created xsi:type="dcterms:W3CDTF">2026-10-05T13:01:00Z</dcterms:created>
  <dcterms:modified xsi:type="dcterms:W3CDTF">2026-10-05T13:39:00Z</dcterms:modified>
  <cp:category/>
</cp:coreProperties>
</file>