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3AB2145D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112DE9">
                  <w:rPr>
                    <w:rStyle w:val="Style7"/>
                  </w:rPr>
                  <w:t>Project Update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3B32407C" w:rsidR="00F7502F" w:rsidRDefault="00E6513F">
            <w:r>
              <w:t xml:space="preserve">Reduced normal lighting in Weiskotten Hall </w:t>
            </w:r>
            <w:proofErr w:type="gramStart"/>
            <w:r>
              <w:t>Addition(</w:t>
            </w:r>
            <w:proofErr w:type="gramEnd"/>
            <w:r>
              <w:t>WHA) t</w:t>
            </w:r>
            <w:r w:rsidR="00D138D6">
              <w:t>o support the WHA electrical upgrades</w:t>
            </w:r>
            <w:r>
              <w:t>.</w:t>
            </w:r>
          </w:p>
        </w:tc>
      </w:tr>
    </w:tbl>
    <w:p w14:paraId="51B20914" w14:textId="12C32ED9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D221C1">
        <w:rPr>
          <w:sz w:val="24"/>
          <w:szCs w:val="24"/>
        </w:rPr>
        <w:t xml:space="preserve">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09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5803E184" w:rsidR="00F7502F" w:rsidRPr="0014537E" w:rsidRDefault="00361600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10/9/2026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EAA240A" w:rsidR="00F7502F" w:rsidRDefault="00B9328D">
            <w:r>
              <w:t xml:space="preserve">WHA 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5E94A9C7" w:rsidR="009E3346" w:rsidRDefault="00E6513F" w:rsidP="009E3346">
            <w:pPr>
              <w:spacing w:after="0" w:line="240" w:lineRule="auto"/>
            </w:pPr>
            <w:r>
              <w:t xml:space="preserve">WHA </w:t>
            </w:r>
            <w:r w:rsidR="00444D19">
              <w:t>Floors</w:t>
            </w:r>
            <w:r w:rsidR="00BA3285">
              <w:t>,</w:t>
            </w:r>
            <w:r w:rsidR="00444D19">
              <w:t xml:space="preserve"> </w:t>
            </w:r>
            <w:r w:rsidR="00E613D4">
              <w:t>basement</w:t>
            </w:r>
            <w:r w:rsidR="00A024AA">
              <w:t>,</w:t>
            </w:r>
            <w:r w:rsidR="00E613D4">
              <w:t>1</w:t>
            </w:r>
            <w:r w:rsidR="00BA3285">
              <w:t xml:space="preserve"> </w:t>
            </w:r>
            <w:r w:rsidR="00E7232C">
              <w:t xml:space="preserve">and </w:t>
            </w:r>
            <w:r w:rsidR="00E613D4">
              <w:t>2</w:t>
            </w:r>
            <w:r w:rsidR="00A024AA">
              <w:t xml:space="preserve"> will see a loss of normal power to the building lights for 8</w:t>
            </w:r>
            <w:r w:rsidR="00E6006A">
              <w:t xml:space="preserve"> hours.</w:t>
            </w:r>
          </w:p>
          <w:p w14:paraId="5F82F173" w14:textId="7EE77E60" w:rsidR="00333E03" w:rsidRDefault="00E6006A" w:rsidP="009E3346">
            <w:pPr>
              <w:spacing w:after="0" w:line="240" w:lineRule="auto"/>
            </w:pPr>
            <w:r>
              <w:t xml:space="preserve">This will allow the </w:t>
            </w:r>
            <w:r w:rsidR="00545F0D">
              <w:t>contractor</w:t>
            </w:r>
            <w:r w:rsidR="00002681">
              <w:t xml:space="preserve"> t</w:t>
            </w:r>
            <w:r w:rsidR="00E613D4">
              <w:t>ime</w:t>
            </w:r>
            <w:r w:rsidR="00F769DC">
              <w:t xml:space="preserve"> </w:t>
            </w:r>
            <w:r w:rsidR="00E7232C">
              <w:t>to remove</w:t>
            </w:r>
            <w:r w:rsidR="004400A8">
              <w:t xml:space="preserve"> the </w:t>
            </w:r>
            <w:r w:rsidR="00F769DC">
              <w:t>lighting</w:t>
            </w:r>
            <w:r w:rsidR="004400A8">
              <w:t xml:space="preserve"> panels </w:t>
            </w:r>
            <w:proofErr w:type="gramStart"/>
            <w:r w:rsidR="00F769DC">
              <w:t>to</w:t>
            </w:r>
            <w:proofErr w:type="gramEnd"/>
            <w:r w:rsidR="00F769DC">
              <w:t xml:space="preserve"> </w:t>
            </w:r>
            <w:r w:rsidR="004400A8">
              <w:t xml:space="preserve">outside </w:t>
            </w:r>
            <w:r w:rsidR="00253FAE">
              <w:t xml:space="preserve">the </w:t>
            </w:r>
            <w:proofErr w:type="gramStart"/>
            <w:r w:rsidR="004400A8">
              <w:t>electric</w:t>
            </w:r>
            <w:r w:rsidR="00FA07DF">
              <w:t xml:space="preserve"> </w:t>
            </w:r>
            <w:r w:rsidR="004400A8">
              <w:t xml:space="preserve"> room</w:t>
            </w:r>
            <w:r w:rsidR="00FB7366">
              <w:t>s</w:t>
            </w:r>
            <w:proofErr w:type="gramEnd"/>
            <w:r w:rsidR="00301E06">
              <w:t xml:space="preserve"> </w:t>
            </w:r>
            <w:r w:rsidR="00F769DC">
              <w:t xml:space="preserve">while they remove </w:t>
            </w:r>
            <w:r w:rsidR="00FE3AD3">
              <w:t xml:space="preserve">the </w:t>
            </w:r>
            <w:r w:rsidR="003709C3">
              <w:t>old feeders</w:t>
            </w:r>
            <w:r w:rsidR="00301E06">
              <w:t xml:space="preserve"> and equipment.</w:t>
            </w:r>
          </w:p>
          <w:p w14:paraId="1376268F" w14:textId="77777777" w:rsidR="00672EC4" w:rsidRDefault="00672EC4" w:rsidP="009E3346">
            <w:pPr>
              <w:spacing w:after="0" w:line="240" w:lineRule="auto"/>
            </w:pPr>
          </w:p>
          <w:p w14:paraId="346CF727" w14:textId="11ED3D6F" w:rsidR="00E6006A" w:rsidRPr="00827D0B" w:rsidRDefault="00E6006A" w:rsidP="009E3346">
            <w:pPr>
              <w:spacing w:after="0" w:line="240" w:lineRule="auto"/>
              <w:rPr>
                <w:color w:val="EE0000"/>
              </w:rPr>
            </w:pPr>
          </w:p>
          <w:p w14:paraId="78D42C75" w14:textId="5149ABD0" w:rsidR="00E6006A" w:rsidRPr="00827D0B" w:rsidRDefault="00827D0B" w:rsidP="009E3346">
            <w:pPr>
              <w:spacing w:after="0" w:line="240" w:lineRule="auto"/>
              <w:rPr>
                <w:color w:val="EE0000"/>
              </w:rPr>
            </w:pPr>
            <w:r w:rsidRPr="00827D0B">
              <w:rPr>
                <w:color w:val="EE0000"/>
              </w:rPr>
              <w:t>This is a REVISED Notice</w:t>
            </w:r>
            <w:r w:rsidR="00E6513F">
              <w:rPr>
                <w:color w:val="EE0000"/>
              </w:rPr>
              <w:t xml:space="preserve"> reflecting a date change</w:t>
            </w: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lastRenderedPageBreak/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681"/>
    <w:rsid w:val="000145BB"/>
    <w:rsid w:val="00033ADA"/>
    <w:rsid w:val="00034616"/>
    <w:rsid w:val="00054C3E"/>
    <w:rsid w:val="0006063C"/>
    <w:rsid w:val="00062FAD"/>
    <w:rsid w:val="00071BFD"/>
    <w:rsid w:val="0007325D"/>
    <w:rsid w:val="000900D0"/>
    <w:rsid w:val="000915A1"/>
    <w:rsid w:val="00092845"/>
    <w:rsid w:val="000A673E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12DE9"/>
    <w:rsid w:val="0014537E"/>
    <w:rsid w:val="0015074B"/>
    <w:rsid w:val="00156724"/>
    <w:rsid w:val="00181A03"/>
    <w:rsid w:val="00187541"/>
    <w:rsid w:val="001A3706"/>
    <w:rsid w:val="001B131B"/>
    <w:rsid w:val="001B797A"/>
    <w:rsid w:val="001C0D5C"/>
    <w:rsid w:val="001D5E5D"/>
    <w:rsid w:val="001F2161"/>
    <w:rsid w:val="00200919"/>
    <w:rsid w:val="00243BE2"/>
    <w:rsid w:val="00244BEC"/>
    <w:rsid w:val="00253FAE"/>
    <w:rsid w:val="00260AF2"/>
    <w:rsid w:val="00262362"/>
    <w:rsid w:val="00281FCA"/>
    <w:rsid w:val="0029639D"/>
    <w:rsid w:val="002D57CB"/>
    <w:rsid w:val="002F07BA"/>
    <w:rsid w:val="002F5522"/>
    <w:rsid w:val="00301E06"/>
    <w:rsid w:val="00325F83"/>
    <w:rsid w:val="00326F90"/>
    <w:rsid w:val="00333E03"/>
    <w:rsid w:val="00334D8D"/>
    <w:rsid w:val="00343007"/>
    <w:rsid w:val="00346063"/>
    <w:rsid w:val="003506E5"/>
    <w:rsid w:val="00352515"/>
    <w:rsid w:val="003613B0"/>
    <w:rsid w:val="00361600"/>
    <w:rsid w:val="003708EF"/>
    <w:rsid w:val="003709C3"/>
    <w:rsid w:val="00371951"/>
    <w:rsid w:val="0039073D"/>
    <w:rsid w:val="003A24A9"/>
    <w:rsid w:val="003A5905"/>
    <w:rsid w:val="003B2F2C"/>
    <w:rsid w:val="003E38B8"/>
    <w:rsid w:val="003E7C3A"/>
    <w:rsid w:val="004111EF"/>
    <w:rsid w:val="004170D1"/>
    <w:rsid w:val="004400A8"/>
    <w:rsid w:val="00440C7D"/>
    <w:rsid w:val="00444B2F"/>
    <w:rsid w:val="00444D19"/>
    <w:rsid w:val="0046577A"/>
    <w:rsid w:val="004704BA"/>
    <w:rsid w:val="0047481B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45F0D"/>
    <w:rsid w:val="0057269A"/>
    <w:rsid w:val="00595055"/>
    <w:rsid w:val="005A3F01"/>
    <w:rsid w:val="005B7FD9"/>
    <w:rsid w:val="005C621F"/>
    <w:rsid w:val="005D000B"/>
    <w:rsid w:val="005D6C34"/>
    <w:rsid w:val="005F04FF"/>
    <w:rsid w:val="005F0A02"/>
    <w:rsid w:val="005F3EAB"/>
    <w:rsid w:val="005F7740"/>
    <w:rsid w:val="00610717"/>
    <w:rsid w:val="00610993"/>
    <w:rsid w:val="006231BD"/>
    <w:rsid w:val="00627064"/>
    <w:rsid w:val="00636314"/>
    <w:rsid w:val="00637ACF"/>
    <w:rsid w:val="00657D4E"/>
    <w:rsid w:val="00672EC4"/>
    <w:rsid w:val="00682FCA"/>
    <w:rsid w:val="0068348D"/>
    <w:rsid w:val="006834DD"/>
    <w:rsid w:val="006B71F2"/>
    <w:rsid w:val="007403A4"/>
    <w:rsid w:val="00777195"/>
    <w:rsid w:val="007B0910"/>
    <w:rsid w:val="007C398B"/>
    <w:rsid w:val="007C6888"/>
    <w:rsid w:val="007D10F0"/>
    <w:rsid w:val="00827D0B"/>
    <w:rsid w:val="00852489"/>
    <w:rsid w:val="008751D3"/>
    <w:rsid w:val="0088117E"/>
    <w:rsid w:val="008850B3"/>
    <w:rsid w:val="00885377"/>
    <w:rsid w:val="00895630"/>
    <w:rsid w:val="00927203"/>
    <w:rsid w:val="00933CDB"/>
    <w:rsid w:val="009354D6"/>
    <w:rsid w:val="00937497"/>
    <w:rsid w:val="00987EDA"/>
    <w:rsid w:val="009B1041"/>
    <w:rsid w:val="009B6A86"/>
    <w:rsid w:val="009C0642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604DD"/>
    <w:rsid w:val="00A64101"/>
    <w:rsid w:val="00A651DC"/>
    <w:rsid w:val="00A974DD"/>
    <w:rsid w:val="00AA1D8D"/>
    <w:rsid w:val="00AE0F1B"/>
    <w:rsid w:val="00B13C4D"/>
    <w:rsid w:val="00B47730"/>
    <w:rsid w:val="00B537E0"/>
    <w:rsid w:val="00B564CE"/>
    <w:rsid w:val="00B813F9"/>
    <w:rsid w:val="00B9328D"/>
    <w:rsid w:val="00BA3285"/>
    <w:rsid w:val="00BA3E5E"/>
    <w:rsid w:val="00BA6945"/>
    <w:rsid w:val="00BA6B67"/>
    <w:rsid w:val="00BE16E2"/>
    <w:rsid w:val="00BF2153"/>
    <w:rsid w:val="00BF2976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A53B1"/>
    <w:rsid w:val="00CB0664"/>
    <w:rsid w:val="00CC2D03"/>
    <w:rsid w:val="00CD4B48"/>
    <w:rsid w:val="00CD67E5"/>
    <w:rsid w:val="00CE3CD6"/>
    <w:rsid w:val="00CF7E9F"/>
    <w:rsid w:val="00D1109E"/>
    <w:rsid w:val="00D12825"/>
    <w:rsid w:val="00D138D6"/>
    <w:rsid w:val="00D1533D"/>
    <w:rsid w:val="00D221C1"/>
    <w:rsid w:val="00D30868"/>
    <w:rsid w:val="00D43C00"/>
    <w:rsid w:val="00D77189"/>
    <w:rsid w:val="00D953CE"/>
    <w:rsid w:val="00DB6890"/>
    <w:rsid w:val="00DC06EA"/>
    <w:rsid w:val="00DD6423"/>
    <w:rsid w:val="00DE067F"/>
    <w:rsid w:val="00E257F0"/>
    <w:rsid w:val="00E2694F"/>
    <w:rsid w:val="00E35525"/>
    <w:rsid w:val="00E407BC"/>
    <w:rsid w:val="00E6006A"/>
    <w:rsid w:val="00E613D4"/>
    <w:rsid w:val="00E6513F"/>
    <w:rsid w:val="00E7232C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4088C"/>
    <w:rsid w:val="00F41144"/>
    <w:rsid w:val="00F60A88"/>
    <w:rsid w:val="00F65901"/>
    <w:rsid w:val="00F730A7"/>
    <w:rsid w:val="00F7502F"/>
    <w:rsid w:val="00F769DC"/>
    <w:rsid w:val="00FA07DF"/>
    <w:rsid w:val="00FB003D"/>
    <w:rsid w:val="00FB25C0"/>
    <w:rsid w:val="00FB7366"/>
    <w:rsid w:val="00FB7EE1"/>
    <w:rsid w:val="00FC693F"/>
    <w:rsid w:val="00FE11ED"/>
    <w:rsid w:val="00FE3AD3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13453F"/>
    <w:rsid w:val="00135A9F"/>
    <w:rsid w:val="001865F9"/>
    <w:rsid w:val="00200919"/>
    <w:rsid w:val="00281FCA"/>
    <w:rsid w:val="0028690E"/>
    <w:rsid w:val="00295A1F"/>
    <w:rsid w:val="00346063"/>
    <w:rsid w:val="0043024F"/>
    <w:rsid w:val="0046577A"/>
    <w:rsid w:val="0047481B"/>
    <w:rsid w:val="004B0B7B"/>
    <w:rsid w:val="004F2971"/>
    <w:rsid w:val="004F61F7"/>
    <w:rsid w:val="005D5522"/>
    <w:rsid w:val="005F7740"/>
    <w:rsid w:val="006231BD"/>
    <w:rsid w:val="006D7647"/>
    <w:rsid w:val="007403A4"/>
    <w:rsid w:val="00742A53"/>
    <w:rsid w:val="00745706"/>
    <w:rsid w:val="00832B1A"/>
    <w:rsid w:val="00837926"/>
    <w:rsid w:val="00852489"/>
    <w:rsid w:val="008751D3"/>
    <w:rsid w:val="009C0642"/>
    <w:rsid w:val="009C1B90"/>
    <w:rsid w:val="009D2559"/>
    <w:rsid w:val="00A604DD"/>
    <w:rsid w:val="00AE0F1B"/>
    <w:rsid w:val="00B04090"/>
    <w:rsid w:val="00B21D34"/>
    <w:rsid w:val="00BA3E5E"/>
    <w:rsid w:val="00C23CBF"/>
    <w:rsid w:val="00C61749"/>
    <w:rsid w:val="00C864D7"/>
    <w:rsid w:val="00CA0885"/>
    <w:rsid w:val="00D03D75"/>
    <w:rsid w:val="00D13EFC"/>
    <w:rsid w:val="00D30868"/>
    <w:rsid w:val="00D4571E"/>
    <w:rsid w:val="00DE067F"/>
    <w:rsid w:val="00E105DB"/>
    <w:rsid w:val="00E92727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190</cp:revision>
  <cp:lastPrinted>2026-10-06T13:58:00Z</cp:lastPrinted>
  <dcterms:created xsi:type="dcterms:W3CDTF">2026-08-11T18:56:00Z</dcterms:created>
  <dcterms:modified xsi:type="dcterms:W3CDTF">2026-10-06T19:20:00Z</dcterms:modified>
  <cp:category/>
</cp:coreProperties>
</file>