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42"/>
        <w:gridCol w:w="789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49DDCB83" w:rsidR="00E35525" w:rsidRDefault="00000000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A35A70">
                  <w:rPr>
                    <w:rStyle w:val="Style7"/>
                  </w:rPr>
                  <w:t>Planned Outage</w:t>
                </w:r>
              </w:sdtContent>
            </w:sdt>
          </w:p>
          <w:p w14:paraId="6EE519E1" w14:textId="26FCBEC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71EC6209" w:rsidR="00E35525" w:rsidRDefault="00000000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Content>
                <w:r w:rsidR="007B0910">
                  <w:rPr>
                    <w:rStyle w:val="Style8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1A4A1C92" w:rsidR="00F7502F" w:rsidRDefault="00D13278">
            <w:r>
              <w:t xml:space="preserve">WHA Sub basement normal lighting outage </w:t>
            </w:r>
            <w:r w:rsidR="00D138D6">
              <w:t>To support the WHA electrical upgrades</w:t>
            </w:r>
          </w:p>
        </w:tc>
      </w:tr>
    </w:tbl>
    <w:p w14:paraId="51B20914" w14:textId="1FD1C5AE" w:rsidR="00885377" w:rsidRPr="00530077" w:rsidRDefault="00371951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 xml:space="preserve">: </w:t>
      </w:r>
      <w:r w:rsidR="00530077">
        <w:rPr>
          <w:sz w:val="24"/>
          <w:szCs w:val="24"/>
        </w:rPr>
        <w:t>Contractor</w:t>
      </w:r>
      <w:r w:rsidR="00D221C1">
        <w:rPr>
          <w:sz w:val="24"/>
          <w:szCs w:val="24"/>
        </w:rPr>
        <w:t xml:space="preserve"> is changing </w:t>
      </w:r>
      <w:r w:rsidR="00627064">
        <w:rPr>
          <w:sz w:val="24"/>
          <w:szCs w:val="24"/>
        </w:rPr>
        <w:t xml:space="preserve">feeder wires to building </w:t>
      </w:r>
      <w:r w:rsidR="00C62B0D">
        <w:rPr>
          <w:sz w:val="24"/>
          <w:szCs w:val="24"/>
        </w:rPr>
        <w:t xml:space="preserve">normal </w:t>
      </w:r>
      <w:r w:rsidR="00627064">
        <w:rPr>
          <w:sz w:val="24"/>
          <w:szCs w:val="24"/>
        </w:rPr>
        <w:t>lighting panels</w:t>
      </w:r>
      <w:r w:rsidR="00CE3CD6">
        <w:rPr>
          <w:sz w:val="24"/>
          <w:szCs w:val="24"/>
        </w:rPr>
        <w:t>.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6"/>
        <w:gridCol w:w="7864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10-15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2AF09588" w:rsidR="00F7502F" w:rsidRPr="0014537E" w:rsidRDefault="00361600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10/</w:t>
                </w:r>
                <w:r w:rsidR="002F7329">
                  <w:rPr>
                    <w:rStyle w:val="Style3"/>
                  </w:rPr>
                  <w:t>1</w:t>
                </w:r>
                <w:r w:rsidR="00870683">
                  <w:rPr>
                    <w:rStyle w:val="Style3"/>
                  </w:rPr>
                  <w:t>5</w:t>
                </w:r>
                <w:r>
                  <w:rPr>
                    <w:rStyle w:val="Style3"/>
                  </w:rPr>
                  <w:t>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0AE82E81" w:rsidR="00F7502F" w:rsidRPr="00D1109E" w:rsidRDefault="003E7C3A">
            <w:r>
              <w:t>06</w:t>
            </w:r>
            <w:r w:rsidR="00BF7B1A">
              <w:t>30</w:t>
            </w:r>
            <w:r w:rsidR="00BF2976">
              <w:t xml:space="preserve"> </w:t>
            </w:r>
            <w:r w:rsidR="00BF7B1A">
              <w:t>to</w:t>
            </w:r>
            <w:r w:rsidR="00F65901">
              <w:t xml:space="preserve"> </w:t>
            </w:r>
            <w:r w:rsidR="00440C7D">
              <w:t>1</w:t>
            </w:r>
            <w:r w:rsidR="00A974DD">
              <w:t>430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2EAA240A" w:rsidR="00F7502F" w:rsidRDefault="00B9328D">
            <w:r>
              <w:t xml:space="preserve">WHA 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615BA" w14:textId="3C142D58" w:rsidR="009E3346" w:rsidRDefault="000B1398" w:rsidP="009E3346">
            <w:pPr>
              <w:spacing w:after="0" w:line="240" w:lineRule="auto"/>
            </w:pPr>
            <w:r>
              <w:t>Sub-</w:t>
            </w:r>
            <w:r w:rsidR="00444D19">
              <w:t xml:space="preserve"> </w:t>
            </w:r>
            <w:r w:rsidR="00E613D4">
              <w:t>basement</w:t>
            </w:r>
            <w:r w:rsidR="00A024AA">
              <w:t xml:space="preserve"> will see a loss of normal </w:t>
            </w:r>
            <w:r w:rsidR="00E227DE">
              <w:t>lighting</w:t>
            </w:r>
            <w:r w:rsidR="00A024AA">
              <w:t xml:space="preserve"> to the building lights for 8</w:t>
            </w:r>
            <w:r w:rsidR="00E6006A">
              <w:t xml:space="preserve"> hours.</w:t>
            </w:r>
          </w:p>
          <w:p w14:paraId="5F82F173" w14:textId="607E959B" w:rsidR="00333E03" w:rsidRDefault="00E6006A" w:rsidP="009E3346">
            <w:pPr>
              <w:spacing w:after="0" w:line="240" w:lineRule="auto"/>
            </w:pPr>
            <w:r>
              <w:t xml:space="preserve">This will allow the </w:t>
            </w:r>
            <w:r w:rsidR="00360066">
              <w:t>contractor</w:t>
            </w:r>
            <w:r w:rsidR="00F769DC">
              <w:t xml:space="preserve"> </w:t>
            </w:r>
            <w:r w:rsidR="00360066">
              <w:t xml:space="preserve">time </w:t>
            </w:r>
            <w:r w:rsidR="00E7232C">
              <w:t xml:space="preserve">to </w:t>
            </w:r>
            <w:r w:rsidR="000B1398">
              <w:t xml:space="preserve">switch </w:t>
            </w:r>
            <w:r w:rsidR="00CC2077">
              <w:t xml:space="preserve">LS panel </w:t>
            </w:r>
            <w:r w:rsidR="00F96D2D">
              <w:t xml:space="preserve"> lighting </w:t>
            </w:r>
            <w:r w:rsidR="00645BEE">
              <w:t>circuits</w:t>
            </w:r>
            <w:r w:rsidR="00A475C8">
              <w:t xml:space="preserve"> to </w:t>
            </w:r>
            <w:r w:rsidR="00585B59">
              <w:t>a</w:t>
            </w:r>
            <w:r w:rsidR="00A475C8">
              <w:t xml:space="preserve"> </w:t>
            </w:r>
            <w:r w:rsidR="006C12EE">
              <w:t xml:space="preserve">temp </w:t>
            </w:r>
            <w:r w:rsidR="00A475C8">
              <w:t xml:space="preserve"> panel </w:t>
            </w:r>
            <w:r w:rsidR="00585B59">
              <w:t xml:space="preserve">so that the </w:t>
            </w:r>
            <w:r w:rsidR="00E227DE">
              <w:t>new panel and feeders can be installed.</w:t>
            </w:r>
          </w:p>
          <w:p w14:paraId="1376268F" w14:textId="77777777" w:rsidR="00672EC4" w:rsidRDefault="00672EC4" w:rsidP="009E3346">
            <w:pPr>
              <w:spacing w:after="0" w:line="240" w:lineRule="auto"/>
            </w:pPr>
          </w:p>
          <w:p w14:paraId="346CF727" w14:textId="11ED3D6F" w:rsidR="00E6006A" w:rsidRPr="00827D0B" w:rsidRDefault="00E6006A" w:rsidP="009E3346">
            <w:pPr>
              <w:spacing w:after="0" w:line="240" w:lineRule="auto"/>
              <w:rPr>
                <w:color w:val="EE0000"/>
              </w:rPr>
            </w:pPr>
          </w:p>
          <w:p w14:paraId="78D42C75" w14:textId="00B18275" w:rsidR="00E6006A" w:rsidRPr="00827D0B" w:rsidRDefault="00E6006A" w:rsidP="009E3346">
            <w:pPr>
              <w:spacing w:after="0" w:line="240" w:lineRule="auto"/>
              <w:rPr>
                <w:color w:val="EE0000"/>
              </w:rPr>
            </w:pPr>
          </w:p>
          <w:p w14:paraId="54D873D9" w14:textId="36EF21FE" w:rsidR="009E3346" w:rsidRDefault="009E3346" w:rsidP="009E3346">
            <w:pPr>
              <w:spacing w:after="0" w:line="240" w:lineRule="auto"/>
            </w:pP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88BEB" w14:textId="77777777" w:rsidR="00491818" w:rsidRDefault="009354D6">
            <w:pPr>
              <w:spacing w:after="0"/>
            </w:pPr>
            <w:r>
              <w:t>Lighting will be reduced</w:t>
            </w:r>
            <w:r w:rsidR="003E38B8">
              <w:t>.</w:t>
            </w:r>
          </w:p>
          <w:p w14:paraId="414BE686" w14:textId="77777777" w:rsidR="003E38B8" w:rsidRPr="007C398B" w:rsidRDefault="003E38B8">
            <w:pPr>
              <w:spacing w:after="0"/>
              <w:rPr>
                <w:color w:val="EE0000"/>
              </w:rPr>
            </w:pPr>
            <w:r>
              <w:t>There will be no loss of normal power (outlets)</w:t>
            </w:r>
            <w:r w:rsidR="001F2161">
              <w:t xml:space="preserve">. </w:t>
            </w:r>
            <w:r w:rsidR="001F2161" w:rsidRPr="007C398B">
              <w:rPr>
                <w:color w:val="EE0000"/>
              </w:rPr>
              <w:t>There will be emergency lighting.</w:t>
            </w:r>
          </w:p>
          <w:p w14:paraId="6C5E2EBD" w14:textId="623EB1F7" w:rsidR="001F2161" w:rsidRPr="009D1021" w:rsidRDefault="009D1021">
            <w:pPr>
              <w:spacing w:after="0"/>
              <w:rPr>
                <w:color w:val="EE0000"/>
              </w:rPr>
            </w:pPr>
            <w:r w:rsidRPr="007C398B">
              <w:rPr>
                <w:color w:val="EE0000"/>
              </w:rPr>
              <w:t>Th</w:t>
            </w:r>
            <w:r w:rsidR="007C398B" w:rsidRPr="007C398B">
              <w:rPr>
                <w:color w:val="EE0000"/>
              </w:rPr>
              <w:t>ere</w:t>
            </w:r>
            <w:r w:rsidRPr="007C398B">
              <w:rPr>
                <w:color w:val="EE0000"/>
              </w:rPr>
              <w:t xml:space="preserve"> will be no loss of Emergency power.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4D095DC6" w:rsidR="00F7502F" w:rsidRPr="000F4FE6" w:rsidRDefault="00F7502F">
            <w:pPr>
              <w:spacing w:after="0"/>
              <w:rPr>
                <w:b/>
                <w:bCs/>
              </w:rPr>
            </w:pP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3973"/>
        <w:gridCol w:w="1358"/>
        <w:gridCol w:w="3957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1171E205" w:rsidR="004D19E3" w:rsidRDefault="00A651DC" w:rsidP="004D19E3">
            <w:pPr>
              <w:spacing w:after="120"/>
            </w:pPr>
            <w:r>
              <w:t>John Ders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333C6A9F" w:rsidR="004D19E3" w:rsidRDefault="00F309FA" w:rsidP="004D19E3">
            <w:pPr>
              <w:spacing w:after="120"/>
            </w:pPr>
            <w:r>
              <w:t>De</w:t>
            </w:r>
            <w:r w:rsidR="00A651DC">
              <w:t>sign &amp; Construction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42A6AD77" w:rsidR="004D19E3" w:rsidRDefault="00F309FA" w:rsidP="004D19E3">
            <w:pPr>
              <w:spacing w:after="120"/>
            </w:pPr>
            <w:r>
              <w:t>315-243-5974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2074B296" w:rsidR="004D19E3" w:rsidRDefault="00F309FA" w:rsidP="004D19E3">
            <w:pPr>
              <w:spacing w:after="120"/>
            </w:pPr>
            <w:r>
              <w:t>dersj@upstate.edu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t>Thank you for your cooperation and understanding while this work is being completed.</w:t>
      </w:r>
    </w:p>
    <w:sectPr w:rsidR="00F7502F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681"/>
    <w:rsid w:val="000145BB"/>
    <w:rsid w:val="00033ADA"/>
    <w:rsid w:val="00034616"/>
    <w:rsid w:val="00054C3E"/>
    <w:rsid w:val="0006063C"/>
    <w:rsid w:val="00062FAD"/>
    <w:rsid w:val="00066FBA"/>
    <w:rsid w:val="00071BFD"/>
    <w:rsid w:val="0007325D"/>
    <w:rsid w:val="000900D0"/>
    <w:rsid w:val="000915A1"/>
    <w:rsid w:val="00092845"/>
    <w:rsid w:val="000A570A"/>
    <w:rsid w:val="000A673E"/>
    <w:rsid w:val="000B1398"/>
    <w:rsid w:val="000B6C47"/>
    <w:rsid w:val="000C2BFA"/>
    <w:rsid w:val="000E18F6"/>
    <w:rsid w:val="000E2D8C"/>
    <w:rsid w:val="000F003A"/>
    <w:rsid w:val="000F1600"/>
    <w:rsid w:val="000F4FE6"/>
    <w:rsid w:val="00100210"/>
    <w:rsid w:val="001018CE"/>
    <w:rsid w:val="00106728"/>
    <w:rsid w:val="0014537E"/>
    <w:rsid w:val="0015074B"/>
    <w:rsid w:val="00156724"/>
    <w:rsid w:val="00181A03"/>
    <w:rsid w:val="00187541"/>
    <w:rsid w:val="001A3706"/>
    <w:rsid w:val="001B131B"/>
    <w:rsid w:val="001B797A"/>
    <w:rsid w:val="001C0D5C"/>
    <w:rsid w:val="001D5E5D"/>
    <w:rsid w:val="001F2161"/>
    <w:rsid w:val="00200919"/>
    <w:rsid w:val="00243BE2"/>
    <w:rsid w:val="00244BEC"/>
    <w:rsid w:val="00253FAE"/>
    <w:rsid w:val="00260AF2"/>
    <w:rsid w:val="00262362"/>
    <w:rsid w:val="00281FCA"/>
    <w:rsid w:val="0029639D"/>
    <w:rsid w:val="002D57CB"/>
    <w:rsid w:val="002F07BA"/>
    <w:rsid w:val="002F5522"/>
    <w:rsid w:val="002F7329"/>
    <w:rsid w:val="00301E06"/>
    <w:rsid w:val="00325F83"/>
    <w:rsid w:val="00326F90"/>
    <w:rsid w:val="00333E03"/>
    <w:rsid w:val="00334D8D"/>
    <w:rsid w:val="00343007"/>
    <w:rsid w:val="00346063"/>
    <w:rsid w:val="003506E5"/>
    <w:rsid w:val="00352515"/>
    <w:rsid w:val="00360066"/>
    <w:rsid w:val="003613B0"/>
    <w:rsid w:val="00361600"/>
    <w:rsid w:val="003708EF"/>
    <w:rsid w:val="003709C3"/>
    <w:rsid w:val="00371951"/>
    <w:rsid w:val="0039073D"/>
    <w:rsid w:val="003A24A9"/>
    <w:rsid w:val="003A5905"/>
    <w:rsid w:val="003B2F2C"/>
    <w:rsid w:val="003B73CC"/>
    <w:rsid w:val="003E38B8"/>
    <w:rsid w:val="003E7C3A"/>
    <w:rsid w:val="003F5736"/>
    <w:rsid w:val="004111EF"/>
    <w:rsid w:val="004170D1"/>
    <w:rsid w:val="004400A8"/>
    <w:rsid w:val="00440460"/>
    <w:rsid w:val="00440C7D"/>
    <w:rsid w:val="00444B2F"/>
    <w:rsid w:val="00444D19"/>
    <w:rsid w:val="0046577A"/>
    <w:rsid w:val="004704BA"/>
    <w:rsid w:val="0047481B"/>
    <w:rsid w:val="00491818"/>
    <w:rsid w:val="004C55FC"/>
    <w:rsid w:val="004D19E3"/>
    <w:rsid w:val="004E5553"/>
    <w:rsid w:val="004F42D5"/>
    <w:rsid w:val="004F5EA8"/>
    <w:rsid w:val="004F7A71"/>
    <w:rsid w:val="00530077"/>
    <w:rsid w:val="00544631"/>
    <w:rsid w:val="00545F0D"/>
    <w:rsid w:val="0057269A"/>
    <w:rsid w:val="00585B59"/>
    <w:rsid w:val="00595055"/>
    <w:rsid w:val="005A3F01"/>
    <w:rsid w:val="005B7FD9"/>
    <w:rsid w:val="005C621F"/>
    <w:rsid w:val="005D000B"/>
    <w:rsid w:val="005D6C34"/>
    <w:rsid w:val="005F04FF"/>
    <w:rsid w:val="005F0A02"/>
    <w:rsid w:val="005F3EAB"/>
    <w:rsid w:val="005F7740"/>
    <w:rsid w:val="00610717"/>
    <w:rsid w:val="00610993"/>
    <w:rsid w:val="006231BD"/>
    <w:rsid w:val="00627064"/>
    <w:rsid w:val="00636314"/>
    <w:rsid w:val="00637ACF"/>
    <w:rsid w:val="00645BEE"/>
    <w:rsid w:val="00657D4E"/>
    <w:rsid w:val="00672EC4"/>
    <w:rsid w:val="00682FCA"/>
    <w:rsid w:val="0068348D"/>
    <w:rsid w:val="006834DD"/>
    <w:rsid w:val="006B71F2"/>
    <w:rsid w:val="006C12EE"/>
    <w:rsid w:val="007403A4"/>
    <w:rsid w:val="00777195"/>
    <w:rsid w:val="007B0910"/>
    <w:rsid w:val="007C398B"/>
    <w:rsid w:val="007C6888"/>
    <w:rsid w:val="007D10F0"/>
    <w:rsid w:val="00827D0B"/>
    <w:rsid w:val="00870683"/>
    <w:rsid w:val="008751D3"/>
    <w:rsid w:val="0088117E"/>
    <w:rsid w:val="008850B3"/>
    <w:rsid w:val="00885377"/>
    <w:rsid w:val="00895630"/>
    <w:rsid w:val="00927203"/>
    <w:rsid w:val="00933CDB"/>
    <w:rsid w:val="009354D6"/>
    <w:rsid w:val="00937497"/>
    <w:rsid w:val="00987EDA"/>
    <w:rsid w:val="009B1041"/>
    <w:rsid w:val="009B6A86"/>
    <w:rsid w:val="009C1B90"/>
    <w:rsid w:val="009C1C29"/>
    <w:rsid w:val="009D1021"/>
    <w:rsid w:val="009E31C0"/>
    <w:rsid w:val="009E3346"/>
    <w:rsid w:val="00A01410"/>
    <w:rsid w:val="00A024AA"/>
    <w:rsid w:val="00A042C7"/>
    <w:rsid w:val="00A17E02"/>
    <w:rsid w:val="00A23A8B"/>
    <w:rsid w:val="00A33286"/>
    <w:rsid w:val="00A33C44"/>
    <w:rsid w:val="00A35A70"/>
    <w:rsid w:val="00A475C8"/>
    <w:rsid w:val="00A604DD"/>
    <w:rsid w:val="00A64101"/>
    <w:rsid w:val="00A651DC"/>
    <w:rsid w:val="00A974DD"/>
    <w:rsid w:val="00AA1D8D"/>
    <w:rsid w:val="00AE0F1B"/>
    <w:rsid w:val="00B13C4D"/>
    <w:rsid w:val="00B47730"/>
    <w:rsid w:val="00B537E0"/>
    <w:rsid w:val="00B564CE"/>
    <w:rsid w:val="00B813F9"/>
    <w:rsid w:val="00B9328D"/>
    <w:rsid w:val="00BA3285"/>
    <w:rsid w:val="00BA3E5E"/>
    <w:rsid w:val="00BA6945"/>
    <w:rsid w:val="00BA6B67"/>
    <w:rsid w:val="00BE16E2"/>
    <w:rsid w:val="00BF2153"/>
    <w:rsid w:val="00BF2976"/>
    <w:rsid w:val="00BF7B1A"/>
    <w:rsid w:val="00C129D2"/>
    <w:rsid w:val="00C13593"/>
    <w:rsid w:val="00C34A2D"/>
    <w:rsid w:val="00C4008A"/>
    <w:rsid w:val="00C50463"/>
    <w:rsid w:val="00C62B0D"/>
    <w:rsid w:val="00C732F2"/>
    <w:rsid w:val="00C75598"/>
    <w:rsid w:val="00C864D7"/>
    <w:rsid w:val="00C9657C"/>
    <w:rsid w:val="00CA53B1"/>
    <w:rsid w:val="00CB0664"/>
    <w:rsid w:val="00CC2077"/>
    <w:rsid w:val="00CC2D03"/>
    <w:rsid w:val="00CD4B48"/>
    <w:rsid w:val="00CD67E5"/>
    <w:rsid w:val="00CE3CD6"/>
    <w:rsid w:val="00CF59F6"/>
    <w:rsid w:val="00CF7E9F"/>
    <w:rsid w:val="00D0038F"/>
    <w:rsid w:val="00D1109E"/>
    <w:rsid w:val="00D12825"/>
    <w:rsid w:val="00D13278"/>
    <w:rsid w:val="00D138D6"/>
    <w:rsid w:val="00D1533D"/>
    <w:rsid w:val="00D221C1"/>
    <w:rsid w:val="00D30868"/>
    <w:rsid w:val="00D43C00"/>
    <w:rsid w:val="00D77189"/>
    <w:rsid w:val="00D953CE"/>
    <w:rsid w:val="00DB6890"/>
    <w:rsid w:val="00DC06EA"/>
    <w:rsid w:val="00DD6423"/>
    <w:rsid w:val="00DE067F"/>
    <w:rsid w:val="00E227DE"/>
    <w:rsid w:val="00E257F0"/>
    <w:rsid w:val="00E2694F"/>
    <w:rsid w:val="00E35525"/>
    <w:rsid w:val="00E407BC"/>
    <w:rsid w:val="00E6006A"/>
    <w:rsid w:val="00E613D4"/>
    <w:rsid w:val="00E7232C"/>
    <w:rsid w:val="00E77A14"/>
    <w:rsid w:val="00E93192"/>
    <w:rsid w:val="00EA062F"/>
    <w:rsid w:val="00EC6641"/>
    <w:rsid w:val="00F10DC0"/>
    <w:rsid w:val="00F10FC2"/>
    <w:rsid w:val="00F14A8B"/>
    <w:rsid w:val="00F24A7B"/>
    <w:rsid w:val="00F309FA"/>
    <w:rsid w:val="00F4088C"/>
    <w:rsid w:val="00F41144"/>
    <w:rsid w:val="00F60A88"/>
    <w:rsid w:val="00F65901"/>
    <w:rsid w:val="00F730A7"/>
    <w:rsid w:val="00F7502F"/>
    <w:rsid w:val="00F769DC"/>
    <w:rsid w:val="00F96D2D"/>
    <w:rsid w:val="00FA07DF"/>
    <w:rsid w:val="00FB003D"/>
    <w:rsid w:val="00FB25C0"/>
    <w:rsid w:val="00FB7366"/>
    <w:rsid w:val="00FB7EE1"/>
    <w:rsid w:val="00FC693F"/>
    <w:rsid w:val="00FE11ED"/>
    <w:rsid w:val="00FE3AD3"/>
    <w:rsid w:val="00FF1405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325D"/>
    <w:rsid w:val="00091AB9"/>
    <w:rsid w:val="000E18F6"/>
    <w:rsid w:val="0013453F"/>
    <w:rsid w:val="001865F9"/>
    <w:rsid w:val="00200919"/>
    <w:rsid w:val="00281FCA"/>
    <w:rsid w:val="0028690E"/>
    <w:rsid w:val="00346063"/>
    <w:rsid w:val="0043024F"/>
    <w:rsid w:val="00440460"/>
    <w:rsid w:val="0046577A"/>
    <w:rsid w:val="0047481B"/>
    <w:rsid w:val="004B0B7B"/>
    <w:rsid w:val="004F2971"/>
    <w:rsid w:val="004F61F7"/>
    <w:rsid w:val="005D5522"/>
    <w:rsid w:val="005F7740"/>
    <w:rsid w:val="006231BD"/>
    <w:rsid w:val="006326D8"/>
    <w:rsid w:val="006D7647"/>
    <w:rsid w:val="007403A4"/>
    <w:rsid w:val="00742A53"/>
    <w:rsid w:val="00745706"/>
    <w:rsid w:val="00832B1A"/>
    <w:rsid w:val="00837926"/>
    <w:rsid w:val="008751D3"/>
    <w:rsid w:val="009379F5"/>
    <w:rsid w:val="009C1B90"/>
    <w:rsid w:val="009D2559"/>
    <w:rsid w:val="00A33C44"/>
    <w:rsid w:val="00A604DD"/>
    <w:rsid w:val="00AE0F1B"/>
    <w:rsid w:val="00B04090"/>
    <w:rsid w:val="00B21D34"/>
    <w:rsid w:val="00BA3E5E"/>
    <w:rsid w:val="00C23CBF"/>
    <w:rsid w:val="00C61749"/>
    <w:rsid w:val="00C864D7"/>
    <w:rsid w:val="00CA0885"/>
    <w:rsid w:val="00CF59F6"/>
    <w:rsid w:val="00D03D75"/>
    <w:rsid w:val="00D13EFC"/>
    <w:rsid w:val="00D30868"/>
    <w:rsid w:val="00D4571E"/>
    <w:rsid w:val="00DE067F"/>
    <w:rsid w:val="00E105DB"/>
    <w:rsid w:val="00E92727"/>
    <w:rsid w:val="00F377A5"/>
    <w:rsid w:val="00FB7EE1"/>
    <w:rsid w:val="00FE0F2B"/>
    <w:rsid w:val="00FE11ED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207</cp:revision>
  <cp:lastPrinted>2026-10-12T13:42:00Z</cp:lastPrinted>
  <dcterms:created xsi:type="dcterms:W3CDTF">2026-08-11T18:56:00Z</dcterms:created>
  <dcterms:modified xsi:type="dcterms:W3CDTF">2026-10-14T12:43:00Z</dcterms:modified>
  <cp:category/>
</cp:coreProperties>
</file>